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ptos" w:hAnsi="Aptos" w:eastAsia="Noto Sans CJK SC"/>
          <w:b/>
          <w:color w:val="0E403C"/>
          <w:sz w:val="56"/>
        </w:rPr>
        <w:t>GitHub 项目架构考察使用说明书</w:t>
      </w:r>
    </w:p>
    <w:p>
      <w:pPr>
        <w:jc w:val="center"/>
      </w:pPr>
      <w:r>
        <w:rPr>
          <w:rFonts w:ascii="Aptos" w:hAnsi="Aptos" w:eastAsia="Noto Sans CJK SC"/>
          <w:b/>
          <w:color w:val="3C3C3C"/>
          <w:sz w:val="28"/>
        </w:rPr>
        <w:t>给“会做项目，但还不会逛 GitHub”的新手</w:t>
      </w:r>
    </w:p>
    <w:p>
      <w:pPr>
        <w:jc w:val="center"/>
      </w:pPr>
      <w:r>
        <w:rPr>
          <w:rFonts w:ascii="Aptos" w:hAnsi="Aptos" w:eastAsia="Noto Sans CJK SC"/>
          <w:color w:val="505050"/>
          <w:sz w:val="22"/>
        </w:rPr>
        <w:t>目标不是学 Git，而是学会从优秀项目中看：结构、文档、规则、流程、发布与知识组织。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787"/>
      </w:tblGrid>
      <w:tr>
        <w:tc>
          <w:tcPr>
            <w:tcW w:type="dxa" w:w="10086"/>
            <w:shd w:fill="EAF4F2"/>
            <w:tcMar>
              <w:top w:w="180" w:type="dxa"/>
              <w:start w:w="220" w:type="dxa"/>
              <w:bottom w:w="180" w:type="dxa"/>
              <w:end w:w="220" w:type="dxa"/>
            </w:tcMar>
          </w:tcPr>
          <w:p>
            <w:r>
              <w:rPr>
                <w:rFonts w:ascii="Aptos" w:hAnsi="Aptos" w:eastAsia="Noto Sans CJK SC"/>
                <w:b/>
                <w:color w:val="0F4641"/>
                <w:sz w:val="24"/>
              </w:rPr>
              <w:t>今天只做一件事：</w:t>
            </w:r>
            <w:r>
              <w:rPr>
                <w:rFonts w:ascii="Aptos" w:hAnsi="Aptos" w:eastAsia="Noto Sans CJK SC"/>
                <w:sz w:val="23"/>
              </w:rPr>
              <w:t xml:space="preserve"> 去 GitHub 看“别人怎么组织复杂项目”，不学命令、不克隆代码、不安装东西、不开新项目。</w:t>
            </w:r>
          </w:p>
        </w:tc>
      </w:tr>
    </w:tbl>
    <w:p/>
    <w:p>
      <w:pPr>
        <w:pStyle w:val="Lead"/>
      </w:pPr>
      <w:r>
        <w:t>这份说明书会告诉你：GitHub 每个常见模块是干什么的；为了“梳理自己的网站和知识体系”，哪些一定看，哪些先跳过；怎样自己找案例；最后带着什么结果回来让我帮你验证。</w:t>
      </w:r>
    </w:p>
    <w:p>
      <w:r>
        <w:br w:type="page"/>
      </w:r>
    </w:p>
    <w:p>
      <w:pPr>
        <w:pStyle w:val="Heading1"/>
      </w:pPr>
      <w:r>
        <w:t>0. 先把 GitHub 想简单：它不是“代码网站”，而是“项目档案馆”</w:t>
      </w:r>
    </w:p>
    <w:p>
      <w:r>
        <w:t>一个 GitHub 仓库（Repository）通常同时承载：文件、版本历史、说明文档、任务、讨论、自动化、发布包和协作记录。GitHub 官方也把仓库定义为包含代码、文件及其版本历史的项目容器。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62"/>
        <w:gridCol w:w="3362"/>
        <w:gridCol w:w="3362"/>
      </w:tblGrid>
      <w:tr>
        <w:tc>
          <w:tcPr>
            <w:tcW w:type="dxa" w:w="3362"/>
            <w:shd w:fill="DDECE9"/>
          </w:tcPr>
          <w:p>
            <w:r>
              <w:t>你在 GitHub 看到的东西</w:t>
            </w:r>
          </w:p>
        </w:tc>
        <w:tc>
          <w:tcPr>
            <w:tcW w:type="dxa" w:w="3362"/>
            <w:shd w:fill="DDECE9"/>
          </w:tcPr>
          <w:p>
            <w:r>
              <w:t>用人话理解</w:t>
            </w:r>
          </w:p>
        </w:tc>
        <w:tc>
          <w:tcPr>
            <w:tcW w:type="dxa" w:w="3362"/>
            <w:shd w:fill="DDECE9"/>
          </w:tcPr>
          <w:p>
            <w:r>
              <w:t>你这次是否重点看</w:t>
            </w:r>
          </w:p>
        </w:tc>
      </w:tr>
      <w:tr>
        <w:tc>
          <w:tcPr>
            <w:tcW w:type="dxa" w:w="336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Repository / 仓库</w:t>
            </w:r>
          </w:p>
        </w:tc>
        <w:tc>
          <w:tcPr>
            <w:tcW w:type="dxa" w:w="336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一个项目的“总文件夹 + 项目档案”</w:t>
            </w:r>
          </w:p>
        </w:tc>
        <w:tc>
          <w:tcPr>
            <w:tcW w:type="dxa" w:w="336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必须</w:t>
            </w:r>
          </w:p>
        </w:tc>
      </w:tr>
      <w:tr>
        <w:tc>
          <w:tcPr>
            <w:tcW w:type="dxa" w:w="336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README</w:t>
            </w:r>
          </w:p>
        </w:tc>
        <w:tc>
          <w:tcPr>
            <w:tcW w:type="dxa" w:w="336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项目首页说明书</w:t>
            </w:r>
          </w:p>
        </w:tc>
        <w:tc>
          <w:tcPr>
            <w:tcW w:type="dxa" w:w="336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必须</w:t>
            </w:r>
          </w:p>
        </w:tc>
      </w:tr>
      <w:tr>
        <w:tc>
          <w:tcPr>
            <w:tcW w:type="dxa" w:w="336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目录树 / Files</w:t>
            </w:r>
          </w:p>
        </w:tc>
        <w:tc>
          <w:tcPr>
            <w:tcW w:type="dxa" w:w="336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项目怎么分区、怎么命名</w:t>
            </w:r>
          </w:p>
        </w:tc>
        <w:tc>
          <w:tcPr>
            <w:tcW w:type="dxa" w:w="336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必须</w:t>
            </w:r>
          </w:p>
        </w:tc>
      </w:tr>
      <w:tr>
        <w:tc>
          <w:tcPr>
            <w:tcW w:type="dxa" w:w="336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docs/</w:t>
            </w:r>
          </w:p>
        </w:tc>
        <w:tc>
          <w:tcPr>
            <w:tcW w:type="dxa" w:w="336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更详细的规则、架构、手册</w:t>
            </w:r>
          </w:p>
        </w:tc>
        <w:tc>
          <w:tcPr>
            <w:tcW w:type="dxa" w:w="336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必须</w:t>
            </w:r>
          </w:p>
        </w:tc>
      </w:tr>
      <w:tr>
        <w:tc>
          <w:tcPr>
            <w:tcW w:type="dxa" w:w="336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Issues</w:t>
            </w:r>
          </w:p>
        </w:tc>
        <w:tc>
          <w:tcPr>
            <w:tcW w:type="dxa" w:w="336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问题、任务、需求、Bug 的清单</w:t>
            </w:r>
          </w:p>
        </w:tc>
        <w:tc>
          <w:tcPr>
            <w:tcW w:type="dxa" w:w="336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建议看</w:t>
            </w:r>
          </w:p>
        </w:tc>
      </w:tr>
      <w:tr>
        <w:tc>
          <w:tcPr>
            <w:tcW w:type="dxa" w:w="336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Projects</w:t>
            </w:r>
          </w:p>
        </w:tc>
        <w:tc>
          <w:tcPr>
            <w:tcW w:type="dxa" w:w="336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把 Issues 等组织成看板/路线图</w:t>
            </w:r>
          </w:p>
        </w:tc>
        <w:tc>
          <w:tcPr>
            <w:tcW w:type="dxa" w:w="336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建议看</w:t>
            </w:r>
          </w:p>
        </w:tc>
      </w:tr>
      <w:tr>
        <w:tc>
          <w:tcPr>
            <w:tcW w:type="dxa" w:w="336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Pull requests</w:t>
            </w:r>
          </w:p>
        </w:tc>
        <w:tc>
          <w:tcPr>
            <w:tcW w:type="dxa" w:w="336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一次改动怎么被讨论、审核、合并</w:t>
            </w:r>
          </w:p>
        </w:tc>
        <w:tc>
          <w:tcPr>
            <w:tcW w:type="dxa" w:w="336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第二阶段</w:t>
            </w:r>
          </w:p>
        </w:tc>
      </w:tr>
      <w:tr>
        <w:tc>
          <w:tcPr>
            <w:tcW w:type="dxa" w:w="336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Actions</w:t>
            </w:r>
          </w:p>
        </w:tc>
        <w:tc>
          <w:tcPr>
            <w:tcW w:type="dxa" w:w="336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自动测试、构建、部署等流水线</w:t>
            </w:r>
          </w:p>
        </w:tc>
        <w:tc>
          <w:tcPr>
            <w:tcW w:type="dxa" w:w="336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有部署需求时看</w:t>
            </w:r>
          </w:p>
        </w:tc>
      </w:tr>
      <w:tr>
        <w:tc>
          <w:tcPr>
            <w:tcW w:type="dxa" w:w="336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Releases</w:t>
            </w:r>
          </w:p>
        </w:tc>
        <w:tc>
          <w:tcPr>
            <w:tcW w:type="dxa" w:w="336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正式版本、更新说明、安装包</w:t>
            </w:r>
          </w:p>
        </w:tc>
        <w:tc>
          <w:tcPr>
            <w:tcW w:type="dxa" w:w="336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做产品时很值得看</w:t>
            </w:r>
          </w:p>
        </w:tc>
      </w:tr>
      <w:tr>
        <w:tc>
          <w:tcPr>
            <w:tcW w:type="dxa" w:w="336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Discussions</w:t>
            </w:r>
          </w:p>
        </w:tc>
        <w:tc>
          <w:tcPr>
            <w:tcW w:type="dxa" w:w="336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开放讨论、问答、公告、想法</w:t>
            </w:r>
          </w:p>
        </w:tc>
        <w:tc>
          <w:tcPr>
            <w:tcW w:type="dxa" w:w="336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有社区时看</w:t>
            </w:r>
          </w:p>
        </w:tc>
      </w:tr>
      <w:tr>
        <w:tc>
          <w:tcPr>
            <w:tcW w:type="dxa" w:w="336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Wiki</w:t>
            </w:r>
          </w:p>
        </w:tc>
        <w:tc>
          <w:tcPr>
            <w:tcW w:type="dxa" w:w="336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附加知识库</w:t>
            </w:r>
          </w:p>
        </w:tc>
        <w:tc>
          <w:tcPr>
            <w:tcW w:type="dxa" w:w="336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看见再看</w:t>
            </w:r>
          </w:p>
        </w:tc>
      </w:tr>
      <w:tr>
        <w:tc>
          <w:tcPr>
            <w:tcW w:type="dxa" w:w="336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Security</w:t>
            </w:r>
          </w:p>
        </w:tc>
        <w:tc>
          <w:tcPr>
            <w:tcW w:type="dxa" w:w="336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安全策略与扫描</w:t>
            </w:r>
          </w:p>
        </w:tc>
        <w:tc>
          <w:tcPr>
            <w:tcW w:type="dxa" w:w="336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后期看</w:t>
            </w:r>
          </w:p>
        </w:tc>
      </w:tr>
      <w:tr>
        <w:tc>
          <w:tcPr>
            <w:tcW w:type="dxa" w:w="336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Insights</w:t>
            </w:r>
          </w:p>
        </w:tc>
        <w:tc>
          <w:tcPr>
            <w:tcW w:type="dxa" w:w="336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贡献、流量、活动等数据</w:t>
            </w:r>
          </w:p>
        </w:tc>
        <w:tc>
          <w:tcPr>
            <w:tcW w:type="dxa" w:w="336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暂时跳过</w:t>
            </w:r>
          </w:p>
        </w:tc>
      </w:tr>
      <w:tr>
        <w:tc>
          <w:tcPr>
            <w:tcW w:type="dxa" w:w="336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Commits</w:t>
            </w:r>
          </w:p>
        </w:tc>
        <w:tc>
          <w:tcPr>
            <w:tcW w:type="dxa" w:w="336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每次代码/文件变更记录</w:t>
            </w:r>
          </w:p>
        </w:tc>
        <w:tc>
          <w:tcPr>
            <w:tcW w:type="dxa" w:w="336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暂时跳过</w:t>
            </w:r>
          </w:p>
        </w:tc>
      </w:tr>
    </w:tbl>
    <w:p>
      <w:pPr>
        <w:pStyle w:val="Heading1"/>
      </w:pPr>
      <w:r>
        <w:t>1. 你的本次学习边界：不要把 GitHub 变成新的坑</w:t>
      </w:r>
    </w:p>
    <w:p>
      <w:pPr>
        <w:pStyle w:val="ListBullet"/>
      </w:pPr>
      <w:r>
        <w:t>本次目标：观察“别人如何组织项目”，不是学习 Git 命令。</w:t>
      </w:r>
    </w:p>
    <w:p>
      <w:pPr>
        <w:pStyle w:val="ListBullet"/>
      </w:pPr>
      <w:r>
        <w:t>单次考察控制在 60–90 分钟；最多精读 3 个仓库，不允许无限翻。</w:t>
      </w:r>
    </w:p>
    <w:p>
      <w:pPr>
        <w:pStyle w:val="ListBullet"/>
      </w:pPr>
      <w:r>
        <w:t>不 Clone、不 Fork、不装依赖、不运行项目。除非以后明确决定要研究某个项目。</w:t>
      </w:r>
    </w:p>
    <w:p>
      <w:pPr>
        <w:pStyle w:val="ListBullet"/>
      </w:pPr>
      <w:r>
        <w:t>只记录“我想借鉴的结构”和“我不想采用的结构”，不要复制整个仓库。</w:t>
      </w:r>
    </w:p>
    <w:p>
      <w:pPr>
        <w:pStyle w:val="ListBullet"/>
      </w:pPr>
      <w:r>
        <w:t>遇到看不懂的代码文件，先跳过。你现在考察的是信息架构与项目治理，不是实现细节。</w:t>
      </w:r>
    </w:p>
    <w:p>
      <w:pPr>
        <w:pStyle w:val="ListBullet"/>
      </w:pPr>
      <w:r>
        <w:t>星标只是收藏，不代表认可全部设计；把有价值的仓库先 Star，之后统一复盘。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43"/>
        <w:gridCol w:w="5043"/>
      </w:tblGrid>
      <w:tr>
        <w:tc>
          <w:tcPr>
            <w:tcW w:type="dxa" w:w="5043"/>
            <w:shd w:fill="E8F3EC"/>
          </w:tcPr>
          <w:p>
            <w:r>
              <w:t>这次应该做</w:t>
            </w:r>
          </w:p>
        </w:tc>
        <w:tc>
          <w:tcPr>
            <w:tcW w:type="dxa" w:w="5043"/>
            <w:shd w:fill="F7E9E7"/>
          </w:tcPr>
          <w:p>
            <w:r>
              <w:t>这次不要做</w:t>
            </w:r>
          </w:p>
        </w:tc>
      </w:tr>
      <w:tr>
        <w:tc>
          <w:tcPr>
            <w:tcW w:type="dxa" w:w="5043"/>
          </w:tcPr>
          <w:p>
            <w:r>
              <w:t>看 README 怎么讲清楚项目</w:t>
            </w:r>
          </w:p>
        </w:tc>
        <w:tc>
          <w:tcPr>
            <w:tcW w:type="dxa" w:w="5043"/>
          </w:tcPr>
          <w:p>
            <w:r>
              <w:t>研究每一行源码</w:t>
            </w:r>
          </w:p>
        </w:tc>
      </w:tr>
      <w:tr>
        <w:tc>
          <w:tcPr>
            <w:tcW w:type="dxa" w:w="5043"/>
          </w:tcPr>
          <w:p>
            <w:r>
              <w:t>看根目录如何分类</w:t>
            </w:r>
          </w:p>
        </w:tc>
        <w:tc>
          <w:tcPr>
            <w:tcW w:type="dxa" w:w="5043"/>
          </w:tcPr>
          <w:p>
            <w:r>
              <w:t>学习 Git rebase / merge</w:t>
            </w:r>
          </w:p>
        </w:tc>
      </w:tr>
      <w:tr>
        <w:tc>
          <w:tcPr>
            <w:tcW w:type="dxa" w:w="5043"/>
          </w:tcPr>
          <w:p>
            <w:r>
              <w:t>看 docs 是否有清晰入口</w:t>
            </w:r>
          </w:p>
        </w:tc>
        <w:tc>
          <w:tcPr>
            <w:tcW w:type="dxa" w:w="5043"/>
          </w:tcPr>
          <w:p>
            <w:r>
              <w:t>安装别人项目</w:t>
            </w:r>
          </w:p>
        </w:tc>
      </w:tr>
      <w:tr>
        <w:tc>
          <w:tcPr>
            <w:tcW w:type="dxa" w:w="5043"/>
          </w:tcPr>
          <w:p>
            <w:r>
              <w:t>看规则、流程、状态如何表达</w:t>
            </w:r>
          </w:p>
        </w:tc>
        <w:tc>
          <w:tcPr>
            <w:tcW w:type="dxa" w:w="5043"/>
          </w:tcPr>
          <w:p>
            <w:r>
              <w:t>为了“专业”照抄复杂目录</w:t>
            </w:r>
          </w:p>
        </w:tc>
      </w:tr>
      <w:tr>
        <w:tc>
          <w:tcPr>
            <w:tcW w:type="dxa" w:w="5043"/>
          </w:tcPr>
          <w:p>
            <w:r>
              <w:t>看项目如何标 Demo / Stable / Archived</w:t>
            </w:r>
          </w:p>
        </w:tc>
        <w:tc>
          <w:tcPr>
            <w:tcW w:type="dxa" w:w="5043"/>
          </w:tcPr>
          <w:p>
            <w:r>
              <w:t>疯狂收集几十个仓库</w:t>
            </w:r>
          </w:p>
        </w:tc>
      </w:tr>
      <w:tr>
        <w:tc>
          <w:tcPr>
            <w:tcW w:type="dxa" w:w="5043"/>
          </w:tcPr>
          <w:p>
            <w:r>
              <w:t>带回来 3–5 个结论</w:t>
            </w:r>
          </w:p>
        </w:tc>
        <w:tc>
          <w:tcPr>
            <w:tcW w:type="dxa" w:w="5043"/>
          </w:tcPr>
          <w:p>
            <w:r>
              <w:t>今天就重构自己全部文档</w:t>
            </w:r>
          </w:p>
        </w:tc>
      </w:tr>
    </w:tbl>
    <w:p>
      <w:pPr>
        <w:pStyle w:val="Heading1"/>
      </w:pPr>
      <w:r>
        <w:t>2. 打开 GitHub 后，常见板块到底是干什么的</w:t>
      </w:r>
    </w:p>
    <w:p>
      <w:r>
        <w:rPr>
          <w:rFonts w:ascii="Aptos" w:hAnsi="Aptos" w:eastAsia="Noto Sans CJK SC"/>
          <w:b/>
          <w:color w:val="0F4641"/>
          <w:sz w:val="23"/>
        </w:rPr>
        <w:t>Code</w:t>
      </w:r>
      <w:r>
        <w:rPr>
          <w:rFonts w:ascii="Aptos" w:hAnsi="Aptos" w:eastAsia="Noto Sans CJK SC"/>
          <w:sz w:val="21"/>
        </w:rPr>
        <w:t xml:space="preserve"> — 仓库主页面。看文件目录、README、分支、提交入口。</w:t>
      </w:r>
    </w:p>
    <w:p>
      <w:pPr>
        <w:pStyle w:val="Small"/>
      </w:pPr>
      <w:r>
        <w:t>你怎么用：第一站。先看 README，再看根目录。</w:t>
      </w:r>
    </w:p>
    <w:p>
      <w:r>
        <w:rPr>
          <w:rFonts w:ascii="Aptos" w:hAnsi="Aptos" w:eastAsia="Noto Sans CJK SC"/>
          <w:b/>
          <w:color w:val="0F4641"/>
          <w:sz w:val="23"/>
        </w:rPr>
        <w:t>Issues</w:t>
      </w:r>
      <w:r>
        <w:rPr>
          <w:rFonts w:ascii="Aptos" w:hAnsi="Aptos" w:eastAsia="Noto Sans CJK SC"/>
          <w:sz w:val="21"/>
        </w:rPr>
        <w:t xml:space="preserve"> — 记录任务、Bug、需求、问题和反馈。</w:t>
      </w:r>
    </w:p>
    <w:p>
      <w:pPr>
        <w:pStyle w:val="Small"/>
      </w:pPr>
      <w:r>
        <w:t>你怎么用：看别人如何命名、分类、加标签、拆大任务。</w:t>
      </w:r>
    </w:p>
    <w:p>
      <w:r>
        <w:rPr>
          <w:rFonts w:ascii="Aptos" w:hAnsi="Aptos" w:eastAsia="Noto Sans CJK SC"/>
          <w:b/>
          <w:color w:val="0F4641"/>
          <w:sz w:val="23"/>
        </w:rPr>
        <w:t>Pull requests</w:t>
      </w:r>
      <w:r>
        <w:rPr>
          <w:rFonts w:ascii="Aptos" w:hAnsi="Aptos" w:eastAsia="Noto Sans CJK SC"/>
          <w:sz w:val="21"/>
        </w:rPr>
        <w:t xml:space="preserve"> — 把一个分支里的改动提交给主分支，进行讨论与审核。</w:t>
      </w:r>
    </w:p>
    <w:p>
      <w:pPr>
        <w:pStyle w:val="Small"/>
      </w:pPr>
      <w:r>
        <w:t>你怎么用：你现在不必看代码差异；以后研究“变更如何审查”再看。</w:t>
      </w:r>
    </w:p>
    <w:p>
      <w:r>
        <w:rPr>
          <w:rFonts w:ascii="Aptos" w:hAnsi="Aptos" w:eastAsia="Noto Sans CJK SC"/>
          <w:b/>
          <w:color w:val="0F4641"/>
          <w:sz w:val="23"/>
        </w:rPr>
        <w:t>Actions</w:t>
      </w:r>
      <w:r>
        <w:rPr>
          <w:rFonts w:ascii="Aptos" w:hAnsi="Aptos" w:eastAsia="Noto Sans CJK SC"/>
          <w:sz w:val="21"/>
        </w:rPr>
        <w:t xml:space="preserve"> — 自动化工作流。官方定义为可配置的自动流程，可用于测试、构建、部署等；工作流通常在 .github/workflows。</w:t>
      </w:r>
    </w:p>
    <w:p>
      <w:pPr>
        <w:pStyle w:val="Small"/>
      </w:pPr>
      <w:r>
        <w:t>你怎么用：如果你想学“生产级项目如何自动验收/部署”，重点看是否有 workflow。</w:t>
      </w:r>
    </w:p>
    <w:p>
      <w:r>
        <w:rPr>
          <w:rFonts w:ascii="Aptos" w:hAnsi="Aptos" w:eastAsia="Noto Sans CJK SC"/>
          <w:b/>
          <w:color w:val="0F4641"/>
          <w:sz w:val="23"/>
        </w:rPr>
        <w:t>Projects</w:t>
      </w:r>
      <w:r>
        <w:rPr>
          <w:rFonts w:ascii="Aptos" w:hAnsi="Aptos" w:eastAsia="Noto Sans CJK SC"/>
          <w:sz w:val="21"/>
        </w:rPr>
        <w:t xml:space="preserve"> — 项目管理看板，可以追踪工作、字段、优先级、迭代等。</w:t>
      </w:r>
    </w:p>
    <w:p>
      <w:pPr>
        <w:pStyle w:val="Small"/>
      </w:pPr>
      <w:r>
        <w:t>你怎么用：适合观察路线图和任务状态如何组织。</w:t>
      </w:r>
    </w:p>
    <w:p>
      <w:r>
        <w:rPr>
          <w:rFonts w:ascii="Aptos" w:hAnsi="Aptos" w:eastAsia="Noto Sans CJK SC"/>
          <w:b/>
          <w:color w:val="0F4641"/>
          <w:sz w:val="23"/>
        </w:rPr>
        <w:t>Wiki</w:t>
      </w:r>
      <w:r>
        <w:rPr>
          <w:rFonts w:ascii="Aptos" w:hAnsi="Aptos" w:eastAsia="Noto Sans CJK SC"/>
          <w:sz w:val="21"/>
        </w:rPr>
        <w:t xml:space="preserve"> — 仓库附属知识库。</w:t>
      </w:r>
    </w:p>
    <w:p>
      <w:pPr>
        <w:pStyle w:val="Small"/>
      </w:pPr>
      <w:r>
        <w:t>你怎么用：不是每个仓库都有；有时 docs/ 已经替代它。</w:t>
      </w:r>
    </w:p>
    <w:p>
      <w:r>
        <w:rPr>
          <w:rFonts w:ascii="Aptos" w:hAnsi="Aptos" w:eastAsia="Noto Sans CJK SC"/>
          <w:b/>
          <w:color w:val="0F4641"/>
          <w:sz w:val="23"/>
        </w:rPr>
        <w:t>Security</w:t>
      </w:r>
      <w:r>
        <w:rPr>
          <w:rFonts w:ascii="Aptos" w:hAnsi="Aptos" w:eastAsia="Noto Sans CJK SC"/>
          <w:sz w:val="21"/>
        </w:rPr>
        <w:t xml:space="preserve"> — 依赖、安全策略、漏洞等相关入口。</w:t>
      </w:r>
    </w:p>
    <w:p>
      <w:pPr>
        <w:pStyle w:val="Small"/>
      </w:pPr>
      <w:r>
        <w:t>你怎么用：这次只确认是否存在安全意识，不深入。</w:t>
      </w:r>
    </w:p>
    <w:p>
      <w:r>
        <w:rPr>
          <w:rFonts w:ascii="Aptos" w:hAnsi="Aptos" w:eastAsia="Noto Sans CJK SC"/>
          <w:b/>
          <w:color w:val="0F4641"/>
          <w:sz w:val="23"/>
        </w:rPr>
        <w:t>Insights</w:t>
      </w:r>
      <w:r>
        <w:rPr>
          <w:rFonts w:ascii="Aptos" w:hAnsi="Aptos" w:eastAsia="Noto Sans CJK SC"/>
          <w:sz w:val="21"/>
        </w:rPr>
        <w:t xml:space="preserve"> — 贡献者、活动、流量等统计。</w:t>
      </w:r>
    </w:p>
    <w:p>
      <w:pPr>
        <w:pStyle w:val="Small"/>
      </w:pPr>
      <w:r>
        <w:t>你怎么用：本次基本不用。</w:t>
      </w:r>
    </w:p>
    <w:p>
      <w:r>
        <w:rPr>
          <w:rFonts w:ascii="Aptos" w:hAnsi="Aptos" w:eastAsia="Noto Sans CJK SC"/>
          <w:b/>
          <w:color w:val="0F4641"/>
          <w:sz w:val="23"/>
        </w:rPr>
        <w:t>Releases</w:t>
      </w:r>
      <w:r>
        <w:rPr>
          <w:rFonts w:ascii="Aptos" w:hAnsi="Aptos" w:eastAsia="Noto Sans CJK SC"/>
          <w:sz w:val="21"/>
        </w:rPr>
        <w:t xml:space="preserve"> — 可发布的软件版本、更新说明、二进制/安装包。</w:t>
      </w:r>
    </w:p>
    <w:p>
      <w:pPr>
        <w:pStyle w:val="Small"/>
      </w:pPr>
      <w:r>
        <w:t>你怎么用：判断项目是否真的在“持续交付”，而不只是代码堆。</w:t>
      </w:r>
    </w:p>
    <w:p>
      <w:r>
        <w:rPr>
          <w:rFonts w:ascii="Aptos" w:hAnsi="Aptos" w:eastAsia="Noto Sans CJK SC"/>
          <w:b/>
          <w:color w:val="0F4641"/>
          <w:sz w:val="23"/>
        </w:rPr>
        <w:t>Discussions</w:t>
      </w:r>
      <w:r>
        <w:rPr>
          <w:rFonts w:ascii="Aptos" w:hAnsi="Aptos" w:eastAsia="Noto Sans CJK SC"/>
          <w:sz w:val="21"/>
        </w:rPr>
        <w:t xml:space="preserve"> — 围绕项目的开放问答、想法、公告与讨论。</w:t>
      </w:r>
    </w:p>
    <w:p>
      <w:pPr>
        <w:pStyle w:val="Small"/>
      </w:pPr>
      <w:r>
        <w:t>你怎么用：判断一个项目是否有社区和决策沉淀。</w:t>
      </w:r>
    </w:p>
    <w:p>
      <w:pPr>
        <w:pStyle w:val="Heading1"/>
      </w:pPr>
      <w:r>
        <w:t>3. 一个仓库打开后，你先看哪里：5 分钟阅读顺序</w:t>
      </w:r>
    </w:p>
    <w:p>
      <w:r>
        <w:rPr>
          <w:rFonts w:ascii="Aptos" w:hAnsi="Aptos" w:eastAsia="Noto Sans CJK SC"/>
          <w:b/>
          <w:color w:val="232323"/>
        </w:rPr>
        <w:t>① 项目名 + 一句话描述</w:t>
      </w:r>
      <w:r>
        <w:t>：先判断：它到底解决什么问题？如果 30 秒还看不懂，记录“定位表达差”。</w:t>
      </w:r>
    </w:p>
    <w:p>
      <w:r>
        <w:rPr>
          <w:rFonts w:ascii="Aptos" w:hAnsi="Aptos" w:eastAsia="Noto Sans CJK SC"/>
          <w:b/>
          <w:color w:val="232323"/>
        </w:rPr>
        <w:t>② README 第一屏</w:t>
      </w:r>
      <w:r>
        <w:t>：看有没有一句话定位、截图/演示、适用对象、快速开始、项目状态。</w:t>
      </w:r>
    </w:p>
    <w:p>
      <w:r>
        <w:rPr>
          <w:rFonts w:ascii="Aptos" w:hAnsi="Aptos" w:eastAsia="Noto Sans CJK SC"/>
          <w:b/>
          <w:color w:val="232323"/>
        </w:rPr>
        <w:t>③ 根目录</w:t>
      </w:r>
      <w:r>
        <w:t>：只看一级目录和一级文件名，判断它把“代码 / 文档 / 配置 / 测试 / 自动化”怎么分。</w:t>
      </w:r>
    </w:p>
    <w:p>
      <w:r>
        <w:rPr>
          <w:rFonts w:ascii="Aptos" w:hAnsi="Aptos" w:eastAsia="Noto Sans CJK SC"/>
          <w:b/>
          <w:color w:val="232323"/>
        </w:rPr>
        <w:t>④ docs / documentation</w:t>
      </w:r>
      <w:r>
        <w:t>：看有没有总入口、目录、架构、开发、部署、规则、FAQ，而不是直接读全文。</w:t>
      </w:r>
    </w:p>
    <w:p>
      <w:r>
        <w:rPr>
          <w:rFonts w:ascii="Aptos" w:hAnsi="Aptos" w:eastAsia="Noto Sans CJK SC"/>
          <w:b/>
          <w:color w:val="232323"/>
        </w:rPr>
        <w:t>⑤ .github</w:t>
      </w:r>
      <w:r>
        <w:t>：看有没有 workflows、Issue 模板、PR 模板、贡献规则等。</w:t>
      </w:r>
    </w:p>
    <w:p>
      <w:r>
        <w:rPr>
          <w:rFonts w:ascii="Aptos" w:hAnsi="Aptos" w:eastAsia="Noto Sans CJK SC"/>
          <w:b/>
          <w:color w:val="232323"/>
        </w:rPr>
        <w:t>⑥ Releases / tags</w:t>
      </w:r>
      <w:r>
        <w:t>：看有没有版本、变更说明、稳定/测试版区分。</w:t>
      </w:r>
    </w:p>
    <w:p>
      <w:r>
        <w:rPr>
          <w:rFonts w:ascii="Aptos" w:hAnsi="Aptos" w:eastAsia="Noto Sans CJK SC"/>
          <w:b/>
          <w:color w:val="232323"/>
        </w:rPr>
        <w:t>⑦ Issues / Projects</w:t>
      </w:r>
      <w:r>
        <w:t>：看任务如何拆、状态如何标、是否能看出下一步。</w:t>
      </w:r>
    </w:p>
    <w:p>
      <w:pPr>
        <w:pStyle w:val="Heading1"/>
      </w:pPr>
      <w:r>
        <w:t>4. 根目录里常见文件/文件夹：你不需要会代码也能看懂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21"/>
        <w:gridCol w:w="2521"/>
        <w:gridCol w:w="2521"/>
        <w:gridCol w:w="2521"/>
      </w:tblGrid>
      <w:tr>
        <w:tc>
          <w:tcPr>
            <w:tcW w:type="dxa" w:w="2521"/>
            <w:shd w:fill="DDECE9"/>
          </w:tcPr>
          <w:p>
            <w:r>
              <w:t>名称</w:t>
            </w:r>
          </w:p>
        </w:tc>
        <w:tc>
          <w:tcPr>
            <w:tcW w:type="dxa" w:w="2521"/>
            <w:shd w:fill="DDECE9"/>
          </w:tcPr>
          <w:p>
            <w:r>
              <w:t>通常表示什么</w:t>
            </w:r>
          </w:p>
        </w:tc>
        <w:tc>
          <w:tcPr>
            <w:tcW w:type="dxa" w:w="2521"/>
            <w:shd w:fill="DDECE9"/>
          </w:tcPr>
          <w:p>
            <w:r>
              <w:t>你的考察重点</w:t>
            </w:r>
          </w:p>
        </w:tc>
        <w:tc>
          <w:tcPr>
            <w:tcW w:type="dxa" w:w="2521"/>
            <w:shd w:fill="DDECE9"/>
          </w:tcPr>
          <w:p>
            <w:r>
              <w:t>本次优先级</w:t>
            </w:r>
          </w:p>
        </w:tc>
      </w:tr>
      <w:tr>
        <w:tc>
          <w:tcPr>
            <w:tcW w:type="dxa" w:w="2521"/>
          </w:tcPr>
          <w:p>
            <w:r>
              <w:t>README.md</w:t>
            </w:r>
          </w:p>
        </w:tc>
        <w:tc>
          <w:tcPr>
            <w:tcW w:type="dxa" w:w="2521"/>
          </w:tcPr>
          <w:p>
            <w:r>
              <w:t>项目总说明</w:t>
            </w:r>
          </w:p>
        </w:tc>
        <w:tc>
          <w:tcPr>
            <w:tcW w:type="dxa" w:w="2521"/>
          </w:tcPr>
          <w:p>
            <w:r>
              <w:t>它有没有把陌生人带进去</w:t>
            </w:r>
          </w:p>
        </w:tc>
        <w:tc>
          <w:tcPr>
            <w:tcW w:type="dxa" w:w="2521"/>
          </w:tcPr>
          <w:p>
            <w:r>
              <w:t>★★★★★</w:t>
            </w:r>
          </w:p>
        </w:tc>
      </w:tr>
      <w:tr>
        <w:tc>
          <w:tcPr>
            <w:tcW w:type="dxa" w:w="2521"/>
          </w:tcPr>
          <w:p>
            <w:r>
              <w:t>docs/</w:t>
            </w:r>
          </w:p>
        </w:tc>
        <w:tc>
          <w:tcPr>
            <w:tcW w:type="dxa" w:w="2521"/>
          </w:tcPr>
          <w:p>
            <w:r>
              <w:t>详细文档库</w:t>
            </w:r>
          </w:p>
        </w:tc>
        <w:tc>
          <w:tcPr>
            <w:tcW w:type="dxa" w:w="2521"/>
          </w:tcPr>
          <w:p>
            <w:r>
              <w:t>有没有总目录、分层和前后关系</w:t>
            </w:r>
          </w:p>
        </w:tc>
        <w:tc>
          <w:tcPr>
            <w:tcW w:type="dxa" w:w="2521"/>
          </w:tcPr>
          <w:p>
            <w:r>
              <w:t>★★★★★</w:t>
            </w:r>
          </w:p>
        </w:tc>
      </w:tr>
      <w:tr>
        <w:tc>
          <w:tcPr>
            <w:tcW w:type="dxa" w:w="2521"/>
          </w:tcPr>
          <w:p>
            <w:r>
              <w:t>.github/</w:t>
            </w:r>
          </w:p>
        </w:tc>
        <w:tc>
          <w:tcPr>
            <w:tcW w:type="dxa" w:w="2521"/>
          </w:tcPr>
          <w:p>
            <w:r>
              <w:t>GitHub 协作与自动化配置</w:t>
            </w:r>
          </w:p>
        </w:tc>
        <w:tc>
          <w:tcPr>
            <w:tcW w:type="dxa" w:w="2521"/>
          </w:tcPr>
          <w:p>
            <w:r>
              <w:t>Issue/PR 模板、workflows、规则</w:t>
            </w:r>
          </w:p>
        </w:tc>
        <w:tc>
          <w:tcPr>
            <w:tcW w:type="dxa" w:w="2521"/>
          </w:tcPr>
          <w:p>
            <w:r>
              <w:t>★★★★☆</w:t>
            </w:r>
          </w:p>
        </w:tc>
      </w:tr>
      <w:tr>
        <w:tc>
          <w:tcPr>
            <w:tcW w:type="dxa" w:w="2521"/>
          </w:tcPr>
          <w:p>
            <w:r>
              <w:t>CONTRIBUTING.md</w:t>
            </w:r>
          </w:p>
        </w:tc>
        <w:tc>
          <w:tcPr>
            <w:tcW w:type="dxa" w:w="2521"/>
          </w:tcPr>
          <w:p>
            <w:r>
              <w:t>贡献指南</w:t>
            </w:r>
          </w:p>
        </w:tc>
        <w:tc>
          <w:tcPr>
            <w:tcW w:type="dxa" w:w="2521"/>
          </w:tcPr>
          <w:p>
            <w:r>
              <w:t>新参与者要先做什么、怎么提改动</w:t>
            </w:r>
          </w:p>
        </w:tc>
        <w:tc>
          <w:tcPr>
            <w:tcW w:type="dxa" w:w="2521"/>
          </w:tcPr>
          <w:p>
            <w:r>
              <w:t>★★★★☆</w:t>
            </w:r>
          </w:p>
        </w:tc>
      </w:tr>
      <w:tr>
        <w:tc>
          <w:tcPr>
            <w:tcW w:type="dxa" w:w="2521"/>
          </w:tcPr>
          <w:p>
            <w:r>
              <w:t>CODE_OF_CONDUCT.md</w:t>
            </w:r>
          </w:p>
        </w:tc>
        <w:tc>
          <w:tcPr>
            <w:tcW w:type="dxa" w:w="2521"/>
          </w:tcPr>
          <w:p>
            <w:r>
              <w:t>社区行为规范</w:t>
            </w:r>
          </w:p>
        </w:tc>
        <w:tc>
          <w:tcPr>
            <w:tcW w:type="dxa" w:w="2521"/>
          </w:tcPr>
          <w:p>
            <w:r>
              <w:t>公开社区项目才重要</w:t>
            </w:r>
          </w:p>
        </w:tc>
        <w:tc>
          <w:tcPr>
            <w:tcW w:type="dxa" w:w="2521"/>
          </w:tcPr>
          <w:p>
            <w:r>
              <w:t>★☆☆☆☆</w:t>
            </w:r>
          </w:p>
        </w:tc>
      </w:tr>
      <w:tr>
        <w:tc>
          <w:tcPr>
            <w:tcW w:type="dxa" w:w="2521"/>
          </w:tcPr>
          <w:p>
            <w:r>
              <w:t>LICENSE</w:t>
            </w:r>
          </w:p>
        </w:tc>
        <w:tc>
          <w:tcPr>
            <w:tcW w:type="dxa" w:w="2521"/>
          </w:tcPr>
          <w:p>
            <w:r>
              <w:t>开源许可</w:t>
            </w:r>
          </w:p>
        </w:tc>
        <w:tc>
          <w:tcPr>
            <w:tcW w:type="dxa" w:w="2521"/>
          </w:tcPr>
          <w:p>
            <w:r>
              <w:t>你以后公开项目时必须考虑</w:t>
            </w:r>
          </w:p>
        </w:tc>
        <w:tc>
          <w:tcPr>
            <w:tcW w:type="dxa" w:w="2521"/>
          </w:tcPr>
          <w:p>
            <w:r>
              <w:t>★★☆☆☆</w:t>
            </w:r>
          </w:p>
        </w:tc>
      </w:tr>
      <w:tr>
        <w:tc>
          <w:tcPr>
            <w:tcW w:type="dxa" w:w="2521"/>
          </w:tcPr>
          <w:p>
            <w:r>
              <w:t>CHANGELOG.md</w:t>
            </w:r>
          </w:p>
        </w:tc>
        <w:tc>
          <w:tcPr>
            <w:tcW w:type="dxa" w:w="2521"/>
          </w:tcPr>
          <w:p>
            <w:r>
              <w:t>版本变化记录</w:t>
            </w:r>
          </w:p>
        </w:tc>
        <w:tc>
          <w:tcPr>
            <w:tcW w:type="dxa" w:w="2521"/>
          </w:tcPr>
          <w:p>
            <w:r>
              <w:t>是否能看懂每版发生了什么</w:t>
            </w:r>
          </w:p>
        </w:tc>
        <w:tc>
          <w:tcPr>
            <w:tcW w:type="dxa" w:w="2521"/>
          </w:tcPr>
          <w:p>
            <w:r>
              <w:t>★★★★☆</w:t>
            </w:r>
          </w:p>
        </w:tc>
      </w:tr>
      <w:tr>
        <w:tc>
          <w:tcPr>
            <w:tcW w:type="dxa" w:w="2521"/>
          </w:tcPr>
          <w:p>
            <w:r>
              <w:t>ROADMAP.md</w:t>
            </w:r>
          </w:p>
        </w:tc>
        <w:tc>
          <w:tcPr>
            <w:tcW w:type="dxa" w:w="2521"/>
          </w:tcPr>
          <w:p>
            <w:r>
              <w:t>未来路线图</w:t>
            </w:r>
          </w:p>
        </w:tc>
        <w:tc>
          <w:tcPr>
            <w:tcW w:type="dxa" w:w="2521"/>
          </w:tcPr>
          <w:p>
            <w:r>
              <w:t>是否明确现在/下一步/以后</w:t>
            </w:r>
          </w:p>
        </w:tc>
        <w:tc>
          <w:tcPr>
            <w:tcW w:type="dxa" w:w="2521"/>
          </w:tcPr>
          <w:p>
            <w:r>
              <w:t>★★★★★</w:t>
            </w:r>
          </w:p>
        </w:tc>
      </w:tr>
      <w:tr>
        <w:tc>
          <w:tcPr>
            <w:tcW w:type="dxa" w:w="2521"/>
          </w:tcPr>
          <w:p>
            <w:r>
              <w:t>SECURITY.md</w:t>
            </w:r>
          </w:p>
        </w:tc>
        <w:tc>
          <w:tcPr>
            <w:tcW w:type="dxa" w:w="2521"/>
          </w:tcPr>
          <w:p>
            <w:r>
              <w:t>安全报告与策略</w:t>
            </w:r>
          </w:p>
        </w:tc>
        <w:tc>
          <w:tcPr>
            <w:tcW w:type="dxa" w:w="2521"/>
          </w:tcPr>
          <w:p>
            <w:r>
              <w:t>是否把安全单独治理</w:t>
            </w:r>
          </w:p>
        </w:tc>
        <w:tc>
          <w:tcPr>
            <w:tcW w:type="dxa" w:w="2521"/>
          </w:tcPr>
          <w:p>
            <w:r>
              <w:t>★★★☆☆</w:t>
            </w:r>
          </w:p>
        </w:tc>
      </w:tr>
      <w:tr>
        <w:tc>
          <w:tcPr>
            <w:tcW w:type="dxa" w:w="2521"/>
          </w:tcPr>
          <w:p>
            <w:r>
              <w:t>ARCHITECTURE.md</w:t>
            </w:r>
          </w:p>
        </w:tc>
        <w:tc>
          <w:tcPr>
            <w:tcW w:type="dxa" w:w="2521"/>
          </w:tcPr>
          <w:p>
            <w:r>
              <w:t>架构说明</w:t>
            </w:r>
          </w:p>
        </w:tc>
        <w:tc>
          <w:tcPr>
            <w:tcW w:type="dxa" w:w="2521"/>
          </w:tcPr>
          <w:p>
            <w:r>
              <w:t>非常适合你观察复杂系统怎么讲清楚</w:t>
            </w:r>
          </w:p>
        </w:tc>
        <w:tc>
          <w:tcPr>
            <w:tcW w:type="dxa" w:w="2521"/>
          </w:tcPr>
          <w:p>
            <w:r>
              <w:t>★★★★★</w:t>
            </w:r>
          </w:p>
        </w:tc>
      </w:tr>
      <w:tr>
        <w:tc>
          <w:tcPr>
            <w:tcW w:type="dxa" w:w="2521"/>
          </w:tcPr>
          <w:p>
            <w:r>
              <w:t>AGENTS.md / CLAUDE.md 等</w:t>
            </w:r>
          </w:p>
        </w:tc>
        <w:tc>
          <w:tcPr>
            <w:tcW w:type="dxa" w:w="2521"/>
          </w:tcPr>
          <w:p>
            <w:r>
              <w:t>AI Agent 工作规则（若项目使用）</w:t>
            </w:r>
          </w:p>
        </w:tc>
        <w:tc>
          <w:tcPr>
            <w:tcW w:type="dxa" w:w="2521"/>
          </w:tcPr>
          <w:p>
            <w:r>
              <w:t>规则如何分层、作用域怎样写</w:t>
            </w:r>
          </w:p>
        </w:tc>
        <w:tc>
          <w:tcPr>
            <w:tcW w:type="dxa" w:w="2521"/>
          </w:tcPr>
          <w:p>
            <w:r>
              <w:t>★★★★★</w:t>
            </w:r>
          </w:p>
        </w:tc>
      </w:tr>
      <w:tr>
        <w:tc>
          <w:tcPr>
            <w:tcW w:type="dxa" w:w="2521"/>
          </w:tcPr>
          <w:p>
            <w:r>
              <w:t>src/ / app/</w:t>
            </w:r>
          </w:p>
        </w:tc>
        <w:tc>
          <w:tcPr>
            <w:tcW w:type="dxa" w:w="2521"/>
          </w:tcPr>
          <w:p>
            <w:r>
              <w:t>主要源代码</w:t>
            </w:r>
          </w:p>
        </w:tc>
        <w:tc>
          <w:tcPr>
            <w:tcW w:type="dxa" w:w="2521"/>
          </w:tcPr>
          <w:p>
            <w:r>
              <w:t>只看目录命名，不读实现</w:t>
            </w:r>
          </w:p>
        </w:tc>
        <w:tc>
          <w:tcPr>
            <w:tcW w:type="dxa" w:w="2521"/>
          </w:tcPr>
          <w:p>
            <w:r>
              <w:t>★★☆☆☆</w:t>
            </w:r>
          </w:p>
        </w:tc>
      </w:tr>
      <w:tr>
        <w:tc>
          <w:tcPr>
            <w:tcW w:type="dxa" w:w="2521"/>
          </w:tcPr>
          <w:p>
            <w:r>
              <w:t>tests/ / test/</w:t>
            </w:r>
          </w:p>
        </w:tc>
        <w:tc>
          <w:tcPr>
            <w:tcW w:type="dxa" w:w="2521"/>
          </w:tcPr>
          <w:p>
            <w:r>
              <w:t>测试</w:t>
            </w:r>
          </w:p>
        </w:tc>
        <w:tc>
          <w:tcPr>
            <w:tcW w:type="dxa" w:w="2521"/>
          </w:tcPr>
          <w:p>
            <w:r>
              <w:t>看有没有测试体系即可</w:t>
            </w:r>
          </w:p>
        </w:tc>
        <w:tc>
          <w:tcPr>
            <w:tcW w:type="dxa" w:w="2521"/>
          </w:tcPr>
          <w:p>
            <w:r>
              <w:t>★★★☆☆</w:t>
            </w:r>
          </w:p>
        </w:tc>
      </w:tr>
      <w:tr>
        <w:tc>
          <w:tcPr>
            <w:tcW w:type="dxa" w:w="2521"/>
          </w:tcPr>
          <w:p>
            <w:r>
              <w:t>scripts/</w:t>
            </w:r>
          </w:p>
        </w:tc>
        <w:tc>
          <w:tcPr>
            <w:tcW w:type="dxa" w:w="2521"/>
          </w:tcPr>
          <w:p>
            <w:r>
              <w:t>脚本工具</w:t>
            </w:r>
          </w:p>
        </w:tc>
        <w:tc>
          <w:tcPr>
            <w:tcW w:type="dxa" w:w="2521"/>
          </w:tcPr>
          <w:p>
            <w:r>
              <w:t>看是否把重复操作自动化</w:t>
            </w:r>
          </w:p>
        </w:tc>
        <w:tc>
          <w:tcPr>
            <w:tcW w:type="dxa" w:w="2521"/>
          </w:tcPr>
          <w:p>
            <w:r>
              <w:t>★★★☆☆</w:t>
            </w:r>
          </w:p>
        </w:tc>
      </w:tr>
      <w:tr>
        <w:tc>
          <w:tcPr>
            <w:tcW w:type="dxa" w:w="2521"/>
          </w:tcPr>
          <w:p>
            <w:r>
              <w:t>.env.example</w:t>
            </w:r>
          </w:p>
        </w:tc>
        <w:tc>
          <w:tcPr>
            <w:tcW w:type="dxa" w:w="2521"/>
          </w:tcPr>
          <w:p>
            <w:r>
              <w:t>环境变量示例</w:t>
            </w:r>
          </w:p>
        </w:tc>
        <w:tc>
          <w:tcPr>
            <w:tcW w:type="dxa" w:w="2521"/>
          </w:tcPr>
          <w:p>
            <w:r>
              <w:t>看配置如何说明；绝不能有真实密钥</w:t>
            </w:r>
          </w:p>
        </w:tc>
        <w:tc>
          <w:tcPr>
            <w:tcW w:type="dxa" w:w="2521"/>
          </w:tcPr>
          <w:p>
            <w:r>
              <w:t>★★★☆☆</w:t>
            </w:r>
          </w:p>
        </w:tc>
      </w:tr>
      <w:tr>
        <w:tc>
          <w:tcPr>
            <w:tcW w:type="dxa" w:w="2521"/>
          </w:tcPr>
          <w:p>
            <w:r>
              <w:t>package.json 等</w:t>
            </w:r>
          </w:p>
        </w:tc>
        <w:tc>
          <w:tcPr>
            <w:tcW w:type="dxa" w:w="2521"/>
          </w:tcPr>
          <w:p>
            <w:r>
              <w:t>依赖/脚本配置</w:t>
            </w:r>
          </w:p>
        </w:tc>
        <w:tc>
          <w:tcPr>
            <w:tcW w:type="dxa" w:w="2521"/>
          </w:tcPr>
          <w:p>
            <w:r>
              <w:t>只观察是否有 build/test/lint 等命令</w:t>
            </w:r>
          </w:p>
        </w:tc>
        <w:tc>
          <w:tcPr>
            <w:tcW w:type="dxa" w:w="2521"/>
          </w:tcPr>
          <w:p>
            <w:r>
              <w:t>★★☆☆☆</w:t>
            </w:r>
          </w:p>
        </w:tc>
      </w:tr>
      <w:tr>
        <w:tc>
          <w:tcPr>
            <w:tcW w:type="dxa" w:w="2521"/>
          </w:tcPr>
          <w:p>
            <w:r>
              <w:t>node_modules / lock 文件</w:t>
            </w:r>
          </w:p>
        </w:tc>
        <w:tc>
          <w:tcPr>
            <w:tcW w:type="dxa" w:w="2521"/>
          </w:tcPr>
          <w:p>
            <w:r>
              <w:t>依赖相关</w:t>
            </w:r>
          </w:p>
        </w:tc>
        <w:tc>
          <w:tcPr>
            <w:tcW w:type="dxa" w:w="2521"/>
          </w:tcPr>
          <w:p>
            <w:r>
              <w:t>完全没必要精读</w:t>
            </w:r>
          </w:p>
        </w:tc>
        <w:tc>
          <w:tcPr>
            <w:tcW w:type="dxa" w:w="2521"/>
          </w:tcPr>
          <w:p>
            <w:r>
              <w:t>☆☆☆☆☆</w:t>
            </w:r>
          </w:p>
        </w:tc>
      </w:tr>
    </w:tbl>
    <w:p>
      <w:pPr>
        <w:pStyle w:val="Heading1"/>
      </w:pPr>
      <w:r>
        <w:t>5. README 怎么看：这是你最应该学的页面</w:t>
      </w:r>
    </w:p>
    <w:p>
      <w:r>
        <w:t>GitHub 官方把 README 视为帮助人理解和导航项目的核心材料，并建议每个仓库都提供 README。你考察时不要评价“写得长不长”，而是看它有没有让陌生人少迷路。</w:t>
      </w:r>
    </w:p>
    <w:p>
      <w:pPr>
        <w:pStyle w:val="ListBullet"/>
      </w:pPr>
      <w:r>
        <w:t>一句话定位：这是什么？</w:t>
      </w:r>
    </w:p>
    <w:p>
      <w:pPr>
        <w:pStyle w:val="ListBullet"/>
      </w:pPr>
      <w:r>
        <w:t>对象：给谁用？</w:t>
      </w:r>
    </w:p>
    <w:p>
      <w:pPr>
        <w:pStyle w:val="ListBullet"/>
      </w:pPr>
      <w:r>
        <w:t>状态：Demo / Beta / Stable / Archived？</w:t>
      </w:r>
    </w:p>
    <w:p>
      <w:pPr>
        <w:pStyle w:val="ListBullet"/>
      </w:pPr>
      <w:r>
        <w:t>视觉证据：截图、GIF、演示链接是否存在？</w:t>
      </w:r>
    </w:p>
    <w:p>
      <w:pPr>
        <w:pStyle w:val="ListBullet"/>
      </w:pPr>
      <w:r>
        <w:t>核心能力：3–6 个重点，而不是功能大杂烩。</w:t>
      </w:r>
    </w:p>
    <w:p>
      <w:pPr>
        <w:pStyle w:val="ListBullet"/>
      </w:pPr>
      <w:r>
        <w:t>结构导航：复杂项目有没有“从这里开始”。</w:t>
      </w:r>
    </w:p>
    <w:p>
      <w:pPr>
        <w:pStyle w:val="ListBullet"/>
      </w:pPr>
      <w:r>
        <w:t>快速开始：需要几步才能跑起来？</w:t>
      </w:r>
    </w:p>
    <w:p>
      <w:pPr>
        <w:pStyle w:val="ListBullet"/>
      </w:pPr>
      <w:r>
        <w:t>文档入口：README 是否把详细内容导向 docs，而不是全部塞首页。</w:t>
      </w:r>
    </w:p>
    <w:p>
      <w:pPr>
        <w:pStyle w:val="ListBullet"/>
      </w:pPr>
      <w:r>
        <w:t>限制/非目标：明确“不做什么”往往比“什么都能做”更专业。</w:t>
      </w:r>
    </w:p>
    <w:p>
      <w:pPr>
        <w:pStyle w:val="ListBullet"/>
      </w:pPr>
      <w:r>
        <w:t>验证入口：Demo、网站、Release、文档、测试状态等是否可验证。</w:t>
      </w:r>
    </w:p>
    <w:p>
      <w:pPr>
        <w:pStyle w:val="Heading1"/>
      </w:pPr>
      <w:r>
        <w:t>6. 你最需要偷师的不是源码，而是 docs 的“知识架构”</w:t>
      </w:r>
    </w:p>
    <w:p>
      <w:r>
        <w:t>你现在的核心难题是：文档多、用途混、先后关系不清。因此你进一个仓库时，优先找它怎么处理下面五种东西。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62"/>
        <w:gridCol w:w="3362"/>
        <w:gridCol w:w="3362"/>
      </w:tblGrid>
      <w:tr>
        <w:tc>
          <w:tcPr>
            <w:tcW w:type="dxa" w:w="3362"/>
            <w:shd w:fill="DDECE9"/>
          </w:tcPr>
          <w:p>
            <w:r>
              <w:t>观察对象</w:t>
            </w:r>
          </w:p>
        </w:tc>
        <w:tc>
          <w:tcPr>
            <w:tcW w:type="dxa" w:w="3362"/>
            <w:shd w:fill="DDECE9"/>
          </w:tcPr>
          <w:p>
            <w:r>
              <w:t>你要问的问题</w:t>
            </w:r>
          </w:p>
        </w:tc>
        <w:tc>
          <w:tcPr>
            <w:tcW w:type="dxa" w:w="3362"/>
            <w:shd w:fill="DDECE9"/>
          </w:tcPr>
          <w:p>
            <w:r>
              <w:t>可带回来的经验</w:t>
            </w:r>
          </w:p>
        </w:tc>
      </w:tr>
      <w:tr>
        <w:tc>
          <w:tcPr>
            <w:tcW w:type="dxa" w:w="3362"/>
          </w:tcPr>
          <w:p>
            <w:r>
              <w:t>入口</w:t>
            </w:r>
          </w:p>
        </w:tc>
        <w:tc>
          <w:tcPr>
            <w:tcW w:type="dxa" w:w="3362"/>
          </w:tcPr>
          <w:p>
            <w:r>
              <w:t>新人从哪里开始？有没有 Start Here / Overview / Index？</w:t>
            </w:r>
          </w:p>
        </w:tc>
        <w:tc>
          <w:tcPr>
            <w:tcW w:type="dxa" w:w="3362"/>
          </w:tcPr>
          <w:p>
            <w:r>
              <w:t>你的文档页是否也需要“第一次来先看这里”</w:t>
            </w:r>
          </w:p>
        </w:tc>
      </w:tr>
      <w:tr>
        <w:tc>
          <w:tcPr>
            <w:tcW w:type="dxa" w:w="3362"/>
          </w:tcPr>
          <w:p>
            <w:r>
              <w:t>分类</w:t>
            </w:r>
          </w:p>
        </w:tc>
        <w:tc>
          <w:tcPr>
            <w:tcW w:type="dxa" w:w="3362"/>
          </w:tcPr>
          <w:p>
            <w:r>
              <w:t>按主题、角色、阶段还是文件类型分类？</w:t>
            </w:r>
          </w:p>
        </w:tc>
        <w:tc>
          <w:tcPr>
            <w:tcW w:type="dxa" w:w="3362"/>
          </w:tcPr>
          <w:p>
            <w:r>
              <w:t>不要只模仿目录名，要看分类依据</w:t>
            </w:r>
          </w:p>
        </w:tc>
      </w:tr>
      <w:tr>
        <w:tc>
          <w:tcPr>
            <w:tcW w:type="dxa" w:w="3362"/>
          </w:tcPr>
          <w:p>
            <w:r>
              <w:t>顺序</w:t>
            </w:r>
          </w:p>
        </w:tc>
        <w:tc>
          <w:tcPr>
            <w:tcW w:type="dxa" w:w="3362"/>
          </w:tcPr>
          <w:p>
            <w:r>
              <w:t>有没有 01→02→03，或 Prerequisites / Next steps？</w:t>
            </w:r>
          </w:p>
        </w:tc>
        <w:tc>
          <w:tcPr>
            <w:tcW w:type="dxa" w:w="3362"/>
          </w:tcPr>
          <w:p>
            <w:r>
              <w:t>为新手建立学习路径</w:t>
            </w:r>
          </w:p>
        </w:tc>
      </w:tr>
      <w:tr>
        <w:tc>
          <w:tcPr>
            <w:tcW w:type="dxa" w:w="3362"/>
          </w:tcPr>
          <w:p>
            <w:r>
              <w:t>文档角色</w:t>
            </w:r>
          </w:p>
        </w:tc>
        <w:tc>
          <w:tcPr>
            <w:tcW w:type="dxa" w:w="3362"/>
          </w:tcPr>
          <w:p>
            <w:r>
              <w:t>Guide、Reference、Runbook、Decision、Rule 是否分开？</w:t>
            </w:r>
          </w:p>
        </w:tc>
        <w:tc>
          <w:tcPr>
            <w:tcW w:type="dxa" w:w="3362"/>
          </w:tcPr>
          <w:p>
            <w:r>
              <w:t>把不同用途内容拆开</w:t>
            </w:r>
          </w:p>
        </w:tc>
      </w:tr>
      <w:tr>
        <w:tc>
          <w:tcPr>
            <w:tcW w:type="dxa" w:w="3362"/>
          </w:tcPr>
          <w:p>
            <w:r>
              <w:t>状态</w:t>
            </w:r>
          </w:p>
        </w:tc>
        <w:tc>
          <w:tcPr>
            <w:tcW w:type="dxa" w:w="3362"/>
          </w:tcPr>
          <w:p>
            <w:r>
              <w:t>草稿、正式、历史、废弃怎么标？</w:t>
            </w:r>
          </w:p>
        </w:tc>
        <w:tc>
          <w:tcPr>
            <w:tcW w:type="dxa" w:w="3362"/>
          </w:tcPr>
          <w:p>
            <w:r>
              <w:t>避免旧规则和新规则并列</w:t>
            </w:r>
          </w:p>
        </w:tc>
      </w:tr>
      <w:tr>
        <w:tc>
          <w:tcPr>
            <w:tcW w:type="dxa" w:w="3362"/>
          </w:tcPr>
          <w:p>
            <w:r>
              <w:t>交叉链接</w:t>
            </w:r>
          </w:p>
        </w:tc>
        <w:tc>
          <w:tcPr>
            <w:tcW w:type="dxa" w:w="3362"/>
          </w:tcPr>
          <w:p>
            <w:r>
              <w:t>同一知识是否复制多份，还是引用单一来源？</w:t>
            </w:r>
          </w:p>
        </w:tc>
        <w:tc>
          <w:tcPr>
            <w:tcW w:type="dxa" w:w="3362"/>
          </w:tcPr>
          <w:p>
            <w:r>
              <w:t>减少重复和冲突</w:t>
            </w:r>
          </w:p>
        </w:tc>
      </w:tr>
      <w:tr>
        <w:tc>
          <w:tcPr>
            <w:tcW w:type="dxa" w:w="3362"/>
          </w:tcPr>
          <w:p>
            <w:r>
              <w:t>索引</w:t>
            </w:r>
          </w:p>
        </w:tc>
        <w:tc>
          <w:tcPr>
            <w:tcW w:type="dxa" w:w="3362"/>
          </w:tcPr>
          <w:p>
            <w:r>
              <w:t>有没有总目录、搜索、导航页？</w:t>
            </w:r>
          </w:p>
        </w:tc>
        <w:tc>
          <w:tcPr>
            <w:tcW w:type="dxa" w:w="3362"/>
          </w:tcPr>
          <w:p>
            <w:r>
              <w:t>内容多时先解决“找得到”</w:t>
            </w:r>
          </w:p>
        </w:tc>
      </w:tr>
      <w:tr>
        <w:tc>
          <w:tcPr>
            <w:tcW w:type="dxa" w:w="3362"/>
          </w:tcPr>
          <w:p>
            <w:r>
              <w:t>维护</w:t>
            </w:r>
          </w:p>
        </w:tc>
        <w:tc>
          <w:tcPr>
            <w:tcW w:type="dxa" w:w="3362"/>
          </w:tcPr>
          <w:p>
            <w:r>
              <w:t>谁更新、何时更新、版本如何变化？</w:t>
            </w:r>
          </w:p>
        </w:tc>
        <w:tc>
          <w:tcPr>
            <w:tcW w:type="dxa" w:w="3362"/>
          </w:tcPr>
          <w:p>
            <w:r>
              <w:t>文档不是写完即结束</w:t>
            </w:r>
          </w:p>
        </w:tc>
      </w:tr>
    </w:tbl>
    <w:p>
      <w:pPr>
        <w:pStyle w:val="Heading1"/>
      </w:pPr>
      <w:r>
        <w:t>7. 怎么自己在 GitHub 找案例：不要搜项目名，搜“你要解决的问题”</w:t>
      </w:r>
    </w:p>
    <w:p>
      <w:r>
        <w:t>GitHub 官方建议：想广泛浏览时用 Explore / Topics；已经知道方向时用 Search。Topics 可以按主题发现仓库，Star 可以把想回看的仓库保存起来。</w:t>
      </w:r>
    </w:p>
    <w:p>
      <w:r>
        <w:rPr>
          <w:rFonts w:ascii="Aptos" w:hAnsi="Aptos" w:eastAsia="Noto Sans CJK SC"/>
          <w:b/>
          <w:color w:val="0F4641"/>
        </w:rPr>
        <w:t>你的搜索思路：</w:t>
      </w:r>
    </w:p>
    <w:p>
      <w:pPr>
        <w:pStyle w:val="ListBullet"/>
      </w:pPr>
      <w:r>
        <w:rPr>
          <w:b/>
        </w:rPr>
        <w:t>找“文档很多但组织清楚”的项目：</w:t>
      </w:r>
      <w:r>
        <w:t>documentation portal / docs architecture / knowledge base / developer documentation</w:t>
      </w:r>
    </w:p>
    <w:p>
      <w:pPr>
        <w:pStyle w:val="ListBullet"/>
      </w:pPr>
      <w:r>
        <w:rPr>
          <w:b/>
        </w:rPr>
        <w:t>找“个人网站 + 项目 + 文章”的结构：</w:t>
      </w:r>
      <w:r>
        <w:t>personal website portfolio blog projects documentation</w:t>
      </w:r>
    </w:p>
    <w:p>
      <w:pPr>
        <w:pStyle w:val="ListBullet"/>
      </w:pPr>
      <w:r>
        <w:rPr>
          <w:b/>
        </w:rPr>
        <w:t>找“复杂项目怎么写 README”：</w:t>
      </w:r>
      <w:r>
        <w:t>production ready README architecture roadmap</w:t>
      </w:r>
    </w:p>
    <w:p>
      <w:pPr>
        <w:pStyle w:val="ListBullet"/>
      </w:pPr>
      <w:r>
        <w:rPr>
          <w:b/>
        </w:rPr>
        <w:t>找“AI Agent 规则/Skill”：</w:t>
      </w:r>
      <w:r>
        <w:t>agent rules skills workflow AGENTS.md</w:t>
      </w:r>
    </w:p>
    <w:p>
      <w:pPr>
        <w:pStyle w:val="ListBullet"/>
      </w:pPr>
      <w:r>
        <w:rPr>
          <w:b/>
        </w:rPr>
        <w:t>找“部署/发布规则”：</w:t>
      </w:r>
      <w:r>
        <w:t>deployment runbook release workflow production</w:t>
      </w:r>
    </w:p>
    <w:p>
      <w:pPr>
        <w:pStyle w:val="ListBullet"/>
      </w:pPr>
      <w:r>
        <w:rPr>
          <w:b/>
        </w:rPr>
        <w:t>找“项目状态与路线图”：</w:t>
      </w:r>
      <w:r>
        <w:t>roadmap project status milestones</w:t>
      </w:r>
    </w:p>
    <w:p>
      <w:pPr>
        <w:pStyle w:val="Lead"/>
      </w:pPr>
      <w:r>
        <w:t>可以组合的常见搜索限定符（用于缩小范围，语法可能随 GitHub 更新；以搜索页面提示和官方文档为准）：</w:t>
      </w:r>
    </w:p>
    <w:p>
      <w:pPr>
        <w:pStyle w:val="CodeText"/>
      </w:pPr>
      <w:r>
        <w:t>topic:xxx    # 按主题</w:t>
      </w:r>
    </w:p>
    <w:p>
      <w:pPr>
        <w:pStyle w:val="CodeText"/>
      </w:pPr>
      <w:r>
        <w:t>language:TypeScript    # 按主要语言</w:t>
      </w:r>
    </w:p>
    <w:p>
      <w:pPr>
        <w:pStyle w:val="CodeText"/>
      </w:pPr>
      <w:r>
        <w:t>stars:&gt;100    # 过滤一定关注度</w:t>
      </w:r>
    </w:p>
    <w:p>
      <w:pPr>
        <w:pStyle w:val="CodeText"/>
      </w:pPr>
      <w:r>
        <w:t>archived:false    # 排除已归档仓库</w:t>
      </w:r>
    </w:p>
    <w:p>
      <w:pPr>
        <w:pStyle w:val="CodeText"/>
      </w:pPr>
      <w:r>
        <w:t>org:xxx    # 限定某个组织</w:t>
      </w:r>
    </w:p>
    <w:p>
      <w:pPr>
        <w:pStyle w:val="CodeText"/>
      </w:pPr>
      <w:r>
        <w:t>repo:owner/name    # 限定一个仓库内搜索</w:t>
      </w:r>
    </w:p>
    <w:p>
      <w:pPr>
        <w:pStyle w:val="CodeText"/>
      </w:pPr>
      <w:r>
        <w:t>path:docs    # 限定到文档目录（代码搜索场景）</w:t>
      </w:r>
    </w:p>
    <w:p>
      <w:pPr>
        <w:pStyle w:val="Heading1"/>
      </w:pPr>
      <w:r>
        <w:t>8. 哪些仓库值得精读：不要被 Star 数骗了</w:t>
      </w:r>
    </w:p>
    <w:p>
      <w:r>
        <w:rPr>
          <w:rFonts w:ascii="Aptos" w:hAnsi="Aptos" w:eastAsia="Noto Sans CJK SC"/>
          <w:b/>
        </w:rPr>
        <w:t>第一屏能不能讲明白</w:t>
      </w:r>
      <w:r>
        <w:t>：如果定位都说不清，结构再复杂也不值得优先学。</w:t>
      </w:r>
    </w:p>
    <w:p>
      <w:r>
        <w:rPr>
          <w:rFonts w:ascii="Aptos" w:hAnsi="Aptos" w:eastAsia="Noto Sans CJK SC"/>
          <w:b/>
        </w:rPr>
        <w:t>最近是否仍维护</w:t>
      </w:r>
      <w:r>
        <w:t>：旧项目可能曾经优秀，但结构未必适合现在。</w:t>
      </w:r>
    </w:p>
    <w:p>
      <w:r>
        <w:rPr>
          <w:rFonts w:ascii="Aptos" w:hAnsi="Aptos" w:eastAsia="Noto Sans CJK SC"/>
          <w:b/>
        </w:rPr>
        <w:t>文档是否可导航</w:t>
      </w:r>
      <w:r>
        <w:t>：有大量 Markdown ≠ 文档体系。</w:t>
      </w:r>
    </w:p>
    <w:p>
      <w:r>
        <w:rPr>
          <w:rFonts w:ascii="Aptos" w:hAnsi="Aptos" w:eastAsia="Noto Sans CJK SC"/>
          <w:b/>
        </w:rPr>
        <w:t>项目是否有版本/发布</w:t>
      </w:r>
      <w:r>
        <w:t>：判断它是不是长期产品，而不是一次 Demo。</w:t>
      </w:r>
    </w:p>
    <w:p>
      <w:r>
        <w:rPr>
          <w:rFonts w:ascii="Aptos" w:hAnsi="Aptos" w:eastAsia="Noto Sans CJK SC"/>
          <w:b/>
        </w:rPr>
        <w:t>Issues / Roadmap 是否有治理</w:t>
      </w:r>
      <w:r>
        <w:t>：看是否有真实的工作流。</w:t>
      </w:r>
    </w:p>
    <w:p>
      <w:r>
        <w:rPr>
          <w:rFonts w:ascii="Aptos" w:hAnsi="Aptos" w:eastAsia="Noto Sans CJK SC"/>
          <w:b/>
        </w:rPr>
        <w:t>目录复杂度是否与你接近</w:t>
      </w:r>
      <w:r>
        <w:t>：太小的单页 Demo 对你帮助有限；太大的企业级巨型仓库也可能超纲。</w:t>
      </w:r>
    </w:p>
    <w:p>
      <w:r>
        <w:rPr>
          <w:rFonts w:ascii="Aptos" w:hAnsi="Aptos" w:eastAsia="Noto Sans CJK SC"/>
          <w:b/>
        </w:rPr>
        <w:t>是否明确边界</w:t>
      </w:r>
      <w:r>
        <w:t>：成熟项目通常知道自己不解决什么。</w:t>
      </w:r>
    </w:p>
    <w:p>
      <w:r>
        <w:rPr>
          <w:rFonts w:ascii="Aptos" w:hAnsi="Aptos" w:eastAsia="Noto Sans CJK SC"/>
          <w:b/>
        </w:rPr>
        <w:t>结构是否为需求服务</w:t>
      </w:r>
      <w:r>
        <w:t>：不要因为目录多就认为专业。</w:t>
      </w:r>
    </w:p>
    <w:p>
      <w:pPr>
        <w:pStyle w:val="Heading1"/>
      </w:pPr>
      <w:r>
        <w:t>9. 对你最有用的“三级考察法”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21"/>
        <w:gridCol w:w="2521"/>
        <w:gridCol w:w="2521"/>
        <w:gridCol w:w="2521"/>
      </w:tblGrid>
      <w:tr>
        <w:tc>
          <w:tcPr>
            <w:tcW w:type="dxa" w:w="2521"/>
            <w:shd w:fill="DDECE9"/>
          </w:tcPr>
          <w:p>
            <w:r>
              <w:t>层级</w:t>
            </w:r>
          </w:p>
        </w:tc>
        <w:tc>
          <w:tcPr>
            <w:tcW w:type="dxa" w:w="2521"/>
            <w:shd w:fill="DDECE9"/>
          </w:tcPr>
          <w:p>
            <w:r>
              <w:t>时间</w:t>
            </w:r>
          </w:p>
        </w:tc>
        <w:tc>
          <w:tcPr>
            <w:tcW w:type="dxa" w:w="2521"/>
            <w:shd w:fill="DDECE9"/>
          </w:tcPr>
          <w:p>
            <w:r>
              <w:t>看什么</w:t>
            </w:r>
          </w:p>
        </w:tc>
        <w:tc>
          <w:tcPr>
            <w:tcW w:type="dxa" w:w="2521"/>
            <w:shd w:fill="DDECE9"/>
          </w:tcPr>
          <w:p>
            <w:r>
              <w:t>输出</w:t>
            </w:r>
          </w:p>
        </w:tc>
      </w:tr>
      <w:tr>
        <w:tc>
          <w:tcPr>
            <w:tcW w:type="dxa" w:w="2521"/>
          </w:tcPr>
          <w:p>
            <w:r>
              <w:t>L1 扫描</w:t>
            </w:r>
          </w:p>
        </w:tc>
        <w:tc>
          <w:tcPr>
            <w:tcW w:type="dxa" w:w="2521"/>
          </w:tcPr>
          <w:p>
            <w:r>
              <w:t>2–3 分钟/仓库</w:t>
            </w:r>
          </w:p>
        </w:tc>
        <w:tc>
          <w:tcPr>
            <w:tcW w:type="dxa" w:w="2521"/>
          </w:tcPr>
          <w:p>
            <w:r>
              <w:t>README 第一屏 + 根目录 + 是否有 docs</w:t>
            </w:r>
          </w:p>
        </w:tc>
        <w:tc>
          <w:tcPr>
            <w:tcW w:type="dxa" w:w="2521"/>
          </w:tcPr>
          <w:p>
            <w:r>
              <w:t>保留/淘汰</w:t>
            </w:r>
          </w:p>
        </w:tc>
      </w:tr>
      <w:tr>
        <w:tc>
          <w:tcPr>
            <w:tcW w:type="dxa" w:w="2521"/>
          </w:tcPr>
          <w:p>
            <w:r>
              <w:t>L2 结构审计</w:t>
            </w:r>
          </w:p>
        </w:tc>
        <w:tc>
          <w:tcPr>
            <w:tcW w:type="dxa" w:w="2521"/>
          </w:tcPr>
          <w:p>
            <w:r>
              <w:t>10–15 分钟/仓库</w:t>
            </w:r>
          </w:p>
        </w:tc>
        <w:tc>
          <w:tcPr>
            <w:tcW w:type="dxa" w:w="2521"/>
          </w:tcPr>
          <w:p>
            <w:r>
              <w:t>README、docs、.github、Roadmap、Releases、Issues</w:t>
            </w:r>
          </w:p>
        </w:tc>
        <w:tc>
          <w:tcPr>
            <w:tcW w:type="dxa" w:w="2521"/>
          </w:tcPr>
          <w:p>
            <w:r>
              <w:t>记录 3 个可借鉴点</w:t>
            </w:r>
          </w:p>
        </w:tc>
      </w:tr>
      <w:tr>
        <w:tc>
          <w:tcPr>
            <w:tcW w:type="dxa" w:w="2521"/>
          </w:tcPr>
          <w:p>
            <w:r>
              <w:t>L3 深挖</w:t>
            </w:r>
          </w:p>
        </w:tc>
        <w:tc>
          <w:tcPr>
            <w:tcW w:type="dxa" w:w="2521"/>
          </w:tcPr>
          <w:p>
            <w:r>
              <w:t>30–60 分钟/仓库</w:t>
            </w:r>
          </w:p>
        </w:tc>
        <w:tc>
          <w:tcPr>
            <w:tcW w:type="dxa" w:w="2521"/>
          </w:tcPr>
          <w:p>
            <w:r>
              <w:t>只针对一个明确问题深入，例如“文档导航”或“发布流程”</w:t>
            </w:r>
          </w:p>
        </w:tc>
        <w:tc>
          <w:tcPr>
            <w:tcW w:type="dxa" w:w="2521"/>
          </w:tcPr>
          <w:p>
            <w:r>
              <w:t>形成一条具体设计原则</w:t>
            </w:r>
          </w:p>
        </w:tc>
      </w:tr>
    </w:tbl>
    <w:p>
      <w:pPr>
        <w:pStyle w:val="Lead"/>
      </w:pPr>
      <w:r>
        <w:t>原则：绝大多数仓库只做到 L1。真正值得你学习的，最多 2–3 个进入 L2；除非出现明确问题，否则不进入 L3。</w:t>
      </w:r>
    </w:p>
    <w:p>
      <w:pPr>
        <w:pStyle w:val="Heading1"/>
      </w:pPr>
      <w:r>
        <w:t>10. 为了梳理你的网站，你这次只观察 8 个问题</w:t>
      </w:r>
    </w:p>
    <w:p>
      <w:pPr>
        <w:pStyle w:val="ListNumber"/>
      </w:pPr>
      <w:r>
        <w:t>① 一个陌生人第一次进入，第一步被引导去哪里？</w:t>
      </w:r>
    </w:p>
    <w:p>
      <w:pPr>
        <w:pStyle w:val="ListNumber"/>
      </w:pPr>
      <w:r>
        <w:t>② 大量内容是按“主题”分类，还是按“用户阶段/角色”分类？</w:t>
      </w:r>
    </w:p>
    <w:p>
      <w:pPr>
        <w:pStyle w:val="ListNumber"/>
      </w:pPr>
      <w:r>
        <w:t>③ Guide（教程）和 Reference（参考）有没有分开？</w:t>
      </w:r>
    </w:p>
    <w:p>
      <w:pPr>
        <w:pStyle w:val="ListNumber"/>
      </w:pPr>
      <w:r>
        <w:t>④ Rules / Policies / Runbooks / Decisions 是否各有独立角色？</w:t>
      </w:r>
    </w:p>
    <w:p>
      <w:pPr>
        <w:pStyle w:val="ListNumber"/>
      </w:pPr>
      <w:r>
        <w:t>⑤ Demo、进行中、生产版、废弃内容怎样区分？</w:t>
      </w:r>
    </w:p>
    <w:p>
      <w:pPr>
        <w:pStyle w:val="ListNumber"/>
      </w:pPr>
      <w:r>
        <w:t>⑥ README / 首页承担多少信息，什么时候把内容下沉到 docs？</w:t>
      </w:r>
    </w:p>
    <w:p>
      <w:pPr>
        <w:pStyle w:val="ListNumber"/>
      </w:pPr>
      <w:r>
        <w:t>⑦ 项目之间是平铺，还是有一个总目录/总地图？</w:t>
      </w:r>
    </w:p>
    <w:p>
      <w:pPr>
        <w:pStyle w:val="ListNumber"/>
      </w:pPr>
      <w:r>
        <w:t>⑧ 复杂性是在页面表面展示，还是隐藏在清楚的二三级结构里？</w:t>
      </w:r>
    </w:p>
    <w:p>
      <w:pPr>
        <w:pStyle w:val="Heading1"/>
      </w:pPr>
      <w:r>
        <w:t>11. 这些东西你今天可以直接跳过</w:t>
      </w:r>
    </w:p>
    <w:p>
      <w:pPr>
        <w:pStyle w:val="ListBullet"/>
      </w:pPr>
      <w:r>
        <w:t>具体源码实现（src 里面成百上千行代码）</w:t>
      </w:r>
    </w:p>
    <w:p>
      <w:pPr>
        <w:pStyle w:val="ListBullet"/>
      </w:pPr>
      <w:r>
        <w:t>复杂 Git 历史、rebase、cherry-pick</w:t>
      </w:r>
    </w:p>
    <w:p>
      <w:pPr>
        <w:pStyle w:val="ListBullet"/>
      </w:pPr>
      <w:r>
        <w:t>每一个 Pull Request 的代码 Diff</w:t>
      </w:r>
    </w:p>
    <w:p>
      <w:pPr>
        <w:pStyle w:val="ListBullet"/>
      </w:pPr>
      <w:r>
        <w:t>依赖锁文件</w:t>
      </w:r>
    </w:p>
    <w:p>
      <w:pPr>
        <w:pStyle w:val="ListBullet"/>
      </w:pPr>
      <w:r>
        <w:t>CI 日志细节</w:t>
      </w:r>
    </w:p>
    <w:p>
      <w:pPr>
        <w:pStyle w:val="ListBullet"/>
      </w:pPr>
      <w:r>
        <w:t>性能 benchmark 细节</w:t>
      </w:r>
    </w:p>
    <w:p>
      <w:pPr>
        <w:pStyle w:val="ListBullet"/>
      </w:pPr>
      <w:r>
        <w:t>贡献者排名</w:t>
      </w:r>
    </w:p>
    <w:p>
      <w:pPr>
        <w:pStyle w:val="ListBullet"/>
      </w:pPr>
      <w:r>
        <w:t>安全扫描告警细节</w:t>
      </w:r>
    </w:p>
    <w:p>
      <w:pPr>
        <w:pStyle w:val="ListBullet"/>
      </w:pPr>
      <w:r>
        <w:t>大型 monorepo 的所有 package</w:t>
      </w:r>
    </w:p>
    <w:p>
      <w:pPr>
        <w:pStyle w:val="ListBullet"/>
      </w:pPr>
      <w:r>
        <w:t>任何让你开始“顺手学个新技术”的链接</w:t>
      </w:r>
    </w:p>
    <w:p>
      <w:pPr>
        <w:pStyle w:val="Heading1"/>
      </w:pPr>
      <w:r>
        <w:t>12. 你最容易掉进去的 6 个坑</w:t>
      </w:r>
    </w:p>
    <w:p>
      <w:r>
        <w:rPr>
          <w:rFonts w:ascii="Aptos" w:hAnsi="Aptos" w:eastAsia="Noto Sans CJK SC"/>
          <w:b/>
          <w:color w:val="783723"/>
        </w:rPr>
        <w:t>把“目录很多”当专业</w:t>
      </w:r>
      <w:r>
        <w:t>：企业级的核心是边界、职责、可维护，不是文件夹数量。</w:t>
      </w:r>
    </w:p>
    <w:p>
      <w:r>
        <w:rPr>
          <w:rFonts w:ascii="Aptos" w:hAnsi="Aptos" w:eastAsia="Noto Sans CJK SC"/>
          <w:b/>
          <w:color w:val="783723"/>
        </w:rPr>
        <w:t>照抄一个大项目</w:t>
      </w:r>
      <w:r>
        <w:t>：别人的组织结构服务于别人的团队与产品；你要抽取原则。</w:t>
      </w:r>
    </w:p>
    <w:p>
      <w:r>
        <w:rPr>
          <w:rFonts w:ascii="Aptos" w:hAnsi="Aptos" w:eastAsia="Noto Sans CJK SC"/>
          <w:b/>
          <w:color w:val="783723"/>
        </w:rPr>
        <w:t>同时看几十个仓库</w:t>
      </w:r>
      <w:r>
        <w:t>：信息输入越多，你现在越容易重新进入失控状态。</w:t>
      </w:r>
    </w:p>
    <w:p>
      <w:r>
        <w:rPr>
          <w:rFonts w:ascii="Aptos" w:hAnsi="Aptos" w:eastAsia="Noto Sans CJK SC"/>
          <w:b/>
          <w:color w:val="783723"/>
        </w:rPr>
        <w:t>只看 Star</w:t>
      </w:r>
      <w:r>
        <w:t>：Star 是发现信号，不是架构质量认证。</w:t>
      </w:r>
    </w:p>
    <w:p>
      <w:r>
        <w:rPr>
          <w:rFonts w:ascii="Aptos" w:hAnsi="Aptos" w:eastAsia="Noto Sans CJK SC"/>
          <w:b/>
          <w:color w:val="783723"/>
        </w:rPr>
        <w:t>看到新工具就想装</w:t>
      </w:r>
      <w:r>
        <w:t>：本次任务是“考察”，任何安装都算偏航。</w:t>
      </w:r>
    </w:p>
    <w:p>
      <w:r>
        <w:rPr>
          <w:rFonts w:ascii="Aptos" w:hAnsi="Aptos" w:eastAsia="Noto Sans CJK SC"/>
          <w:b/>
          <w:color w:val="783723"/>
        </w:rPr>
        <w:t>边看边重构自己网站</w:t>
      </w:r>
      <w:r>
        <w:t>：先采样，后比较，最后统一决策；否则你会被第一个案例带跑。</w:t>
      </w:r>
    </w:p>
    <w:p>
      <w:pPr>
        <w:pStyle w:val="Heading1"/>
      </w:pPr>
      <w:r>
        <w:t>13. 你的 GitHub 考察作业：不要给我仓库列表，给我“判断”</w:t>
      </w:r>
    </w:p>
    <w:p>
      <w:pPr>
        <w:pStyle w:val="Lead"/>
      </w:pPr>
      <w:r>
        <w:t>你自己找 3 个你认为值得借鉴的仓库。不要提前问我哪个最好。每个仓库只填下面这张表，然后回来把结果发给我。我负责验证你的判断，而不是替你完成观察。</w:t>
      </w:r>
    </w:p>
    <w:p>
      <w:pPr>
        <w:pStyle w:val="Heading2"/>
      </w:pPr>
      <w:r>
        <w:t>案例 1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43"/>
        <w:gridCol w:w="5043"/>
      </w:tblGrid>
      <w:tr>
        <w:tc>
          <w:tcPr>
            <w:tcW w:type="dxa" w:w="5043"/>
            <w:shd w:fill="EEF4F2"/>
          </w:tcPr>
          <w:p>
            <w:r>
              <w:t>仓库链接</w:t>
            </w:r>
          </w:p>
        </w:tc>
        <w:tc>
          <w:tcPr>
            <w:tcW w:type="dxa" w:w="5043"/>
          </w:tcPr>
          <w:p>
            <w:r/>
          </w:p>
        </w:tc>
      </w:tr>
      <w:tr>
        <w:tc>
          <w:tcPr>
            <w:tcW w:type="dxa" w:w="5043"/>
            <w:shd w:fill="EEF4F2"/>
          </w:tcPr>
          <w:p>
            <w:r>
              <w:t>它一句话是干什么的？</w:t>
            </w:r>
          </w:p>
        </w:tc>
        <w:tc>
          <w:tcPr>
            <w:tcW w:type="dxa" w:w="5043"/>
          </w:tcPr>
          <w:p>
            <w:r/>
          </w:p>
        </w:tc>
      </w:tr>
      <w:tr>
        <w:tc>
          <w:tcPr>
            <w:tcW w:type="dxa" w:w="5043"/>
            <w:shd w:fill="EEF4F2"/>
          </w:tcPr>
          <w:p>
            <w:r>
              <w:t>我为什么选它？</w:t>
            </w:r>
          </w:p>
        </w:tc>
        <w:tc>
          <w:tcPr>
            <w:tcW w:type="dxa" w:w="5043"/>
          </w:tcPr>
          <w:p>
            <w:r/>
          </w:p>
        </w:tc>
      </w:tr>
      <w:tr>
        <w:tc>
          <w:tcPr>
            <w:tcW w:type="dxa" w:w="5043"/>
            <w:shd w:fill="EEF4F2"/>
          </w:tcPr>
          <w:p>
            <w:r>
              <w:t>我最喜欢的 3 个结构设计</w:t>
            </w:r>
          </w:p>
        </w:tc>
        <w:tc>
          <w:tcPr>
            <w:tcW w:type="dxa" w:w="5043"/>
          </w:tcPr>
          <w:p>
            <w:r>
              <w:t>1.</w:t>
              <w:br/>
              <w:t>2.</w:t>
              <w:br/>
              <w:t>3.</w:t>
            </w:r>
          </w:p>
        </w:tc>
      </w:tr>
      <w:tr>
        <w:tc>
          <w:tcPr>
            <w:tcW w:type="dxa" w:w="5043"/>
            <w:shd w:fill="EEF4F2"/>
          </w:tcPr>
          <w:p>
            <w:r>
              <w:t>我觉得不适合我的 2 个地方</w:t>
            </w:r>
          </w:p>
        </w:tc>
        <w:tc>
          <w:tcPr>
            <w:tcW w:type="dxa" w:w="5043"/>
          </w:tcPr>
          <w:p>
            <w:r>
              <w:t>1.</w:t>
              <w:br/>
              <w:t>2.</w:t>
            </w:r>
          </w:p>
        </w:tc>
      </w:tr>
      <w:tr>
        <w:tc>
          <w:tcPr>
            <w:tcW w:type="dxa" w:w="5043"/>
            <w:shd w:fill="EEF4F2"/>
          </w:tcPr>
          <w:p>
            <w:r>
              <w:t>它怎么帮助新人不迷路？</w:t>
            </w:r>
          </w:p>
        </w:tc>
        <w:tc>
          <w:tcPr>
            <w:tcW w:type="dxa" w:w="5043"/>
          </w:tcPr>
          <w:p>
            <w:r/>
          </w:p>
        </w:tc>
      </w:tr>
      <w:tr>
        <w:tc>
          <w:tcPr>
            <w:tcW w:type="dxa" w:w="5043"/>
            <w:shd w:fill="EEF4F2"/>
          </w:tcPr>
          <w:p>
            <w:r>
              <w:t>我准备借鉴什么原则？</w:t>
            </w:r>
          </w:p>
        </w:tc>
        <w:tc>
          <w:tcPr>
            <w:tcW w:type="dxa" w:w="5043"/>
          </w:tcPr>
          <w:p>
            <w:r/>
          </w:p>
        </w:tc>
      </w:tr>
      <w:tr>
        <w:tc>
          <w:tcPr>
            <w:tcW w:type="dxa" w:w="5043"/>
            <w:shd w:fill="EEF4F2"/>
          </w:tcPr>
          <w:p>
            <w:r>
              <w:t>我的信心</w:t>
            </w:r>
          </w:p>
        </w:tc>
        <w:tc>
          <w:tcPr>
            <w:tcW w:type="dxa" w:w="5043"/>
          </w:tcPr>
          <w:p>
            <w:r>
              <w:t>高 / 中 / 低</w:t>
            </w:r>
          </w:p>
        </w:tc>
      </w:tr>
    </w:tbl>
    <w:p>
      <w:pPr>
        <w:pStyle w:val="Heading2"/>
      </w:pPr>
      <w:r>
        <w:t>案例 2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43"/>
        <w:gridCol w:w="5043"/>
      </w:tblGrid>
      <w:tr>
        <w:tc>
          <w:tcPr>
            <w:tcW w:type="dxa" w:w="5043"/>
            <w:shd w:fill="EEF4F2"/>
          </w:tcPr>
          <w:p>
            <w:r>
              <w:t>仓库链接</w:t>
            </w:r>
          </w:p>
        </w:tc>
        <w:tc>
          <w:tcPr>
            <w:tcW w:type="dxa" w:w="5043"/>
          </w:tcPr>
          <w:p>
            <w:r/>
          </w:p>
        </w:tc>
      </w:tr>
      <w:tr>
        <w:tc>
          <w:tcPr>
            <w:tcW w:type="dxa" w:w="5043"/>
            <w:shd w:fill="EEF4F2"/>
          </w:tcPr>
          <w:p>
            <w:r>
              <w:t>它一句话是干什么的？</w:t>
            </w:r>
          </w:p>
        </w:tc>
        <w:tc>
          <w:tcPr>
            <w:tcW w:type="dxa" w:w="5043"/>
          </w:tcPr>
          <w:p>
            <w:r/>
          </w:p>
        </w:tc>
      </w:tr>
      <w:tr>
        <w:tc>
          <w:tcPr>
            <w:tcW w:type="dxa" w:w="5043"/>
            <w:shd w:fill="EEF4F2"/>
          </w:tcPr>
          <w:p>
            <w:r>
              <w:t>我为什么选它？</w:t>
            </w:r>
          </w:p>
        </w:tc>
        <w:tc>
          <w:tcPr>
            <w:tcW w:type="dxa" w:w="5043"/>
          </w:tcPr>
          <w:p>
            <w:r/>
          </w:p>
        </w:tc>
      </w:tr>
      <w:tr>
        <w:tc>
          <w:tcPr>
            <w:tcW w:type="dxa" w:w="5043"/>
            <w:shd w:fill="EEF4F2"/>
          </w:tcPr>
          <w:p>
            <w:r>
              <w:t>我最喜欢的 3 个结构设计</w:t>
            </w:r>
          </w:p>
        </w:tc>
        <w:tc>
          <w:tcPr>
            <w:tcW w:type="dxa" w:w="5043"/>
          </w:tcPr>
          <w:p>
            <w:r>
              <w:t>1.</w:t>
              <w:br/>
              <w:t>2.</w:t>
              <w:br/>
              <w:t>3.</w:t>
            </w:r>
          </w:p>
        </w:tc>
      </w:tr>
      <w:tr>
        <w:tc>
          <w:tcPr>
            <w:tcW w:type="dxa" w:w="5043"/>
            <w:shd w:fill="EEF4F2"/>
          </w:tcPr>
          <w:p>
            <w:r>
              <w:t>我觉得不适合我的 2 个地方</w:t>
            </w:r>
          </w:p>
        </w:tc>
        <w:tc>
          <w:tcPr>
            <w:tcW w:type="dxa" w:w="5043"/>
          </w:tcPr>
          <w:p>
            <w:r>
              <w:t>1.</w:t>
              <w:br/>
              <w:t>2.</w:t>
            </w:r>
          </w:p>
        </w:tc>
      </w:tr>
      <w:tr>
        <w:tc>
          <w:tcPr>
            <w:tcW w:type="dxa" w:w="5043"/>
            <w:shd w:fill="EEF4F2"/>
          </w:tcPr>
          <w:p>
            <w:r>
              <w:t>它怎么帮助新人不迷路？</w:t>
            </w:r>
          </w:p>
        </w:tc>
        <w:tc>
          <w:tcPr>
            <w:tcW w:type="dxa" w:w="5043"/>
          </w:tcPr>
          <w:p>
            <w:r/>
          </w:p>
        </w:tc>
      </w:tr>
      <w:tr>
        <w:tc>
          <w:tcPr>
            <w:tcW w:type="dxa" w:w="5043"/>
            <w:shd w:fill="EEF4F2"/>
          </w:tcPr>
          <w:p>
            <w:r>
              <w:t>我准备借鉴什么原则？</w:t>
            </w:r>
          </w:p>
        </w:tc>
        <w:tc>
          <w:tcPr>
            <w:tcW w:type="dxa" w:w="5043"/>
          </w:tcPr>
          <w:p>
            <w:r/>
          </w:p>
        </w:tc>
      </w:tr>
      <w:tr>
        <w:tc>
          <w:tcPr>
            <w:tcW w:type="dxa" w:w="5043"/>
            <w:shd w:fill="EEF4F2"/>
          </w:tcPr>
          <w:p>
            <w:r>
              <w:t>我的信心</w:t>
            </w:r>
          </w:p>
        </w:tc>
        <w:tc>
          <w:tcPr>
            <w:tcW w:type="dxa" w:w="5043"/>
          </w:tcPr>
          <w:p>
            <w:r>
              <w:t>高 / 中 / 低</w:t>
            </w:r>
          </w:p>
        </w:tc>
      </w:tr>
    </w:tbl>
    <w:p>
      <w:pPr>
        <w:pStyle w:val="Heading2"/>
      </w:pPr>
      <w:r>
        <w:t>案例 3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43"/>
        <w:gridCol w:w="5043"/>
      </w:tblGrid>
      <w:tr>
        <w:tc>
          <w:tcPr>
            <w:tcW w:type="dxa" w:w="5043"/>
            <w:shd w:fill="EEF4F2"/>
          </w:tcPr>
          <w:p>
            <w:r>
              <w:t>仓库链接</w:t>
            </w:r>
          </w:p>
        </w:tc>
        <w:tc>
          <w:tcPr>
            <w:tcW w:type="dxa" w:w="5043"/>
          </w:tcPr>
          <w:p>
            <w:r/>
          </w:p>
        </w:tc>
      </w:tr>
      <w:tr>
        <w:tc>
          <w:tcPr>
            <w:tcW w:type="dxa" w:w="5043"/>
            <w:shd w:fill="EEF4F2"/>
          </w:tcPr>
          <w:p>
            <w:r>
              <w:t>它一句话是干什么的？</w:t>
            </w:r>
          </w:p>
        </w:tc>
        <w:tc>
          <w:tcPr>
            <w:tcW w:type="dxa" w:w="5043"/>
          </w:tcPr>
          <w:p>
            <w:r/>
          </w:p>
        </w:tc>
      </w:tr>
      <w:tr>
        <w:tc>
          <w:tcPr>
            <w:tcW w:type="dxa" w:w="5043"/>
            <w:shd w:fill="EEF4F2"/>
          </w:tcPr>
          <w:p>
            <w:r>
              <w:t>我为什么选它？</w:t>
            </w:r>
          </w:p>
        </w:tc>
        <w:tc>
          <w:tcPr>
            <w:tcW w:type="dxa" w:w="5043"/>
          </w:tcPr>
          <w:p>
            <w:r/>
          </w:p>
        </w:tc>
      </w:tr>
      <w:tr>
        <w:tc>
          <w:tcPr>
            <w:tcW w:type="dxa" w:w="5043"/>
            <w:shd w:fill="EEF4F2"/>
          </w:tcPr>
          <w:p>
            <w:r>
              <w:t>我最喜欢的 3 个结构设计</w:t>
            </w:r>
          </w:p>
        </w:tc>
        <w:tc>
          <w:tcPr>
            <w:tcW w:type="dxa" w:w="5043"/>
          </w:tcPr>
          <w:p>
            <w:r>
              <w:t>1.</w:t>
              <w:br/>
              <w:t>2.</w:t>
              <w:br/>
              <w:t>3.</w:t>
            </w:r>
          </w:p>
        </w:tc>
      </w:tr>
      <w:tr>
        <w:tc>
          <w:tcPr>
            <w:tcW w:type="dxa" w:w="5043"/>
            <w:shd w:fill="EEF4F2"/>
          </w:tcPr>
          <w:p>
            <w:r>
              <w:t>我觉得不适合我的 2 个地方</w:t>
            </w:r>
          </w:p>
        </w:tc>
        <w:tc>
          <w:tcPr>
            <w:tcW w:type="dxa" w:w="5043"/>
          </w:tcPr>
          <w:p>
            <w:r>
              <w:t>1.</w:t>
              <w:br/>
              <w:t>2.</w:t>
            </w:r>
          </w:p>
        </w:tc>
      </w:tr>
      <w:tr>
        <w:tc>
          <w:tcPr>
            <w:tcW w:type="dxa" w:w="5043"/>
            <w:shd w:fill="EEF4F2"/>
          </w:tcPr>
          <w:p>
            <w:r>
              <w:t>它怎么帮助新人不迷路？</w:t>
            </w:r>
          </w:p>
        </w:tc>
        <w:tc>
          <w:tcPr>
            <w:tcW w:type="dxa" w:w="5043"/>
          </w:tcPr>
          <w:p>
            <w:r/>
          </w:p>
        </w:tc>
      </w:tr>
      <w:tr>
        <w:tc>
          <w:tcPr>
            <w:tcW w:type="dxa" w:w="5043"/>
            <w:shd w:fill="EEF4F2"/>
          </w:tcPr>
          <w:p>
            <w:r>
              <w:t>我准备借鉴什么原则？</w:t>
            </w:r>
          </w:p>
        </w:tc>
        <w:tc>
          <w:tcPr>
            <w:tcW w:type="dxa" w:w="5043"/>
          </w:tcPr>
          <w:p>
            <w:r/>
          </w:p>
        </w:tc>
      </w:tr>
      <w:tr>
        <w:tc>
          <w:tcPr>
            <w:tcW w:type="dxa" w:w="5043"/>
            <w:shd w:fill="EEF4F2"/>
          </w:tcPr>
          <w:p>
            <w:r>
              <w:t>我的信心</w:t>
            </w:r>
          </w:p>
        </w:tc>
        <w:tc>
          <w:tcPr>
            <w:tcW w:type="dxa" w:w="5043"/>
          </w:tcPr>
          <w:p>
            <w:r>
              <w:t>高 / 中 / 低</w:t>
            </w:r>
          </w:p>
        </w:tc>
      </w:tr>
    </w:tbl>
    <w:p>
      <w:pPr>
        <w:pStyle w:val="Heading1"/>
      </w:pPr>
      <w:r>
        <w:t>14. 回来之后，我会怎么验证你的结果</w:t>
      </w:r>
    </w:p>
    <w:p>
      <w:pPr>
        <w:pStyle w:val="ListBullet"/>
      </w:pPr>
      <w:r>
        <w:t>判断你选的案例是否真的与你的问题同类，而不是只是视觉好看。</w:t>
      </w:r>
    </w:p>
    <w:p>
      <w:pPr>
        <w:pStyle w:val="ListBullet"/>
      </w:pPr>
      <w:r>
        <w:t>区分“可以照搬的结构”与“只能借鉴的原则”。</w:t>
      </w:r>
    </w:p>
    <w:p>
      <w:pPr>
        <w:pStyle w:val="ListBullet"/>
      </w:pPr>
      <w:r>
        <w:t>找出三个案例中的共同模式，避免被单一项目带偏。</w:t>
      </w:r>
    </w:p>
    <w:p>
      <w:pPr>
        <w:pStyle w:val="ListBullet"/>
      </w:pPr>
      <w:r>
        <w:t>把真正适合你的内容映射到 StarmoAI：首页、项目、文档、Rules、Commands、Skills、Journey 等。</w:t>
      </w:r>
    </w:p>
    <w:p>
      <w:pPr>
        <w:pStyle w:val="ListBullet"/>
      </w:pPr>
      <w:r>
        <w:t>最后再决定是否重构，不会让你边学边改。</w:t>
      </w:r>
    </w:p>
    <w:p>
      <w:pPr>
        <w:pStyle w:val="Heading1"/>
      </w:pPr>
      <w:r>
        <w:t>15. 如果你只记住一张图</w:t>
      </w:r>
    </w:p>
    <w:p>
      <w:pPr>
        <w:pStyle w:val="CodeText"/>
      </w:pPr>
      <w:r>
        <w:t>GitHub</w:t>
        <w:br/>
      </w:r>
      <w:r>
        <w:t xml:space="preserve">  ↓ 找项目：Search / Explore / Topics</w:t>
        <w:br/>
      </w:r>
      <w:r>
        <w:t xml:space="preserve">  ↓ 第一眼：README</w:t>
        <w:br/>
      </w:r>
      <w:r>
        <w:t xml:space="preserve">  ↓ 看骨架：根目录</w:t>
        <w:br/>
      </w:r>
      <w:r>
        <w:t xml:space="preserve">  ↓ 看知识：docs/</w:t>
        <w:br/>
      </w:r>
      <w:r>
        <w:t xml:space="preserve">  ↓ 看规则：.github / CONTRIBUTING / AGENTS / SECURITY</w:t>
        <w:br/>
      </w:r>
      <w:r>
        <w:t xml:space="preserve">  ↓ 看工作：Issues / Projects</w:t>
        <w:br/>
      </w:r>
      <w:r>
        <w:t xml:space="preserve">  ↓ 看自动化：Actions</w:t>
        <w:br/>
      </w:r>
      <w:r>
        <w:t xml:space="preserve">  ↓ 看是否真发布：Releases</w:t>
        <w:br/>
      </w:r>
      <w:r>
        <w:t xml:space="preserve">  ↓ 最终只提取“原则”，不要复制整个项目</w:t>
      </w:r>
    </w:p>
    <w:p>
      <w:pPr>
        <w:pStyle w:val="Heading1"/>
      </w:pPr>
      <w:r>
        <w:t>16. 今天就按这个 75 分钟计划走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43"/>
        <w:gridCol w:w="5043"/>
      </w:tblGrid>
      <w:tr>
        <w:tc>
          <w:tcPr>
            <w:tcW w:type="dxa" w:w="5043"/>
            <w:shd w:fill="DDECE9"/>
          </w:tcPr>
          <w:p>
            <w:r>
              <w:t>时间</w:t>
            </w:r>
          </w:p>
        </w:tc>
        <w:tc>
          <w:tcPr>
            <w:tcW w:type="dxa" w:w="5043"/>
            <w:shd w:fill="DDECE9"/>
          </w:tcPr>
          <w:p>
            <w:r>
              <w:t>任务</w:t>
            </w:r>
          </w:p>
        </w:tc>
      </w:tr>
      <w:tr>
        <w:tc>
          <w:tcPr>
            <w:tcW w:type="dxa" w:w="5043"/>
          </w:tcPr>
          <w:p>
            <w:r>
              <w:t>0–10 分钟</w:t>
            </w:r>
          </w:p>
        </w:tc>
        <w:tc>
          <w:tcPr>
            <w:tcW w:type="dxa" w:w="5043"/>
          </w:tcPr>
          <w:p>
            <w:r>
              <w:t>只熟悉 GitHub 页面：Search、Topics、仓库 Code 页、README。</w:t>
            </w:r>
          </w:p>
        </w:tc>
      </w:tr>
      <w:tr>
        <w:tc>
          <w:tcPr>
            <w:tcW w:type="dxa" w:w="5043"/>
          </w:tcPr>
          <w:p>
            <w:r>
              <w:t>10–25 分钟</w:t>
            </w:r>
          </w:p>
        </w:tc>
        <w:tc>
          <w:tcPr>
            <w:tcW w:type="dxa" w:w="5043"/>
          </w:tcPr>
          <w:p>
            <w:r>
              <w:t>搜索并 L1 扫描 8–12 个候选仓库，只收藏。</w:t>
            </w:r>
          </w:p>
        </w:tc>
      </w:tr>
      <w:tr>
        <w:tc>
          <w:tcPr>
            <w:tcW w:type="dxa" w:w="5043"/>
          </w:tcPr>
          <w:p>
            <w:r>
              <w:t>25–60 分钟</w:t>
            </w:r>
          </w:p>
        </w:tc>
        <w:tc>
          <w:tcPr>
            <w:tcW w:type="dxa" w:w="5043"/>
          </w:tcPr>
          <w:p>
            <w:r>
              <w:t>从中选 3 个做 L2 结构审计，填案例表。</w:t>
            </w:r>
          </w:p>
        </w:tc>
      </w:tr>
      <w:tr>
        <w:tc>
          <w:tcPr>
            <w:tcW w:type="dxa" w:w="5043"/>
          </w:tcPr>
          <w:p>
            <w:r>
              <w:t>60–75 分钟</w:t>
            </w:r>
          </w:p>
        </w:tc>
        <w:tc>
          <w:tcPr>
            <w:tcW w:type="dxa" w:w="5043"/>
          </w:tcPr>
          <w:p>
            <w:r>
              <w:t>写下 5 条“我以后的网站应该……”的判断。然后停止，不继续翻。</w:t>
            </w:r>
          </w:p>
        </w:tc>
      </w:tr>
    </w:tbl>
    <w:p>
      <w:pPr>
        <w:pStyle w:val="Heading1"/>
      </w:pPr>
      <w:r>
        <w:t>17. 官方资料入口（只在不确定功能含义时查）</w:t>
      </w:r>
    </w:p>
    <w:p>
      <w:pPr>
        <w:pStyle w:val="ListBullet"/>
      </w:pPr>
      <w:r>
        <w:t>GitHub Docs 总入口：</w:t>
      </w:r>
      <w:hyperlink r:id="rId11">
        <w:r>
          <w:rPr>
            <w:color w:val="0563C1"/>
            <w:u w:val="single"/>
            <w:rFonts w:eastAsia="Noto Sans CJK SC" w:ascii="Aptos" w:hAnsi="Aptos"/>
          </w:rPr>
          <w:t>https://docs.github.com/en</w:t>
        </w:r>
      </w:hyperlink>
    </w:p>
    <w:p>
      <w:pPr>
        <w:pStyle w:val="ListBullet"/>
      </w:pPr>
      <w:r>
        <w:t>Repositories 文档：</w:t>
      </w:r>
      <w:hyperlink r:id="rId12">
        <w:r>
          <w:rPr>
            <w:color w:val="0563C1"/>
            <w:u w:val="single"/>
            <w:rFonts w:eastAsia="Noto Sans CJK SC" w:ascii="Aptos" w:hAnsi="Aptos"/>
          </w:rPr>
          <w:t>https://docs.github.com/en/repositories</w:t>
        </w:r>
      </w:hyperlink>
    </w:p>
    <w:p>
      <w:pPr>
        <w:pStyle w:val="ListBullet"/>
      </w:pPr>
      <w:r>
        <w:t>发现项目 / Explore 思路：</w:t>
      </w:r>
      <w:hyperlink r:id="rId13">
        <w:r>
          <w:rPr>
            <w:color w:val="0563C1"/>
            <w:u w:val="single"/>
            <w:rFonts w:eastAsia="Noto Sans CJK SC" w:ascii="Aptos" w:hAnsi="Aptos"/>
          </w:rPr>
          <w:t>https://docs.github.com/en/get-started/exploring-projects-on-github/discovering-projects-on-github</w:t>
        </w:r>
      </w:hyperlink>
    </w:p>
    <w:p>
      <w:pPr>
        <w:pStyle w:val="ListBullet"/>
      </w:pPr>
      <w:r>
        <w:t>Topics：</w:t>
      </w:r>
      <w:hyperlink r:id="rId14">
        <w:r>
          <w:rPr>
            <w:color w:val="0563C1"/>
            <w:u w:val="single"/>
            <w:rFonts w:eastAsia="Noto Sans CJK SC" w:ascii="Aptos" w:hAnsi="Aptos"/>
          </w:rPr>
          <w:t>https://docs.github.com/en/repositories/managing-your-repositorys-settings-and-features/customizing-your-repository/classifying-your-repository-with-topics</w:t>
        </w:r>
      </w:hyperlink>
    </w:p>
    <w:p>
      <w:pPr>
        <w:pStyle w:val="ListBullet"/>
      </w:pPr>
      <w:r>
        <w:t>Issues / Projects：</w:t>
      </w:r>
      <w:hyperlink r:id="rId15">
        <w:r>
          <w:rPr>
            <w:color w:val="0563C1"/>
            <w:u w:val="single"/>
            <w:rFonts w:eastAsia="Noto Sans CJK SC" w:ascii="Aptos" w:hAnsi="Aptos"/>
          </w:rPr>
          <w:t>https://docs.github.com/en/issues</w:t>
        </w:r>
      </w:hyperlink>
    </w:p>
    <w:p>
      <w:pPr>
        <w:pStyle w:val="ListBullet"/>
      </w:pPr>
      <w:r>
        <w:t>Actions：</w:t>
      </w:r>
      <w:hyperlink r:id="rId16">
        <w:r>
          <w:rPr>
            <w:color w:val="0563C1"/>
            <w:u w:val="single"/>
            <w:rFonts w:eastAsia="Noto Sans CJK SC" w:ascii="Aptos" w:hAnsi="Aptos"/>
          </w:rPr>
          <w:t>https://docs.github.com/en/actions</w:t>
        </w:r>
      </w:hyperlink>
    </w:p>
    <w:p>
      <w:pPr>
        <w:pStyle w:val="ListBullet"/>
      </w:pPr>
      <w:r>
        <w:t>Releases：</w:t>
      </w:r>
      <w:hyperlink r:id="rId17">
        <w:r>
          <w:rPr>
            <w:color w:val="0563C1"/>
            <w:u w:val="single"/>
            <w:rFonts w:eastAsia="Noto Sans CJK SC" w:ascii="Aptos" w:hAnsi="Aptos"/>
          </w:rPr>
          <w:t>https://docs.github.com/en/repositories/releasing-projects-on-github</w:t>
        </w:r>
      </w:hyperlink>
    </w:p>
    <w:p>
      <w:pPr>
        <w:pStyle w:val="ListBullet"/>
      </w:pPr>
      <w:r>
        <w:t>Discussions：</w:t>
      </w:r>
      <w:hyperlink r:id="rId18">
        <w:r>
          <w:rPr>
            <w:color w:val="0563C1"/>
            <w:u w:val="single"/>
            <w:rFonts w:eastAsia="Noto Sans CJK SC" w:ascii="Aptos" w:hAnsi="Aptos"/>
          </w:rPr>
          <w:t>https://docs.github.com/en/discussions</w:t>
        </w:r>
      </w:hyperlink>
    </w:p>
    <w:p>
      <w:pPr>
        <w:pStyle w:val="ListBullet"/>
      </w:pPr>
      <w:r>
        <w:t>仓库最佳实践：</w:t>
      </w:r>
      <w:hyperlink r:id="rId19">
        <w:r>
          <w:rPr>
            <w:color w:val="0563C1"/>
            <w:u w:val="single"/>
            <w:rFonts w:eastAsia="Noto Sans CJK SC" w:ascii="Aptos" w:hAnsi="Aptos"/>
          </w:rPr>
          <w:t>https://docs.github.com/en/repositories/creating-and-managing-repositories/best-practices-for-repositories</w:t>
        </w:r>
      </w:hyperlink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86"/>
      </w:tblGrid>
      <w:tr>
        <w:tc>
          <w:tcPr>
            <w:tcW w:type="dxa" w:w="10086"/>
            <w:shd w:fill="EAF4F2"/>
            <w:tcMar>
              <w:top w:w="180" w:type="dxa"/>
              <w:start w:w="220" w:type="dxa"/>
              <w:bottom w:w="180" w:type="dxa"/>
              <w:end w:w="220" w:type="dxa"/>
            </w:tcMar>
          </w:tcPr>
          <w:p>
            <w:r>
              <w:rPr>
                <w:rFonts w:ascii="Aptos" w:hAnsi="Aptos" w:eastAsia="Noto Sans CJK SC"/>
                <w:b/>
                <w:color w:val="0F4641"/>
                <w:sz w:val="23"/>
              </w:rPr>
              <w:t>你的验收标准不是“我学会 GitHub 了”。</w:t>
            </w:r>
          </w:p>
          <w:p>
            <w:r>
              <w:t>而是：我能独立找到 3 个值得研究的项目，并说明它们的结构为什么值得借鉴、哪里不适合我、我准备抽取什么原则。做到这里就停。</w:t>
            </w:r>
          </w:p>
        </w:tc>
      </w:tr>
    </w:tbl>
    <w:p>
      <w:pPr>
        <w:pStyle w:val="Small"/>
      </w:pPr>
      <w:r>
        <w:t>资料说明：本说明书依据 GitHub 官方文档当前公开定义整理（仓库、README、Topics、Issues/Projects、Actions、Releases、Discussions 等）。具体界面名称或位置可能随 GitHub 更新而调整，但阅读方法不依赖具体 UI 皮肤。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20" w:right="1077" w:bottom="964" w:left="107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 w:eastAsia="Noto Sans CJK SC"/>
        <w:color w:val="7D7D7D"/>
        <w:sz w:val="16"/>
      </w:rPr>
      <w:t>目的：只学习“怎么看项目”，暂不增加新的开发负担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ptos" w:hAnsi="Aptos" w:eastAsia="Noto Sans CJK SC"/>
        <w:color w:val="787878"/>
        <w:sz w:val="16"/>
      </w:rPr>
      <w:t>GitHub 项目架构考察使用说明书 · 新手浏览版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300" w:lineRule="auto"/>
    </w:pPr>
    <w:rPr>
      <w:rFonts w:ascii="Aptos" w:hAnsi="Aptos" w:eastAsia="Noto Sans CJK SC"/>
      <w:b w:val="0"/>
      <w:color w:val="2D2D2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ptos" w:hAnsi="Aptos" w:eastAsia="Noto Sans CJK SC"/>
      <w:b/>
      <w:bCs/>
      <w:color w:val="0F4641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Aptos" w:hAnsi="Aptos" w:eastAsia="Noto Sans CJK SC"/>
      <w:b/>
      <w:bCs/>
      <w:color w:val="191919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ptos" w:hAnsi="Aptos" w:eastAsia="Noto Sans CJK SC"/>
      <w:b/>
      <w:bCs/>
      <w:color w:val="414141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" w:hAnsi="Aptos" w:eastAsia="Noto Sans CJK SC"/>
      <w:b/>
      <w:color w:val="141414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Lead">
    <w:name w:val="Lead"/>
    <w:rPr>
      <w:rFonts w:ascii="Aptos" w:hAnsi="Aptos" w:eastAsia="Noto Sans CJK SC"/>
      <w:b w:val="0"/>
      <w:color w:val="373737"/>
      <w:sz w:val="25"/>
    </w:rPr>
  </w:style>
  <w:style w:type="paragraph" w:customStyle="1" w:styleId="Small">
    <w:name w:val="Small"/>
    <w:rPr>
      <w:rFonts w:ascii="Aptos" w:hAnsi="Aptos" w:eastAsia="Noto Sans CJK SC"/>
      <w:b w:val="0"/>
      <w:color w:val="5F5F5F"/>
      <w:sz w:val="18"/>
    </w:rPr>
  </w:style>
  <w:style w:type="paragraph" w:customStyle="1" w:styleId="CodeText">
    <w:name w:val="CodeText"/>
    <w:rPr>
      <w:rFonts w:ascii="Noto Sans Mono CJK SC" w:hAnsi="Noto Sans Mono CJK SC" w:eastAsia="Noto Sans CJK SC"/>
      <w:b w:val="0"/>
      <w:color w:val="2D2D2D"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docs.github.com/en" TargetMode="External"/><Relationship Id="rId12" Type="http://schemas.openxmlformats.org/officeDocument/2006/relationships/hyperlink" Target="https://docs.github.com/en/repositories" TargetMode="External"/><Relationship Id="rId13" Type="http://schemas.openxmlformats.org/officeDocument/2006/relationships/hyperlink" Target="https://docs.github.com/en/get-started/exploring-projects-on-github/discovering-projects-on-github" TargetMode="External"/><Relationship Id="rId14" Type="http://schemas.openxmlformats.org/officeDocument/2006/relationships/hyperlink" Target="https://docs.github.com/en/repositories/managing-your-repositorys-settings-and-features/customizing-your-repository/classifying-your-repository-with-topics" TargetMode="External"/><Relationship Id="rId15" Type="http://schemas.openxmlformats.org/officeDocument/2006/relationships/hyperlink" Target="https://docs.github.com/en/issues" TargetMode="External"/><Relationship Id="rId16" Type="http://schemas.openxmlformats.org/officeDocument/2006/relationships/hyperlink" Target="https://docs.github.com/en/actions" TargetMode="External"/><Relationship Id="rId17" Type="http://schemas.openxmlformats.org/officeDocument/2006/relationships/hyperlink" Target="https://docs.github.com/en/repositories/releasing-projects-on-github" TargetMode="External"/><Relationship Id="rId18" Type="http://schemas.openxmlformats.org/officeDocument/2006/relationships/hyperlink" Target="https://docs.github.com/en/discussions" TargetMode="External"/><Relationship Id="rId19" Type="http://schemas.openxmlformats.org/officeDocument/2006/relationships/hyperlink" Target="https://docs.github.com/en/repositories/creating-and-managing-repositories/best-practices-for-repositori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