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AI图像与音频风格判断标准指南</w:t>
      </w:r>
    </w:p>
    <w:p>
      <w:r>
        <w:t xml:space="preserve">&gt; </w:t>
      </w:r>
      <w:r>
        <w:rPr>
          <w:b/>
        </w:rPr>
        <w:t>编写目的</w:t>
      </w:r>
      <w:r>
        <w:t>：帮助创作者理解AI如何"理解"风格描述，掌握精准描述技巧，让AI生成符合预期的图像和音乐作品。</w:t>
      </w:r>
    </w:p>
    <w:p>
      <w:r>
        <w:t xml:space="preserve">&gt; </w:t>
      </w:r>
      <w:r>
        <w:rPr>
          <w:b/>
        </w:rPr>
        <w:t>适用对象</w:t>
      </w:r>
      <w:r>
        <w:t>：使用AI绘图工具（如Midjourney、Stable Diffusion、DALL-E）和AI音乐工具（如Suno、Udio）的创作者。</w:t>
      </w:r>
    </w:p>
    <w:p>
      <w:r>
        <w:t>---</w:t>
      </w:r>
    </w:p>
    <w:p>
      <w:pPr>
        <w:pStyle w:val="Heading2"/>
      </w:pPr>
      <w:r>
        <w:t>第一部分：图像类风格判断标准</w:t>
      </w:r>
    </w:p>
    <w:p>
      <w:pPr>
        <w:pStyle w:val="Heading3"/>
      </w:pPr>
      <w:r>
        <w:t>一、图像内容判断</w:t>
      </w:r>
    </w:p>
    <w:p>
      <w:pPr>
        <w:pStyle w:val="Heading4"/>
      </w:pPr>
      <w:r>
        <w:t>1.1 AI识别内容的底层逻辑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AI的识别逻辑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用户描述技巧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常见偏差示例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如何消除偏差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**主体识别**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AI通过训练数据中的视觉模式匹配，识别"是什么"——人物、动物、物体、场景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明确说出主体名称和数量，如"一个女人"而非"有人"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要"独行女子"，给"人群中的女人"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加负面提示词："没有其他人"、"独自一人"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**场景识别**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AI识别前景、中景、背景的层次关系，以及主体与环境的交互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描述场景时加上空间关系："在...前面/后面/旁边"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要"海边悬崖"，给"海边+随便有个崖"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补充场景细节："悬崖边缘"、"海浪拍打岩石"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**物体识别**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AI识别物体轮廓、颜色、材质、大小比例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列出物体清单而非模糊描述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要"咖啡杯"，给"各种杯子"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精确描述："白色陶瓷马克杯，杯身有蓝色logo"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**氛围识别**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AI通过色彩、光影、天气、情绪线索判断整体感觉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用感官词汇：视觉/听觉/触觉/情绪感受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要"孤独感"，给"灰色调人物"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增加情绪暗示：动作、眼神、天气、环境细节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**细节识别**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AI对文字描述的细节敏感度有限，容易丢失次要信息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细节放前面或用括号强调，越重要的越先说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要"红伞绿裙"，给"红和绿混在一起"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分开描述："手持红色油纸伞"、"身穿翠绿旗袍"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**比例关系**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AI对尺寸、距离、透视的把握容易出错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用相对尺寸而非绝对尺寸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要"巨人脚下的小人"，给"两个差不多大的人"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加参考物："建筑只到膝盖"、"人物比例1:10"</w:t>
            </w:r>
          </w:p>
        </w:tc>
      </w:tr>
    </w:tbl>
    <w:p>
      <w:pPr>
        <w:pStyle w:val="Heading4"/>
      </w:pPr>
      <w:r>
        <w:t>1.2 内容描述精准化指南</w:t>
      </w:r>
    </w:p>
    <w:p>
      <w:r/>
      <w:r>
        <w:rPr>
          <w:b/>
        </w:rPr>
        <w:t>模糊描述 → 精准描述的转换公式：</w:t>
      </w:r>
      <w:r/>
    </w:p>
    <w:p>
      <w:r>
        <w:rPr>
          <w:rFonts w:ascii="Courier New" w:hAnsi="Courier New"/>
          <w:sz w:val="18"/>
        </w:rPr>
        <w:t>[主体] + [动作/状态] + [场景] + [时间/光线] + [氛围/情绪]</w:t>
      </w:r>
    </w:p>
    <w:p>
      <w:r/>
      <w:r>
        <w:rPr>
          <w:b/>
        </w:rPr>
        <w:t>示例对比：</w:t>
      </w:r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模糊说法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精准说法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AI理解差异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一个女人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一个穿白裙的亚洲年轻女性，25岁左右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排除其他性别和年龄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站在街上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站在雨天湿漉漉的伦敦鹅卵石街道上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明确环境细节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悲伤的表情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眼眶泛红，嘴角微微下垂，眼神望向远方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从情绪词转为可见的细节描写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好看的风景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喜马拉雅山日出，金色阳光洒在雪峰上，远处有牦牛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从主观评价转为客观视觉描述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酷的车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1967年款黑色福特Mustang GT， Shelby Cobra条纹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精确到具体型号和涂装</w:t>
            </w:r>
          </w:p>
        </w:tc>
      </w:tr>
    </w:tbl>
    <w:p>
      <w:r>
        <w:t>---</w:t>
      </w:r>
    </w:p>
    <w:p>
      <w:pPr>
        <w:pStyle w:val="Heading3"/>
      </w:pPr>
      <w:r>
        <w:t>二、图像风格判断（核心部分）</w:t>
      </w:r>
    </w:p>
    <w:p>
      <w:pPr>
        <w:pStyle w:val="Heading4"/>
      </w:pPr>
      <w:r>
        <w:t>2.1 绘画风格详解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风格类型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AI的理解（听到风格名后脑中构建的画面）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核心特征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精准关键词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容易混淆的风格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区分要点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**油画**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厚重的笔触感，颜料的颗粒感，光影的微妙渐变，画面有立体感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笔触可见、色彩厚重、光影写实、肌理感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"thick brushstrokes", "impasto technique", "oil painting texture"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水彩、丙烯画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油画有明显颜料堆积感，其他画种没有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**水彩**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透明轻盈的颜色，水渍边缘，色彩融合自然，纸张纹理透出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透明感、水渍、水痕、晕染效果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"watercolor painting", "wet-on-wet technique", "paper texture visible"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水墨、淡彩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水彩有透明叠色，水墨有墨迹浓淡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**国画**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毛笔线条的韵味，留白的意境，线条为主，色彩淡雅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毛笔线条、留白、诗书画一体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"Chinese ink painting", "traditional Chinese brush art", "ink wash"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水墨、书法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国画有题字落款，构图讲究留白平衡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**工笔**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细腻的线条勾勒，色彩平涂渲染，精致写实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线条精细、色彩均匀、细节丰富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"Gongbi technique", "meticulous Chinese painting", "fine line work"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白描、写实插画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工笔有特定的染色技法，线条精细均匀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**素描**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只有黑白灰关系，没有色彩，靠光影塑造体积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单色、黑白灰三大面、光影体积感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"graphite pencil drawing", "charcoal sketch", "monochrome"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速写、版画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素描追求体积写实，速写追求快速捕捉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**速写**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快速简练的线条，捕捉对象特征，不追求细节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线条流畅、快速、概括性强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"quick sketch", "gesture drawing", "rough lines"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素描、写意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速写线条连贯不断，作品感更强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**版画**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有刀痕/刻痕质感，线条硬朗，有复数性特征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刀痕、阳刻/阴刻、平面感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"woodblock print", "linocut", "etching style"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插画、矢量图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版画有明显的刻制痕迹，边缘有崩裂感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**插画**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商业感强，色彩鲜艳，构图完整，有叙事性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商业美学、色彩饱和、构图讲究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"digital illustration", "flat illustration", "vector art"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绘画、平面设计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插画有明显的商业设计感和叙事意图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**漫画**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网点纸、高对比、角色特征夸张、对话框叙事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网点纸、黑线勾边、角色夸张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"manga style", "Japanese comic", "screen tone"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美漫、插画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日漫有特定的网点、眼睛、头发绘制规范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**日系动漫**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大眼睛、柔和色彩、精致头发、光影扁平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萌系、大眼、柔光、色调清新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"anime style", "Japanese anime", "Studio Ghibli inspired"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赛璐璐、美式卡通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日系有特定的眼睛、头发、脸型比例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**美漫**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肌肉感强、动态夸张、色彩强烈、超级英雄感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肌肉线条、动态姿势、色彩强烈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"American comic book art", "Marvel style", "DC comics illustration"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漫画、日漫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美漫强调力量感和动态，有特定的透视夸张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**像素画**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小方块组成的图像，8-bit/16-bit游戏感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方块像素、网格感、游戏美术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"pixel art", "8-bit style", "retro game graphics"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矢量图、马赛克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像素画有明显的网格感，每个像素是独立色块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**赛博朋克**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霓虹灯光、高楼林立、雨夜、东方元素混杂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霓虹、未来城市、亚洲文化、潮湿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"cyberpunk", "neon lights", "rain-soaked city"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蒸汽朋克、科幻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赛博是数字科技+东方贫民窟，蒸汽是机械+维多利亚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**蒸汽朋克**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齿轮、管道、维多利亚时代、机械美学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齿轮、管道、维多利亚、蒸汽动力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"steampunk", "Victorian machinery", "brass and copper"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赛博朋克、复古工业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蒸汽是19世纪机械美学，没有数字科技元素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**极简主义**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大量留白、几何形状、单色或有限色彩、简洁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留白、几何、少即是多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"minimalist art", "clean lines", "simple composition"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抽象艺术、扁平插画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极简强调"少"，抽象强调"非具象"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**超现实主义**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不可能并存的物体组合、梦境般的场景、奇幻生物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梦境感、物体异化、潜意识意象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"surrealist art", "Dali-esque", "dreamlike composition"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奇幻艺术、抽象艺术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超现实有弗洛伊德式潜意识意象，不是简单的奇幻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**波普艺术**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安迪沃霍尔式、商业图像复制、大众文化符号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重复图案、高饱和、名人形象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"pop art", "Warhol style", "screen printed"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扁平插画、涂鸦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波普有商业复制和名人崇拜元素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**浮世绘**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葛饰北斋式、日本传统木版画、平涂色彩、波浪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平面透视、樱花、艺伎、和服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"ukiyo-e style", "Japanese woodblock print", "Hiroshige inspired"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国画、水彩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浮世绘有特定的轮廓线和渐变平涂技法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**水墨**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黑白灰的墨色变化，干湿浓淡，禅意空灵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墨色变化、飞白、枯笔、空灵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"ink wash painting", "sumi-e", "monochromatic ink"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国画、素描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水墨特指用墨色的干湿变化表现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**敦煌壁画**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佛教造像、飞天、经变图、矿物颜料色彩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佛教题材、丰腴造型、矿物色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"Dunhuang mural style", "Buddhist cave painting", "Tang dynasty aesthetic"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国画、唐卡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敦煌有特定的佛教造像规范和色彩体系</w:t>
            </w:r>
          </w:p>
        </w:tc>
      </w:tr>
    </w:tbl>
    <w:p>
      <w:pPr>
        <w:pStyle w:val="Heading4"/>
      </w:pPr>
      <w:r>
        <w:t>2.2 摄影风格详解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风格类型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核心特征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精准关键词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容易混淆的风格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区分要点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**人像摄影**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以人物为主题，背景虚化，主体突出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人物清晰、背景虚化、神态自然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"portrait photography", "shallow depth of field", "subject focused"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时尚摄影、纪实摄影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人像强调人物本身，时尚强调服装造型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**风光摄影**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壮阔自然或城市景观，景深大，细节丰富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景深大、场景完整、色彩自然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"landscape photography", "deep focus", "scenic view"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建筑摄影、街拍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风光以自然/大场景为主，建筑以单体建筑为主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**街拍**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街头抓拍，纪实感强，有故事性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真实瞬间、街头场景、匆忙感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"street photography", "candid shot", "urban documentary"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纪实摄影、时尚街拍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街拍强调街头生活，时尚街拍强调穿搭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**时尚摄影**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高端时装大片，商业感强，模特专业造型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服装细节、时尚造型、精致布光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"fashion photography", "editorial style", "haute couture"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商业摄影、人像摄影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时尚摄影以服装为核心，人像以人物为核心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**纪实摄影**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记录真实，有社会意义，情感深刻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真实场景、社会议题、情感张力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"documentary photography", "photojournalism", "social documentary"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新闻摄影、街拍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纪实有系统性主题，新闻追求即时性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**胶片感**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颗粒感、色彩偏移、暗角、宽容度低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胶片颗粒、色彩不饱和、复古色调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"film photography look", "analog photography", "Kodak Portra tone"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复古色调、胶片模拟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胶片感有真实的物理成像特征，假不掉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**LOMO**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色彩浓艳、四周暗角、漏光、随意感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暗角、色彩过饱和、漏光效果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"LOMO style", "toy camera effect", "cross-processed colors"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胶片感、宝丽来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LOMO有特定的暗角和色彩偏移模式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**宝丽来**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即时成像的白色边框、泛紫色调、柔和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白色边框、偏紫/暖色调、柔焦边缘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"Polaroid style", "instant film look", " SX-70 aesthetic"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胶片感、LOMO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宝丽来有即时成像的白色边框和特定色调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**黑白摄影**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没有色彩，纯靠光影和构图表达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去色、光影对比、情绪感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"black and white photography", "monochrome", "film noir aesthetic"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高对比黑白、低调摄影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黑白摄影是艺术选择，不只是"去掉颜色"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**高调摄影**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整体明亮，浅色为主，干净通透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明亮调子、白色/浅灰背景、正面光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"high-key photography", "bright and airy", "ethereal lighting"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低调摄影、曝光过度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高调整体偏白，低调整体偏黑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**低调摄影**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整体偏暗，深色为主，有神秘感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深色背景、戏剧性光影、氛围感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"low-key photography", "dramatic shadows", "moody lighting"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高调摄影、暗调纪实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低调用阴影讲故事，高调用亮调营造轻盈感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**HDR**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超高动态范围，细节极多，色彩强烈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细节丰富、对比强烈、色彩饱和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"HDR photography", "high dynamic range", "detail-enhanced"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过度后期、超写实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HDR有独特的质感，真实但"太真实"</w:t>
            </w:r>
          </w:p>
        </w:tc>
      </w:tr>
    </w:tbl>
    <w:p>
      <w:pPr>
        <w:pStyle w:val="Heading4"/>
      </w:pPr>
      <w:r>
        <w:t>2.3 3D/渲染风格详解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风格类型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核心特征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精准关键词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容易混淆的风格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区分要点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**写实3D**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照片级真实，材质光影逼真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真实材质、物理光照、纹理细节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"photorealistic 3D", "8K detail", "realistic rendering"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高清摄影、超写实插画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3D写实有物理正确的光影逻辑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**低多边形**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几何化的3D，棱角分明，三角面明显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三角面、几何化、扁平着色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"low-poly 3D", "geometric style", "polygon art"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扁平插画、矢量图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低多边形是3D的，有体积感和光照逻辑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**等距视角**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2.5D视角，斜45度俯视，无透视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等轴测、无透视、三维网格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"isometric 3D", "2.5D perspective", "top-down angle"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俯视摄影、扁平插画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等距视角有特定的无透视规则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**黏土风**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软软的、圆润的、哑光材质、微缩感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圆润边缘、哑光、软材质、微缩感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"clay render style", "claymation look", "soft rounded 3D"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卡通3D、盲盒风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黏土风有真实黏土的哑光质感和指纹痕迹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**盲盒风**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可爱Q版，色彩鲜艳，潮玩质感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Q版比例、潮玩造型、精致细节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"blind box style", "pop mart aesthetic", "collectible toy look"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黏土风、手办风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盲盒有特定的潮玩品牌感和"萌"比例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**赛璐璐**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动漫风格的3D，色块分明，无渐变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平滑着色、色块分界、无中间调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"cel-shaded 3D", "anime toon shader", "bordered color blocks"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卡通渲染、二次元插画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赛璐璐有明确的色块边界和描边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**NPR**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非真实感渲染，风格化，手绘质感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手绘纹理、风格化、边缘线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"NPR rendering", "non-photorealistic render", "painterly 3D"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赛璐璐、水墨3D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NPR是技术统称，包含多种手绘质感表现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**光线追踪**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物理精确的光线反射、折射、焦散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真实反射、阴影、透光效果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"ray tracing", "path tracing", "global illumination"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光栅渲染、传统3D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光线追踪有真实的物理光学现象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**Octane渲染**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Cinema 4D的渲染器风格，干净商业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干净的反射、柔美光照、商业感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"Octane render", "C4D aesthetic", "clean commercial look"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Arnold渲染、Redshift渲染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Octane有独特的降噪算法和色彩科学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**Unreal引擎风格**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游戏引擎实时渲染，电影级后期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电影级光效、后期处理、HDR效果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"Unreal Engine 5", "Lumen lighting", "game engine cinematic"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影视特效、实拍合成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Unreal有实时渲染的"游戏感"光效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**Blender风格**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开源3D软件的标志性风格，多样化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Blender Cycles或EEVEE的特征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"Blender Cycles render", "Blender EEVEE", "open source 3D aesthetic"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其他3D软件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Blender作品有独特的节点编辑痕迹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**C4D风格**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Cinema 4D的标志性风格，商业简洁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干净的曲面、渐变背景、极简构图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"Cinema 4D style", "C4D motion graphics", "smooth gradient"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Octane渲染、扁平3D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C4D有独特的运动图形美学基因</w:t>
            </w:r>
          </w:p>
        </w:tc>
      </w:tr>
    </w:tbl>
    <w:p>
      <w:pPr>
        <w:pStyle w:val="Heading4"/>
      </w:pPr>
      <w:r>
        <w:t>2.4 配色/色调风格详解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风格类型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核心特征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精准关键词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容易混淆的风格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区分要点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**莫兰迪色**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低饱和、灰调、柔和、高级的"性冷淡"感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灰色调、低饱和、柔和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"Morandi color palette", "desaturated pastel", "grey-toned"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高级灰、灰粉色系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莫兰迪有特定的色调范围，来自意大利画家莫兰迪的画作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**赛博霓虹**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紫蓝霓虹、粉色霓虹、高对比、未来感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霓虹发光、紫色/蓝色主调、高对比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"cyberpunk neon", "neon glow", "electric blue magenta"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霓虹灯摄影、蒸汽波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赛博霓虹有未来科技+东方城市的语境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**复古胶片**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褪色、颗粒、偏暖或偏青、过期感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色彩偏移、颗粒、褪色效果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"vintage film look", "faded colors", "aged photograph"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复古色调、泛黄老照片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复古胶片有胶片成像的物理特征，不只是"旧"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**日系清新**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低饱和、略过曝、柔光、青绿/淡粉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柔光、低饱和、略过曝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"Japanese aesthetic", "soft natural light", "airy pastel"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小清新、糖果色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日系有特定的柔焦和色温倾向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**暗黑哥特**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深色背景、血红/黑色主调、阴郁、华丽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暗调、血红/金色点缀、华丽阴郁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"dark gothic", "gothic aesthetic", "macabre elegance"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暗黑风、恐怖美学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哥特有特定的宗教/死亡/华丽美学传统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**马卡龙色**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粉嫩甜美、像马卡龙蛋糕一样的柔和甜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粉色系、薄荷绿、淡黄、甜美柔和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"macaron colors", "pastel candy", "sweet pastel tones"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糖果色、莫兰迪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马卡龙比糖果色更柔和，比莫兰迪更粉嫩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**国风青绿**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青绿色调、中国山水、古典诗意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青绿山水、矿物色、古典色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"traditional Chinese palette", "blue-green landscape", "classical Chinese color"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青色系、小清新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国风青绿有传统矿物色的质感和古典配色比例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**暖橘色系**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夕阳、温暖、活力、秋季感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橙黄暖调、阳光感、活力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"warm orange tones", "golden hour palette", "sunset colors"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复古橙、琥珀色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暖橘是泛橙的暖调，不等于橙色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**冷蓝色系**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冷静、科技、清冷、忧郁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蓝紫冷调、清冷感、科技感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"cool blue palette", "cold tones", "steel blue"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赛博蓝、忧郁蓝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冷蓝是色温偏蓝，不带科技元素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**黑白红**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强烈对比、危险、激情、中国风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纯黑白+一点红、强烈对比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"black white red", "stark contrast", "accent red"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中国红、极简主义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黑白红是色彩关系，不是"红色就行"</w:t>
            </w:r>
          </w:p>
        </w:tc>
      </w:tr>
    </w:tbl>
    <w:p>
      <w:pPr>
        <w:pStyle w:val="Heading4"/>
      </w:pPr>
      <w:r>
        <w:t>2.5 艺术流派/艺术家风格参考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艺术家/流派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核心特征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精准关键词技巧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注意事项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效果准确度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**梵高**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旋转的笔触、浓烈的黄色、后印象派光感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旋涡笔触、厚涂、强烈色彩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"Van Gogh style", "Vincent van Gogh", "Starry Night inspired"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明确指定具体画作比"梵高风格"更准确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★★★★☆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**莫奈**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模糊的光影、色彩的瞬间印象、户外写生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色彩堆叠、朦胧感、光影流转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"Monet style", "Impressionist light", "water lilies palette"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擅长光影而非写实轮廓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★★★★☆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**毕加索**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立体主义、几何分解、抽象脸孔、蓝色时期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几何碎片化、平面感、变形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"Picasso style", "Cubist portrait", "Blue Period tone"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立体主义需要明确说"立体主义"，单说毕加索可能出蓝色时期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★★★☆☆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**浮世绘**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日本版画、葛饰北斋/广重、春宫北斋的波浪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平面透视、轮廓线、渐变平涂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"ukiyo-e style", "Hokusai", "The Great Wave aesthetic"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可以指定具体画家如"葛饰北斋风格"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★★★★★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**赛博朋克**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未来城市、霓虹、雨夜、高科技低生活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霓虹+亚洲贫民窟+数字科技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"cyberpunk", "Blade Runner aesthetic", "neon dystopia"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不是简单的霓虹，要包含"高科技低生活"的社会语境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★★★★☆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**吉卜力**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宫崎骏动画风格、自然、少女、机械、温暖治愈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自然细节丰富、少女主角、机械美学、暖色调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"Studio Ghibli style", "Miyazaki aesthetic", "Princess Mononoke palette"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可以指定具体作品如"千与千寻风格"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★★★★★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**新海诚**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壁纸狂魔、写实背景、青春物語、光芒效果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真实照片级背景、青春主题、光晕特效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"Makoto Shinkai style", "Your Name aesthetic", "photo-realistic background"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强调背景的写实感和"每一帧都是壁纸"的特点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★★★★★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**莫比乌斯**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法国漫画大师、写实素描、科幻、史诗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极度写实的线条、科幻设定、史诗感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"Moebius style", "Jean Giraud illustration", "hard sci-fi aesthetic"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单说"莫比乌斯环"会被误解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★★★★★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**韦斯·安德森**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对称构图、糖果色调、文艺复古、叙事感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严格对称、高饱和复古色、长镜头感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"Wes Anderson style", "symmetrical composition", "Grand Budapest Hotel palette"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对称构图是最强的风格标签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★★★★★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**吴冠中**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中国水墨+西方现代、点线面、江南意境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简化的点线面、黑白灰+点缀色、江南白墙黑瓦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"Wu Guanzhong style", "Chinese modern ink", "geometric landscape"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独特的中国现代艺术融合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★★★★★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**敦煌壁画**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佛教艺术、飞天、经变图、矿物颜料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佛教造像规范、丰腴人物、矿物色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"Dunhuang mural", "Tang dynasty Buddhist art", "cave painting aesthetic"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有特定的历史时期风格差异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★★★★☆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**浮世绘春画**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喜多川歌麿/葛饰北斋美人画、大头美人画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美人大头、精致和服纹样、柔美线条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"ukiyo-e bijin-ga", "Katsushika Hokusai beauties", " Edo period beauty portrait"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要用"美人画"或具体画家名区分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★★★★☆</w:t>
            </w:r>
          </w:p>
        </w:tc>
      </w:tr>
    </w:tbl>
    <w:p>
      <w:r/>
      <w:r>
        <w:rPr>
          <w:b/>
        </w:rPr>
        <w:t>艺术家风格使用技巧：</w:t>
      </w:r>
      <w:r/>
    </w:p>
    <w:p>
      <w:r>
        <w:t xml:space="preserve">1. </w:t>
      </w:r>
      <w:r>
        <w:rPr>
          <w:b/>
        </w:rPr>
        <w:t>组合使用</w:t>
      </w:r>
      <w:r>
        <w:t>：比单一风格更丰富</w:t>
      </w:r>
    </w:p>
    <w:p>
      <w:r>
        <w:t>`Van Gogh + Japanese anime` → 梵高笔触的动漫风</w:t>
      </w:r>
    </w:p>
    <w:p>
      <w:r>
        <w:t xml:space="preserve">2. </w:t>
      </w:r>
      <w:r>
        <w:rPr>
          <w:b/>
        </w:rPr>
        <w:t>排除使用</w:t>
      </w:r>
      <w:r>
        <w:t>：去掉不想要的效果</w:t>
      </w:r>
    </w:p>
    <w:p>
      <w:r>
        <w:t>`Wes Anderson style, no dialogue text` → 安德森构图但不要文字</w:t>
      </w:r>
    </w:p>
    <w:p>
      <w:r>
        <w:t xml:space="preserve">3. </w:t>
      </w:r>
      <w:r>
        <w:rPr>
          <w:b/>
        </w:rPr>
        <w:t>时代+艺术家</w:t>
      </w:r>
      <w:r>
        <w:t>：定位更精确</w:t>
      </w:r>
    </w:p>
    <w:p>
      <w:r>
        <w:t>`Picasso Blue Period` → 蓝色忧郁时期的毕加索</w:t>
      </w:r>
    </w:p>
    <w:p>
      <w:r>
        <w:t xml:space="preserve">4. </w:t>
      </w:r>
      <w:r>
        <w:rPr>
          <w:b/>
        </w:rPr>
        <w:t>艺术家+介质</w:t>
      </w:r>
      <w:r>
        <w:t>：明确你的载体</w:t>
      </w:r>
    </w:p>
    <w:p>
      <w:r>
        <w:t>`Moebius style, oil painting` → 莫比乌斯风格但用油画媒介</w:t>
      </w:r>
    </w:p>
    <w:p>
      <w:r>
        <w:t>---</w:t>
      </w:r>
    </w:p>
    <w:p>
      <w:pPr>
        <w:pStyle w:val="Heading3"/>
      </w:pPr>
      <w:r>
        <w:t>三、绘图结构/构图判断</w:t>
      </w:r>
    </w:p>
    <w:p>
      <w:pPr>
        <w:pStyle w:val="Heading4"/>
      </w:pPr>
      <w:r>
        <w:t>3.1 构图法则AI理解度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sz w:val="18"/>
              </w:rPr>
              <w:t>构图法则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AI理解程度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描述方式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注意事项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**三分法**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"将主体放在三分线交点上" / "rule of thirds"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AI对三分法的理解非常稳定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"人物眼睛在画面上三分之一处"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**对称构图**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"centered composition" / "symmetrical" / "镜像对称"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要区分上下对称/左右对称/中心对称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"左右对称的宫殿建筑"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**黄金螺旋**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"golden ratio" / "Fibonacci spiral" / "黄金比例构图"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比三分法更精细，AI理解有限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"主体沿黄金螺旋排列"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**居中构图**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"centered" / "symmetrical center" / "居中"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最稳定的构图，容易显得呆板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"主体完全居中"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**对角线构图**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"diagonal composition" / "对角线引导"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引导视线方向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"对角线光束从左上到右下"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**框架构图**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"framing within frame" / "框架构图"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要描述框架是什么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"窗户框住的主体"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**留白构图**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"negative space" / "minimalist composition" / "大量留白"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明确留白的位置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"主体占画面30%，右侧留白"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**满构图**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"full bleed" / "edge-to-edge" / "填满画面"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满而不乱需要细节丰富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"花瓣填满整个画面"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**S型构图**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★★★☆☆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"S-curve composition" / "S形曲线"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AI对曲线的理解优于直线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"河流呈S形穿过画面"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**三角形构图**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★★★☆☆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"triangular composition" / "三角形布局"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稳定感/压迫感取决于三角方向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"人物组成稳定的三角形"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**辐射构图**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★★★☆☆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"radial composition" / "放射状"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中心发散感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"光芒从中心辐射"</w:t>
            </w:r>
          </w:p>
        </w:tc>
      </w:tr>
    </w:tbl>
    <w:p>
      <w:pPr>
        <w:pStyle w:val="Heading4"/>
      </w:pPr>
      <w:r>
        <w:t>3.2 前景/中景/背景层次控制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sz w:val="18"/>
              </w:rPr>
              <w:t>层次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作用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AI描述技巧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常见问题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解决方式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**前景**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引导视线、增加深度、烘托氛围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"前景虚化的树枝框架主体"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前景太实/太乱/遮挡主体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加"虚化前景"、"半透明"、"薄纱"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**中景**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主体所在、视觉焦点、故事核心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"中景主体是穿红裙的女子"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主体不突出、层次不清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加"主体清晰锐利"、"中景简洁"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**背景**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交代环境、烘托氛围、增加空间感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"背景是虚化的薰衣草田和远山"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背景太抢/太乱/与主体冲突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加"背景虚化"、"简化背景"、"冷色调背景"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**景深控制**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控制各层次的清晰/虚化程度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"浅景深，前景背景虚化，只有中景清晰"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全清晰/全虚化/景深不自然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明确前景/中景/背景的虚化程度</w:t>
            </w:r>
          </w:p>
        </w:tc>
      </w:tr>
    </w:tbl>
    <w:p>
      <w:r>
        <w:t>---</w:t>
      </w:r>
    </w:p>
    <w:p>
      <w:pPr>
        <w:pStyle w:val="Heading3"/>
      </w:pPr>
      <w:r>
        <w:t>四、镜头语言在图像中的应用</w:t>
      </w:r>
    </w:p>
    <w:p>
      <w:pPr>
        <w:pStyle w:val="Heading4"/>
      </w:pPr>
      <w:r>
        <w:t>4.1 景别控制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sz w:val="18"/>
              </w:rPr>
              <w:t>景别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AI理解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氛围影响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精准关键词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使用场景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**特写**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局部细节，情感聚焦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亲密、紧张、强调、情绪放大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"close-up", "extreme close-up", "细节特写"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眼睛、嘴唇、手、情绪瞬间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**近景**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头部到肩部/胸部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交流感、亲和、叙事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"close-up shot", "headshot", "上半身特写"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人物对话、表情传达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**中景**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膝盖以上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平衡感、叙事、互动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"medium shot", "cowboy shot", "膝盖以上取景"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人物活动、环境关系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**全景**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全身+完整环境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完整感、关系交代、气势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"full shot", "wide shot", "全景人像"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全身造型、环境全貌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**远景**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人物如蚂蚁，环境主导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壮阔、孤独、渺小、史诗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"long shot", "establishing shot", "大远景"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自然风光、建筑全貌、史诗场面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**大远景**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极致渺小，纯粹风光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超然、诗意的、敬畏感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"extreme long shot", "aerial view", "极致远景"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航拍、自然奇观</w:t>
            </w:r>
          </w:p>
        </w:tc>
      </w:tr>
    </w:tbl>
    <w:p>
      <w:pPr>
        <w:pStyle w:val="Heading4"/>
      </w:pPr>
      <w:r>
        <w:t>4.2 视角控制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sz w:val="18"/>
              </w:rPr>
              <w:t>视角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AI理解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氛围影响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精准关键词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使用场景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**平视**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眼睛水平线，平等视角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平等、真实、客观、亲近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"eye-level shot", "平视视角"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人物交流、客观叙事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**俯视**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从上往下，高处俯瞰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控制感、渺小感、客观、归纳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"overhead shot", "bird's eye view", "俯视角度"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桌面摄影、全局展示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**仰视**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从下往上，仰望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威严、崇高、压迫感、英雄感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"low-angle shot", "worm's eye view", "仰视角度"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建筑、领袖、崇高主题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**鸟瞰**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顶视，垂直向下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全局感、秩序感、地图感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"top-down view", "bird's eye", "正交顶视"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地图、规划图、抽象构图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**虫视角**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超低角度仰视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危险感、侵入感、戏剧性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"extreme low angle", "from ground level", "地面视角"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恐怖片、强调重要性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**倾斜视角**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相机倾斜，打破平衡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不安、紧张、运动感、动态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"dutch angle", "canted angle", "倾斜构图"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动作、悬疑、心理失衡</w:t>
            </w:r>
          </w:p>
        </w:tc>
      </w:tr>
    </w:tbl>
    <w:p>
      <w:pPr>
        <w:pStyle w:val="Heading4"/>
      </w:pPr>
      <w:r>
        <w:t>4.3 景深控制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效果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描述方式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AI理解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常见偏差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**虚化背景**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"shallow depth of field", "bokeh background", "背景虚化"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虚化程度难以精确控制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**虚化前景**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"foreground blur", "前景虚化"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需要额外描述前景元素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**全清晰**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"everything in focus", "deep focus", "全清晰"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全清晰可能导致层次不分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**焦平面控制**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"tilt-shift effect", "selective focus", "单点对焦"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★★★☆☆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AI对"哪里清晰"的定位有限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**散景效果**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"bokeh lights", "光斑散景", "圆形光点"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散景形状难以指定</w:t>
            </w:r>
          </w:p>
        </w:tc>
      </w:tr>
    </w:tbl>
    <w:p>
      <w:r>
        <w:t>---</w:t>
      </w:r>
    </w:p>
    <w:p>
      <w:pPr>
        <w:pStyle w:val="Heading3"/>
      </w:pPr>
      <w:r>
        <w:t>五、文本/设计类图像</w:t>
      </w:r>
    </w:p>
    <w:p>
      <w:pPr>
        <w:pStyle w:val="Heading4"/>
      </w:pPr>
      <w:r>
        <w:t>5.1 海报设计类AI理解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sz w:val="18"/>
              </w:rPr>
              <w:t>设计维度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AI的理解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精准描述方式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常见问题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解决方案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**排版布局**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文字和图像的位置关系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"海报构图：图像占左侧60%，右侧放文字"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文字和图像比例失调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分开描述图像区和文字区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**字体选择**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字体风格（AI无法保证具体字体名）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"粗体无衬线字体"、"手写感字体"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生成字体乱码或风格不符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描述字体特征而非字体名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**信息层级**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标题/副标题/正文的大小关系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"标题大字居中，副标题小字在下方，正文在底部"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层级不清，所有文字一样大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明确各层级的大小和位置关系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**视觉引导**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读者的视线流动路径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"从上到下、从左到右的阅读顺序"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视觉流混乱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用构图元素（线条、色块）引导视线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**色彩搭配**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主色/辅色/点缀色的关系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"主色深蓝，点缀金色，背景白色"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色彩关系混乱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建立明确的色彩比例关系</w:t>
            </w:r>
          </w:p>
        </w:tc>
      </w:tr>
    </w:tbl>
    <w:p>
      <w:pPr>
        <w:pStyle w:val="Heading4"/>
      </w:pPr>
      <w:r>
        <w:t>5.2 书法字体类AI理解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sz w:val="18"/>
              </w:rPr>
              <w:t>字体类型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AI的理解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精准关键词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注意事项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生成准确度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**楷书**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端正规范，横平竖直，一丝不苟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"Chinese kaishu script", "regular script calligraphy"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AI生成楷书相对准确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★★★★☆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**行书**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流畅灵动，笔画相连，有节奏感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"Chinese xingshu script", "running script calligraphy"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容易和草书混淆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★★★☆☆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**草书**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狂放不羁，笔画连绵，难以辨认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"Chinese caoshu script", "cursive calligraphy"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AI很难生成标准草书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★★☆☆☆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**隶书**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扁平方正，蚕头燕尾，波磔分明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"Chinese lishu script", "clerical script"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有独特的横画波磔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★★★☆☆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**篆书**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圆润古朴，线条均匀，象形意味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"Chinese zhuanshu script", "seal script"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大篆小篆有差异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★★☆☆☆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**艺术字**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创意变形，风格化，装饰性强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"stylized Chinese calligraphy", "artistic lettering"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描述创意方向而非具体形态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★★★★☆</w:t>
            </w:r>
          </w:p>
        </w:tc>
      </w:tr>
    </w:tbl>
    <w:p>
      <w:r/>
      <w:r>
        <w:rPr>
          <w:b/>
        </w:rPr>
        <w:t>书法生成技巧：</w:t>
      </w:r>
      <w:r/>
    </w:p>
    <w:p>
      <w:pPr>
        <w:pStyle w:val="ListBullet"/>
      </w:pPr>
      <w:r>
        <w:t>描述笔画特征："起笔重、收笔轻"、"线条圆润"</w:t>
      </w:r>
    </w:p>
    <w:p>
      <w:pPr>
        <w:pStyle w:val="ListBullet"/>
      </w:pPr>
      <w:r>
        <w:t>指定用途："毛笔字招牌"、"书法卷轴"</w:t>
      </w:r>
    </w:p>
    <w:p>
      <w:pPr>
        <w:pStyle w:val="ListBullet"/>
      </w:pPr>
      <w:r>
        <w:t>说明文字内容，AI不一定完全准确</w:t>
      </w:r>
    </w:p>
    <w:p>
      <w:pPr>
        <w:pStyle w:val="ListBullet"/>
      </w:pPr>
      <w:r>
        <w:t>避免长句，单个字成功率更高</w:t>
      </w:r>
    </w:p>
    <w:p>
      <w:pPr>
        <w:pStyle w:val="Heading4"/>
      </w:pPr>
      <w:r>
        <w:t>5.3 Logo/品牌设计类AI理解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sz w:val="18"/>
              </w:rPr>
              <w:t>设计维度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AI的理解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精准描述方式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常见问题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解决方案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**图形元素**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Logo的主体图形/符号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"几何图形Logo"、"动物图形"、"字母变形"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图形过于复杂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简化描述，一次一个核心元素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**色彩**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主色调和辅色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"单色Logo"、"双色撞色"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色彩不准确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用色值或标准色名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**风格**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现代/复古/简约/精致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"极简Logo"、"扁平化设计"、"复古手绘风"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风格混杂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明确主风格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**排版**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图形和文字的组合方式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"图形在上文字在下"、"图形左文字右"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文字图形位置混乱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分开描述图形和文字区域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**应用场景**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Logo用在什么地方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"适合App图标"、"适合名片"、"适合户外广告"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尺寸比例不适配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指定应用场景让AI调整复杂度</w:t>
            </w:r>
          </w:p>
        </w:tc>
      </w:tr>
    </w:tbl>
    <w:p>
      <w:r>
        <w:t>---</w:t>
      </w:r>
    </w:p>
    <w:p>
      <w:pPr>
        <w:pStyle w:val="Heading2"/>
      </w:pPr>
      <w:r>
        <w:t>第二部分：音频/音乐类风格判断标准</w:t>
      </w:r>
    </w:p>
    <w:p>
      <w:pPr>
        <w:pStyle w:val="Heading3"/>
      </w:pPr>
      <w:r>
        <w:t>一、音乐风格全景</w:t>
      </w:r>
    </w:p>
    <w:p>
      <w:pPr>
        <w:pStyle w:val="Heading4"/>
      </w:pPr>
      <w:r>
        <w:t>1.1 流行类风格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风格类型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AI的理解（听到风格名后脑中构建的声音）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核心特征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精准关键词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容易混淆的风格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区分要点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**流行/Pop**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洗脑旋律、易唱和声、4/4拍、清晰人声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旋律优先、和声简单、结构清晰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"mainstream pop", "radio-friendly melody", "upbeat pop"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商业摇滚、电子流行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流行最注重"传唱度"，和声最保守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**独立流行/Indie Pop**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清冷气质、Lo-Fi质感、独立厂牌美学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清冷声场、复古元素、文艺气质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"indie pop", "dreamy production", "bedroom pop aesthetic"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梦幻流行、另类流行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独立流行有Lo-Fi/复古/手工感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**合成器流行/Synth Pop**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80年代电子音色、机械鼓点、科技感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电子合成器、整齐鼓机、未来感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"synth pop", "retro 80s synth", "electronic pop"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电子舞曲、蒸汽波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合成器流行是流行+电子，节奏仍是4/4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**梦幻流行/Dream Pop**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飘渺人声、混响十足、梦幻氛围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混响深、人声虚无、氛围感强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"dream pop", "ethereal vocals", "lush reverb"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瞪鞋摇滚、氛围流行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梦幻流行更轻盈，瞪鞋更噪音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**电子流行/Electropop**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电子制作+流行旋律，时髦现代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电子音色主导、舞曲节奏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"electropop", "electronic pop fusion", "modern synth pop"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合成器流行、未来贝斯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电子流行更舞曲化</w:t>
            </w:r>
          </w:p>
        </w:tc>
      </w:tr>
    </w:tbl>
    <w:p>
      <w:pPr>
        <w:pStyle w:val="Heading4"/>
      </w:pPr>
      <w:r>
        <w:t>1.2 摇滚类风格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风格类型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核心特征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精准关键词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容易混淆的风格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区分要点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**摇滚/Rock**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电吉他失真、强劲鼓点、贝斯线清晰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吉他主导、失真音色、4/4稳定节奏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"electric rock", "guitar-driven", "live drums"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流行摇滚、重金属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摇滚的失真有"温暖感"，非极端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**朋克/Punk**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快速、简陋、三和弦、反叛精神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极快Tempo(150+BPM)、三和弦、和弦少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"punk rock", "fast tempo punk", "DIY aesthetic"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后朋克、滑板朋克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朋克追求"简单直接快"，反技术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**后朋克/Post-Punk**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冷峻、实验、不协和、黑暗氛围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低沉贝斯、延迟吉他、冷色调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"post-punk", "dark post-punk", "minimalist arrangement"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哥特摇滚、新浪潮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后朋克更冷峻实验，不那么直接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**金属/Metal**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极端失真、双踩鼓、高技术、力量感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重度失真、双踩底鼓、复杂编曲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"heavy metal", "aggressive metal", "double kick drums"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硬摇滚、死亡金属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金属失真是"极端"的，有sub-genre细分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**另类摇滚/Alt Rock**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非主流、独特声音、拒绝商业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风格多样、不易定义、反叛精神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"alternative rock", "90s grunge", "indie rock"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独立摇滚、垃圾摇滚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另类是"不主流"的总称，风格多样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**英伦摇滚/Britpop**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英式吉他流行、大气磅礴、90年代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吉他+英式口音、大气编曲、怀旧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"britpop", "British rock", " Oasis style"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独立摇滚、美式另类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英伦有特定的英式吉他音色和大气感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**垃圾摇滚/Grunge**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西雅图之声、失真脏、重型、颓废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脏音色、重失真、颓废美学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"grunge", "Seattle sound", "Nirvana style"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朋克摇滚、金属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Grunge是朋克的"重型+抑郁"版本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**情绪摇滚/Emo**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情感爆发、自白歌词、吉他旋律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情感激烈、吉他旋律突出、Breakdown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"emo rock", "emotional hardcore", "confessional lyrics"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后硬核、流行朋克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情绪摇滚情感更外放，有Breakdown段落</w:t>
            </w:r>
          </w:p>
        </w:tc>
      </w:tr>
    </w:tbl>
    <w:p>
      <w:pPr>
        <w:pStyle w:val="Heading4"/>
      </w:pPr>
      <w:r>
        <w:t>1.3 电子类风格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风格类型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核心特征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精准关键词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容易混淆的风格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区分要点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**EDM**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夜店舞曲、Drop驱动、Build-up结构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Build-up+Drop结构、舞曲4/4拍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"EDM", "festival EDM", "big room"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浩室舞曲、电子舞曲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EDM特指"有Drop的舞曲"，有特定结构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**浩室/House**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4/4拍、稳定的"咚咚"底鼓、跳舞性强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稳定的四四拍底鼓(120-130BPM)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"house music", "deep house", "Chicago house"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EDM、Techno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House的底鼓每拍都有，稳定驱动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**Techno**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机械重复、极简主义、黑暗、工业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机械4/4、合成器重复序列、低沉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"techno", "industrial techno", "Berlin techno"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House、Trance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Techno更机械重复，没有旋律优先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**Trance**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上升旋律、情感释放、梦幻感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16拍循环、上升旋律线、情感高潮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"trance", "progressive trance", "uplifting trance"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Progressive House、氛围电子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Trance有明确的"情感上升-释放"结构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**Dubstep**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低音 wobble、锯齿音色、黑暗Bass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wobble bass、重低音、音墙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"dubstep", "brostep", "dark dubstep"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回响贝斯、陷阱音乐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Dubstep有标志性的"wobble"音色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**Drum &amp; Bass**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超快节奏(160-180BPM)、复杂鼓组、Bass线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超快鼓(170BPM)、复杂鼓机、Bass线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"drum and bass", "jungle influence", "liquid DnB"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陷阱音乐、新学派鼓打贝斯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DnB鼓有独特的"rolling"感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**氛围/Ambient**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环境音、冥想、声音景观、无节奏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无节拍/慢节拍、自然/合成音景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"ambient music", "atmospheric soundscape", "chill ambient"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冥想音乐、环境音乐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氛围音乐强调"声音本身"，不强调节奏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**Chillwave**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复古合成器、梦幻、怀旧、Lo-Fi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复古合成器、延迟人声、温暖怀旧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"chillwave", "vaporwave adjacent", "lo-fi synth"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蒸汽波、梦幻流行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Chillwave更温暖，有70年代感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**蒸汽波/Vaporwave**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80年代采样、故障美学、讽刺消费主义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80年代采样、降速、故障效果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"vaporwave", "aesthetic vaporwave", "100% Baum"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未来放克、数字合成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蒸汽波有明确的"复古采样+降速"技术特征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**Synthwave**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80年代未来主义、霓虹、复古未来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复古合成器、霓虹意象、鼓机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"synthwave", "retrowave", "outrun aesthetic"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蒸汽波、流行合成器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Synthwave是"真实的"80年代声音，非采样</w:t>
            </w:r>
          </w:p>
        </w:tc>
      </w:tr>
    </w:tbl>
    <w:p>
      <w:pPr>
        <w:pStyle w:val="Heading4"/>
      </w:pPr>
      <w:r>
        <w:t>1.4 节奏类风格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风格类型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核心特征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精准关键词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容易混淆的风格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区分要点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**Hip-Hop**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说唱节奏、808鼓机、饶舌、律动感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808、低保真说唱节拍、押韵歌词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"hip-hop", "boom bap", "trap beat"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R&amp;B、陷阱音乐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Hip-Hop以说唱为核心，节奏更"原始"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**R&amp;B**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灵魂唱腔、流畅旋律、情感表达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人声旋律主导、灵魂和声、性感氛围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"R&amp;B", "contemporary R&amp;B", "smooth R&amp;B"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灵魂乐、新杰克摇摆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R&amp;B更现代，旋律性更强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**灵魂乐/Soul**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强烈情感、黑人灵歌、真挚感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强烈人声表达、黑人灵歌传统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"soul music", "classic soul", "Motown style"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R&amp;B、福音音乐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灵魂乐更根源性，情感更强烈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**放克/Funk**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骤停节奏、贝斯主导、舞蹈性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骤停节奏(Syncopation)、贝斯线、Groove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"funk", "classic funk", "James Brown style"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迪斯科、灵魂乐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Funk以贝斯和骤停节奏为核心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**迪斯科/Disco**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派对感、弦乐垫底、强劲节拍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4/4拍、弦乐、强劲节奏、快乐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"disco", "70s disco", "disco ball energy"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放克、舞曲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迪斯科有弦乐和"派对"氛围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**雷鬼/Reggae**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反拍吉他、重音移位、加勒比海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Off-beat吉他、重音在弱拍、夏日感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"reggae", "Jamaican style", "Bob Marley influence"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雷鬼舞曲、达厦音乐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雷鬼有独特的"重音移位"节奏型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**爵士/Jazz**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即兴、蓝调音阶、复杂和声、摇摆感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即兴演奏、复杂和弦、摇摆节奏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"jazz", "smooth jazz", "bebop influence"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灵魂乐、布鲁斯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Jazz以即兴和复杂和声为核心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**布鲁斯/Blues**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蓝调音阶、情感诉说、12小节结构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蓝调音阶、情感表达、简单结构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"blues", "delta blues", "Chicago blues"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爵士、灵魂乐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布鲁斯有"蓝调音阶"和"述说感"</w:t>
            </w:r>
          </w:p>
        </w:tc>
      </w:tr>
    </w:tbl>
    <w:p>
      <w:pPr>
        <w:pStyle w:val="Heading4"/>
      </w:pPr>
      <w:r>
        <w:t>1.5 古典类风格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风格类型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核心特征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精准关键词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容易混淆的风格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区分要点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**古典/Classical**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管弦乐、交响曲、严谨结构、西方艺术音乐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管弦乐团、乐章结构、作曲技法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"orchestral classical", "symphony style", "classical music"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新古典、新世纪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古典是"传统西方艺术音乐"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**新古典/Neoclassical**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钢琴+管弦乐、现代制作、情感深沉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钢琴主导、弦乐铺垫、现代感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"neoclassical", "piano neoclassical", "modern classical"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古典、电影配乐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新古典是"现代的"古典，有现代制作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**巴洛克/Baroque**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复调音乐、大键琴、庄严装饰、巴赫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大键琴、赋格、装饰音、通奏低音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"baroque", "Bach style", "orchestral baroque"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古典、洛可可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巴洛克有特定的"复调"和"装饰音"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**浪漫主义/Romantic**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情感丰富、标题音乐、民族主义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情感外放、标题性、色彩丰富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"romantic era", "romantic orchestral", "Tchaikovsky style"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古典、印象主义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浪漫主义比古典更情感外放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**极简主义/Minimalism**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重复动机、慢变化、冥想感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重复乐句、微变、减少主义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"minimalist music", "Steve Reich style", "phase music"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氛围音乐、环境音乐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极简主义有数学性的重复结构</w:t>
            </w:r>
          </w:p>
        </w:tc>
      </w:tr>
    </w:tbl>
    <w:p>
      <w:pPr>
        <w:pStyle w:val="Heading4"/>
      </w:pPr>
      <w:r>
        <w:t>1.6 中国风风格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风格类型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核心特征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精准关键词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容易混淆的风格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区分要点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**古风**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仙侠古韵、虚拟词作、五声音阶、民乐元素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五声音阶、古风歌词、古筝/笛子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"Chinese ancient style", "xianxia aesthetic", "traditional Chinese melody"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国风、华语流行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古风更偏"仙侠/二次元"语境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**国风**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传统文化元素、古典意象、现代融合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民乐+流行和声、古典意象、主流审美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"Chinese national style", "国风音乐", "traditional Chinese pop"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古风、华语流行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国风更主流商业，融合更多现代元素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**民乐**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二胡/古筝/笛子/琵琶主导、民族乐器原声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民族乐器主导、无电子音色、地域特色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"Chinese folk music", "民乐演奏", "erhu guzheng"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古风、中国风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民乐强调乐器的"原声"属性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**戏曲**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京剧/昆曲/豫剧等中国传统戏剧唱腔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唱腔特色、脸谱、行当、程式化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"Chinese opera", "Peking opera", "Kunqu style"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戏腔流行、民歌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戏曲有严格的唱腔流派规范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**新中式**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中西融合、现代制作、国潮元素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电子+民乐、赛博国风、跨界感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"new Chinese style", "国潮", "cyberpunk Chinese"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国风、电子中国风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新中式强调"当代性"和"融合感"</w:t>
            </w:r>
          </w:p>
        </w:tc>
      </w:tr>
    </w:tbl>
    <w:p>
      <w:pPr>
        <w:pStyle w:val="Heading4"/>
      </w:pPr>
      <w:r>
        <w:t>1.7 氛围类风格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风格类型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核心特征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精准关键词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容易混淆的风格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区分要点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**Lo-Fi**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低保真、磁带噪音、放松、书房感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磁带噪音、慢节奏、柔和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"lo-fi hip hop", "chill lo-fi", "vintage tape sound"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氛围嘻哈、Chillhop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Lo-Fi有"有意为之"的低保真美学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**白噪音/White Noise**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纯噪音、掩盖环境声、助眠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粉红噪音/白噪音/棕色噪音、纯声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"white noise", "ambient noise", "sleep sounds"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氛围音乐、雷声音效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白噪音是"功能性"的声音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**冥想/Meditation**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颂钵/颂唱、平和、引导感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颂钵、颂唱、极简、平和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"meditation music", "sound healing", "Tibetan bowls"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氛围音乐、宗教音乐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冥想音乐有特定的"疗愈"意图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**环境音/Environmental**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自然声音、鸟鸣/雨声/海浪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自然录音、真实声景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"environmental soundscape", "nature sounds", "rain ambience"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白噪音、氛围音乐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环境音是"真实"的自然声音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**ASMR**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耳语、触发音、放松、颅内高潮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耳语声、敲击声、真实录音质感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"ASMR", "whispered vocals", "trigger sounds"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冥想音乐、白噪音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ASMR有特定的"触发音"和"耳语"特征</w:t>
            </w:r>
          </w:p>
        </w:tc>
      </w:tr>
    </w:tbl>
    <w:p>
      <w:pPr>
        <w:pStyle w:val="Heading4"/>
      </w:pPr>
      <w:r>
        <w:t>1.8 影视类风格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风格类型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核心特征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精准关键词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容易混淆的风格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区分要点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**史诗/Epic**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管弦乐、宏大叙事、震撼、铜管主导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大编制管弦、上升旋律、冲击力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"epic orchestral", "cinematic epic", "Hans Zimmer style"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预告片音乐、古典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史诗有"英雄叙事"的情感弧线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**悬疑/Suspense**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低频、紧张、不协和、节奏变化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低频铺垫、突强、音高不安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"suspense score", "thriller music", "inverted motif"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恐怖配乐、惊悚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悬疑用"不确定性"制造紧张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**浪漫/Romance**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钢琴/弦乐、温柔、情感、爱意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钢琴主导、弦乐垫底、旋律优美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"romantic piano", "love theme", "romantic strings"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新古典、爵士钢琴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浪漫配乐有明确的"情感叙事"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**恐怖/Horror**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不协和音、尖利音色、突然静音/突强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不协和音阶、音块、突然变化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"horror soundtrack", "dissonant strings", "sci-fi horror"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悬疑、惊悚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恐怖用"不协和"和"突然"制造恐惧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**科幻/Sci-Fi**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电子音色、未来感、空灵、神秘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合成器、空灵人声、空间感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"sci-fi soundtrack", "space ambient", "futuristic synth"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氛围电子、赛博朋克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科幻有"未来科技"的声学符号</w:t>
            </w:r>
          </w:p>
        </w:tc>
      </w:tr>
    </w:tbl>
    <w:p>
      <w:r>
        <w:t>---</w:t>
      </w:r>
    </w:p>
    <w:p>
      <w:pPr>
        <w:pStyle w:val="Heading3"/>
      </w:pPr>
      <w:r>
        <w:t>二、音乐元素判断标准</w:t>
      </w:r>
    </w:p>
    <w:p>
      <w:pPr>
        <w:pStyle w:val="Heading4"/>
      </w:pPr>
      <w:r>
        <w:t>2.1 乐器指定AI执行度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乐器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AI执行准确度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描述技巧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注意事项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**钢琴**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"piano solo", "piano-driven ballad", "古典钢琴"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可细分：古典钢琴vs电钢琴vs Rhodes钢琴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**吉他**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"acoustic guitar", "electric guitar", "clean guitar tone"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需区分木吉他/电吉他/音色风格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**鼓组**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"live drums", "drum machine", "acoustic kit"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AI对真实鼓组和电子鼓的区分较好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**贝斯**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"bass guitar", "upright bass", "sub bass"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贝斯在混音中容易被忽略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**小提琴**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"violin solo", "string quartet", "symphonic strings"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可指定独奏/合奏/弓法风格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**大提琴**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"cello", "cello duet", "cello solo"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大提琴有独特的温暖低音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**古典吉他**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"classical guitar", "nylon string guitar"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与民谣吉他音色差异明显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**电吉他**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"electric guitar solo", "clean tone", "overdrive"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需描述音色：清音/过载/失真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**萨克斯**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"saxophone", "tenor sax solo", "jazz saxophone"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不同萨克斯音色差异大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**竖琴**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"harp", "classical harp", "Celtic harp"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竖琴有独特的琶音技法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**古筝**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"guzheng", "Chinese zither", "古筝独奏"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古筝有特定的滑音和颤音技法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**二胡**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"erhu", "Chinese violin", "二胡独奏"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二胡有独特的"压揉"技法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**笛子**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"Chinese bamboo flute", "dizi", "笛子独奏"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可细分梆笛/曲笛/箫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**琵琶**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"pipa", "Chinese lute", "琵琶"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琵琶有独特的"轮指"技法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**合成器**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"analog synth", "synthesizer pad", "digital synth"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合成器类型很多，需细化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**铜管组**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★★★☆☆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"brass section", "trumpet solo", "horn section"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铜管组需要描述具体乐器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**大号**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★★★☆☆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"tuba", "sousaphone", "大号"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大号适合低音铜管铺垫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**颤音琴**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★★★☆☆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"vibraphone", "marimba", "铝板琴"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音色独特的打击乐器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**口琴**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★★★☆☆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"harmonica", "blues harmonica", "口琴"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口琴有布鲁斯口琴/半音阶口琴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**三弦/阮**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★★☆☆☆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"sanxian", "ruan", "中国弹拨"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中国地方乐器执行度较低</w:t>
            </w:r>
          </w:p>
        </w:tc>
      </w:tr>
    </w:tbl>
    <w:p>
      <w:pPr>
        <w:pStyle w:val="Heading4"/>
      </w:pPr>
      <w:r>
        <w:t>2.2 节奏/BPM控制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描述方式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AI理解度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示例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说明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**慢速**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"slow tempo", "60 BPM", "adagio"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通常60-80BPM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**中速**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"medium tempo", "90 BPM", "moderate"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通常85-110BPM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**快速**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"fast tempo", "140 BPM", "allegro"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通常120+BPM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**渐快**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"gradually accelerating", "accelerando"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AI能理解速度变化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**渐慢**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"gradually slowing down", "ritardando"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AI能理解速度变化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**自由节奏**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★★★☆☆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"rubato", "free tempo"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AI可能无法完全执行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**不规则节奏**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★★★☆☆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"polyrhythm", "complex time signature"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超出AI训练数据范围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**特定BPM数值**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"128 BPM", "70-80 BPM"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提供具体数值更准确</w:t>
            </w:r>
          </w:p>
        </w:tc>
      </w:tr>
    </w:tbl>
    <w:p>
      <w:pPr>
        <w:pStyle w:val="Heading4"/>
      </w:pPr>
      <w:r>
        <w:t>2.3 情绪/氛围描述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情绪类型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AI理解度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描述方式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音乐特征表现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**悲伤**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"sad", "melancholic", "忧伤"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小调、降半音、和弦下行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**欢快**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"happy", "joyful", "欢快"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大调、上升旋律、快节奏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**紧张**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"tense", "suspenseful", "紧张"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不协和音、突然变化、低频铺垫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**浪漫**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"romantic", "loving", "浪漫"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弦乐、钢琴、柔和音色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**史诗**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"epic", "grand", "史诗"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大编制、上升旋律、铜管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**治愈**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"healing", "soothing", "治愈"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柔和音色、自然声音、慢节奏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**暗黑**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"dark", "gothic", "暗黑"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小调、低频、不协和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**神秘**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"mysterious", "mystical", "神秘"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空灵人声、延迟效果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**怀旧**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"nostalgic", "retro", "怀旧"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复古音色、特定时代风格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**焦虑**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"anxious", "uneasy", "焦虑"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快速变化、不安和声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**宁静**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"peaceful", "tranquil", "宁静"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极简、慢节奏、自然声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**力量**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"powerful", "intense", "力量"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失真吉他、重鼓、大声压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**孤独**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★★★☆☆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"lonely", "solitary", "孤独"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独奏为主、空间感、慢节奏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**希望**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"hopeful", "uplifting", "希望"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大调、上升旋律、光泽音色</w:t>
            </w:r>
          </w:p>
        </w:tc>
      </w:tr>
    </w:tbl>
    <w:p>
      <w:pPr>
        <w:pStyle w:val="Heading4"/>
      </w:pPr>
      <w:r>
        <w:t>2.4 人声风格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人声类型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AI理解度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描述方式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注意事项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**男声**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"male vocals", "male singer"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可细分：男低音/男中音/男高音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**女声**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"female vocals", "female singer"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可细分：女低音/女中音/女高音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**童声**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"children's vocals", "choir of children"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AI对童声特质理解较好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**合唱**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"choir", "chorus", "backing vocals"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需描述合唱类型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**吟唱**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"chanting", " Gregorian chant", "吟唱"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吟唱有特定的无伴奏特点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**呢喃**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"whispered vocals", "intimate whisper"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极轻声的人声表现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**嘶吼**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★★★☆☆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"screaming", "growling", "嘶吼"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极端人声可能失真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**说唱**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"rap", "rapped vocals", "hip-hop vocals"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AI对说唱节奏理解好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**假声**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★★★☆☆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"falsetto", "head voice"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需要特殊唱法描述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**气声**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★★★☆☆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"breathy vocals", "airiness"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极轻的声带振动</w:t>
            </w:r>
          </w:p>
        </w:tc>
      </w:tr>
    </w:tbl>
    <w:p>
      <w:pPr>
        <w:pStyle w:val="Heading4"/>
      </w:pPr>
      <w:r>
        <w:t>2.5 音色质感描述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质感描述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AI理解度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音乐实现方式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**温暖**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"warm tone", "warm analog", "暖音色"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模拟合成器、真空管放大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**冰冷**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"cold tone", "icy synth", "冷音色"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数字合成器、延迟效果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**颗粒感**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"granular texture", "grainy sound"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颗粒合成、音效处理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**空灵**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"ethereal", "airy", "空灵"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混响、合成器垫底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**浑厚**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"fat bass", "full low-end", "浑厚"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饱和低频、厚和声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**锐利**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"sharp attack", "bright tone"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快速起音、高频丰富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**柔软**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"soft attack", "soft tone"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慢起音、柔和包络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**脏**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★★★☆☆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"dirty tone", "gritty"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失真、饱和过载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**干净**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"clean tone", "pristine"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数字音色、无混浊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**奶油般**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★★★☆☆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"creamy", "smooth as butter"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模拟饱和、弦乐般丝滑</w:t>
            </w:r>
          </w:p>
        </w:tc>
      </w:tr>
    </w:tbl>
    <w:p>
      <w:r>
        <w:t>---</w:t>
      </w:r>
    </w:p>
    <w:p>
      <w:pPr>
        <w:pStyle w:val="Heading3"/>
      </w:pPr>
      <w:r>
        <w:t>三、AI对音乐"好不好"的判断</w:t>
      </w:r>
    </w:p>
    <w:p>
      <w:pPr>
        <w:pStyle w:val="Heading4"/>
      </w:pPr>
      <w:r>
        <w:t>3.1 AI擅长的判断维度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AI判断能力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说明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**和声进行合理性**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AI能识别常见和弦进行（如I-IV-V-I）和不协和音，能生成符合训练数据中和声规则的音乐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**节奏稳定性**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AI对4/4拍等常见节奏型把握稳定，能生成节拍准确、律动清晰的音乐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**旋律"好听"度**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AI能基于训练数据中的"悦耳"旋律模式生成朗朗上口的旋律，但可能落入俗套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**编曲层次感**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AI能理解前奏-主歌-副歌-间奏-尾奏的结构，能生成有起伏的编曲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**风格一致性**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AI能较好地保持风格统一，不会突然出现风格跳跃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**音色匹配度**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AI能根据风格选择匹配的乐器和音色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**混音平衡**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★★★☆☆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AI对音量平衡有一定理解，但可能缺乏专业混音的精细度</w:t>
            </w:r>
          </w:p>
        </w:tc>
      </w:tr>
    </w:tbl>
    <w:p>
      <w:pPr>
        <w:pStyle w:val="Heading4"/>
      </w:pPr>
      <w:r>
        <w:t>3.2 AI的盲区（音乐的灵魂层）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AI盲区说明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用户应对策略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**灵魂感/生命感**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AI生成的音乐可能在技术上正确，但缺乏"人性"——演奏者的呼吸、情感波动、微小的timing偏移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人为添加"不完美"：稍微不规则的力度、轻微的timing偏移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**创新性/惊喜感**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AI倾向于生成"平均"音乐，保守地遵循训练数据的模式，难以产生真正出人意料的创意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提供独特的约束条件：非常规乐器组合、反常的速度变化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**文化共鸣**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AI可能不理解特定文化中音乐的情感意义和符号系统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提供文化背景描述：这段音乐需要表达"东北年味的热闹"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**个人记忆触发**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AI无法与你共情，无法知道你某段音乐对你的特殊意义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用情绪板/参考音乐描述你希望触发的情感记忆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**歌词深度**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AI生成的中文歌词可能缺乏文学性、押韵生硬、意象俗套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提供歌词大纲/关键意象/不允许出现的词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**情感真实性**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AI无法真正"感受"情感，只能模拟情感表达的外在形式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通过大量形容词和感官描述来引导："像分手那天下雨的清晨"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**音乐叙事逻辑**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AI可能不理解音乐作为"时间艺术"的叙事弧线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提供明确的结构指引："从绝望到希望"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**与画面/场景的配合**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AI可能生成音乐但不考虑与视觉内容的同步/配合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明确使用场景："这是电商广告BGM，需要配合快切画面"</w:t>
            </w:r>
          </w:p>
        </w:tc>
      </w:tr>
    </w:tbl>
    <w:p>
      <w:pPr>
        <w:pStyle w:val="Heading4"/>
      </w:pPr>
      <w:r>
        <w:t>3.3 精准描述公式</w:t>
      </w:r>
    </w:p>
    <w:p>
      <w:r/>
      <w:r>
        <w:rPr>
          <w:b/>
        </w:rPr>
        <w:t>音乐Prompt = 风格 + 情绪 + BPM + 主乐器 + 特殊元素 + 使用场景 + 参考艺术家</w:t>
      </w:r>
      <w:r/>
    </w:p>
    <w:p>
      <w:r/>
      <w:r>
        <w:rPr>
          <w:b/>
        </w:rPr>
        <w:t>示例：</w:t>
      </w:r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模糊说法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精准说法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效果差异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"好听的背景音乐"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"温馨的咖啡厅背景音乐，70 BPM，钢琴+爵士吉他，慢节奏，适合阅读"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有了具体的场景、BPM和乐器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"有感觉的古风音乐"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"古风配乐，五声音阶，二胡+古筝，慢板，忧伤氛围，像离别的场景"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有了具体的乐器、音阶和情感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"动感的舞曲"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"EDM House，128 BPM，电子合成器lead，build-up+drop结构，适合健身房"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有了具体的EDM子类型、BPM和结构</w:t>
            </w:r>
          </w:p>
        </w:tc>
      </w:tr>
    </w:tbl>
    <w:p>
      <w:r>
        <w:t>---</w:t>
      </w:r>
    </w:p>
    <w:p>
      <w:pPr>
        <w:pStyle w:val="Heading2"/>
      </w:pPr>
      <w:r>
        <w:t>附录：常见偏差对照表</w:t>
      </w:r>
    </w:p>
    <w:p>
      <w:pPr>
        <w:pStyle w:val="Heading3"/>
      </w:pPr>
      <w:r>
        <w:t>A. 图像类常见偏差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你想要的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AI容易给出的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解决方案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穿红裙的女子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红色的任何东西（红背景/红头发/红伞）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"女子身穿红色长裙，红色连衣裙"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复古感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泛黄/褪色/颗粒感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"vintage 1970s aesthetic"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日系风格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日漫脸+高饱和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"Japanese photography style, desaturated"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中国风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大红色+龙凤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"traditional Chinese ink wash aesthetic"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极简主义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元素少但杂乱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"minimalist, negative space 70%, single subject"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高端感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过度后期/HDR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"editorial quality, natural lighting"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手写字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乱码/印刷体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"handwritten Chinese calligraphy style, legible"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文字排版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文字乱码/位置错误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图文分开描述，或不要文字只描述风格</w:t>
            </w:r>
          </w:p>
        </w:tc>
      </w:tr>
    </w:tbl>
    <w:p>
      <w:pPr>
        <w:pStyle w:val="Heading3"/>
      </w:pPr>
      <w:r>
        <w:t>B. 音频类常见偏差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你想要的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AI容易给出的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解决方案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中国风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古筝+五声音阶的西化编曲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"authentic Chinese folk instruments, guzheng and erhu, pentatonic scale"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悲伤的音乐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小调+慢速，任何悲伤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"melancholic piano ballad, minor key, sparse arrangement, emotional weight"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史诗感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过于嘈杂的管弦乐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"epic but restrained, cinematic strings, building to climax"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放松的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过于简单/无聊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"relaxed but engaging, lo-fi hip hop beats, warm textures"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符合歌词情感的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歌词和旋律情感脱节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"lyrics about heartbreak, melody mirrors the pain, minor verses"</w:t>
            </w:r>
          </w:p>
        </w:tc>
      </w:tr>
    </w:tbl>
    <w:p>
      <w:r>
        <w:t>---</w:t>
      </w:r>
    </w:p>
    <w:p>
      <w:r/>
      <w:r>
        <w:rPr>
          <w:b/>
        </w:rPr>
        <w:t>文档版本</w:t>
      </w:r>
      <w:r>
        <w:t>：v1.0</w:t>
      </w:r>
    </w:p>
    <w:p>
      <w:r/>
      <w:r>
        <w:rPr>
          <w:b/>
        </w:rPr>
        <w:t>创建者</w:t>
      </w:r>
      <w:r>
        <w:t>：AI风格指南编写组</w:t>
      </w:r>
    </w:p>
    <w:p>
      <w:r/>
      <w:r>
        <w:rPr>
          <w:b/>
        </w:rPr>
        <w:t>最后更新</w:t>
      </w:r>
      <w:r>
        <w:t>：2024年</w:t>
      </w:r>
    </w:p>
    <w:p>
      <w:r/>
      <w:r>
        <w:rPr>
          <w:b/>
        </w:rPr>
        <w:t>使用建议</w:t>
      </w:r>
      <w:r>
        <w:t>：建议收藏本文档，在使用AI创作时对照参考，精准描述以获得更符合预期的结果。</w:t>
      </w:r>
    </w:p>
    <w:sect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Document Governance Team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