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AI对不同类型输入的判断理解逻辑</w:t>
      </w:r>
    </w:p>
    <w:p>
      <w:r>
        <w:t xml:space="preserve">&gt; </w:t>
      </w:r>
      <w:r>
        <w:rPr>
          <w:b/>
        </w:rPr>
        <w:t>核心前提</w:t>
      </w:r>
      <w:r>
        <w:t>：AI本质上是"概率猜谜"而非"严格查表"。它不是在执行 if-如果_那么_ 的程序逻辑，而是在根据海量训练数据，猜测"最可能"你想让它做什么、它最应该输出什么。这个"最可能"受上下文、训练数据分布、平台预设等多重因素影响。</w:t>
      </w:r>
    </w:p>
    <w:p>
      <w:r>
        <w:t>---</w:t>
      </w:r>
    </w:p>
    <w:p>
      <w:pPr>
        <w:pStyle w:val="Heading2"/>
      </w:pPr>
      <w:r>
        <w:t>一、文本输入</w:t>
      </w:r>
    </w:p>
    <w:p>
      <w:pPr>
        <w:pStyle w:val="Heading3"/>
      </w:pPr>
      <w:r>
        <w:t>1.1 无指令时（纯文本，无明确要求）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**AI如何判断**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当你只发了一段文字没说要干啥，AI会启动"猜意图"模式。它会扫一遍你发的内容，找最可能的用途：是想让它解释这段话？续写？总结？还是纯粹聊天吐槽？判断依据是：**文本内容和上下文模式**。比如你发一篇文章片段，AI默认你可能想总结；你发一句感慨，AI默认你在聊天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**默认输出**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**总结/解释/聊天回应**三选一。如果内容是知识类（新闻、概念、问题），倾向于总结或解释；如果内容是情绪类（感叹、吐槽），倾向于聊天回应；如果内容是创作类（开头、片段），倾向于续写。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内容类型识别（知识/情绪/创作/任务）② 句子结构分析（疑问句→回答，感叹句→共情）③ 历史上下文（之前聊过什么相关话题）④ 平台默认风格（有些平台偏向闲聊，有些偏向效率）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**极高**。你发一段文字想说"你看这个新闻好笑吧"，AI可能认真给你分析起新闻内容来了。你想吐槽工作，AI开始给你提职业建议。AI的推测和你的真实意图很可能对不上。</w:t>
            </w:r>
          </w:p>
        </w:tc>
      </w:tr>
    </w:tbl>
    <w:p>
      <w:pPr>
        <w:pStyle w:val="Heading3"/>
      </w:pPr>
      <w:r>
        <w:t>1.2 模糊指令时（给了方向但不具体）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"帮我看看这个"、"优化一下"、"写得更好点"、"分析分析"、"处理一下"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模糊指令 = "开放填空题"。AI会调用**平台预设的默认方案**来填这个空。"帮我看看这个"→默认是总结/提取要点；"优化一下"→默认是润色文字、提升可读性；"分析分析"→默认是结构化拆解（优缺点/利弊/原因结果）。AI不会主动追问，而是按"最常见用法"执行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动词的通用语义（"看看"≈总结，"优化"≈润色）② 平台训练时的默认行为（不同产品的默认风格差异很大）③ 同类指令的历史处理方式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**输出倾向**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**从众化输出**——按大多数用户对这类指令的期望走。不会创新、不会超纲、不会给你意想不到的东西。给什么就按最常规的方式处理。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**高**。"帮我看看这个"你其实是想让它挑毛病，但AI默认是给正面总结。你说"写得更好点"，AI可能把好好的口语改成了书面语，反而不是你想要的风格。</w:t>
            </w:r>
          </w:p>
        </w:tc>
      </w:tr>
    </w:tbl>
    <w:p>
      <w:pPr>
        <w:pStyle w:val="Heading3"/>
      </w:pPr>
      <w:r>
        <w:t>1.3 强指令（否定约束）时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"不要总结"、"别给建议"、"不要用专业术语"、"不要分段"、"不要超过100字"、"不要正能量"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= **明确禁区**。AI会从候选输出中**剔除**所有违反禁令的方案，然后从剩余选项中选最优解。比如你说"不要总结"，AI就绝对不会给你总结，而是选择其他响应方式（聊天、提问、续写等）。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**优先级处理**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&gt; 其他所有指令。**第一优先级执行**。AI会确保输出一定不包含被禁止的内容，但"不做什么"和"做什么"是两个维度——它可能避开了你禁止的，却选了一个你更不想要的方向。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否定词明确指向的输出特征 ② 否定范围界定（"不要总结"是不要总结本身，还是不要以总结形式输出但可以给其他信息？）③ 与其他约束的冲突检测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**中**。你禁止了A，但AI可能给你B——而B可能比A更让你不满意。比如"不要安慰我"，AI可能直接给你讲道理，反而更扎心。</w:t>
            </w:r>
          </w:p>
        </w:tc>
      </w:tr>
    </w:tbl>
    <w:p>
      <w:pPr>
        <w:pStyle w:val="Heading3"/>
      </w:pPr>
      <w:r>
        <w:t>1.4 强指令（肯定约束）时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"帮我写成小红书风格"、"用表格呈现"、"用我刚才的语气继续写"、"以安慰的口吻回复"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肯定约束 = **方向锚点**。AI会把约束条件作为筛选和生成的核心依据。"小红书风格"→emoji+分段+口语+实用感；"用表格"→强制表格格式；"用刚才的语气"→调用上下文中的风格特征。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**与否定约束的执行顺序**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**先执行否定约束，再执行肯定约束**。先确保不碰禁区，再从允许范围内选出最符合肯定要求的方案。比如："不要总结，但要用表格呈现"→AI会从非总结类的输出方式中挑一个能做成表格的。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约束条件的明确程度 ② 历史上下文中是否有关联特征可以复用 ③ 约束之间的兼容性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**中低**。"小红书风格"的理解可能跟你想象的不同——AI理解的是训练数据中"小红书常见风格"，不一定是你心中那个特定风格。</w:t>
            </w:r>
          </w:p>
        </w:tc>
      </w:tr>
    </w:tbl>
    <w:p>
      <w:pPr>
        <w:pStyle w:val="Heading3"/>
      </w:pPr>
      <w:r>
        <w:t>1.5 最终输出标准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**质量判断依据**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**相关性**：输出和输入/指令的关联程度 ② **完整性**：是否覆盖了指令要求的各个方面 ③ **流畅性**：语言是否通顺、有无逻辑断裂 ④ **无害性**：是否避免了有毒、有偏见、违规内容 ⑤ **平台偏好**：不同平台有不同的"好"的标准（ChatGPT偏专业严谨，通用 AI 助手偏轻松有趣）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**决定输出什么的机制**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不是"决定"，是**生成**。AI根据输入+指令，在**概率最高**的词汇/句式/结构序列中采样。它不是在"选"最佳答案，而是在"生成"一个它认为最合理的答案。同一输入多次生成，结果可能不同。</w:t>
            </w:r>
          </w:p>
        </w:tc>
      </w:tr>
    </w:tbl>
    <w:p>
      <w:pPr>
        <w:pStyle w:val="Heading3"/>
      </w:pPr>
      <w:r>
        <w:t>1.6 常见误判/翻车场景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你以为AI会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AI实际会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原因分析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发一段文字说"评价一下"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挑毛病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全面分析（优点+缺点）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"评价"在AI训练数据中多指向客观分析，而非单纯批评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发一篇文章说"处理一下"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按我的想法改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润色/总结/格式化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"处理"太模糊，AI默认最常见操作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说"写得更专业点"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用我行业的黑话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用更正式但可能更空的套话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AI对"专业"的理解是通用正式语言，而非垂直领域术语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说"帮我写个开头"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写我想写的剧情开头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套一个常见的故事开头模板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无具体方向时，AI倾向于"安全牌"</w:t>
            </w:r>
          </w:p>
        </w:tc>
      </w:tr>
    </w:tbl>
    <w:p>
      <w:pPr>
        <w:pStyle w:val="Heading3"/>
      </w:pPr>
      <w:r>
        <w:t>1.7 正确打开方式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**明确告诉它角色**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"你是一个资深产品经理，帮我审视这段需求文档"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AI会切换到对应视角和输出模式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**说清楚要什么**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"帮我提取这段话的三个核心观点，用一句话概括每个观点"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限定输出形式，减少歧义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**给参考风格**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"用苹果发布会的风格改写这段话"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比"写得更高级点"有效得多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**禁止要具体**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"不要出现任何数据对比，只做定性分析"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比"不要太数据化"更安全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**不满意就重说**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"这个方向不对，我要的是[具体说明]"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多轮迭代是正常用法，不丢人</w:t>
            </w:r>
          </w:p>
        </w:tc>
      </w:tr>
    </w:tbl>
    <w:p>
      <w:r>
        <w:t>---</w:t>
      </w:r>
    </w:p>
    <w:p>
      <w:pPr>
        <w:pStyle w:val="Heading2"/>
      </w:pPr>
      <w:r>
        <w:t>二、视频输入</w:t>
      </w:r>
    </w:p>
    <w:p>
      <w:pPr>
        <w:pStyle w:val="Heading3"/>
      </w:pPr>
      <w:r>
        <w:t>2.1 无指令时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**AI如何判断**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上传视频没说话，AI会：**①识别视频类型**（自拍/Vlog/影视/教程/监控/广告）→**②推测用户意图**（想让我看什么？分析什么？）。判断依据：画面内容、音频（如果有）、时长、文件名、甚至上传时间。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**默认输出**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**描述性输出**：视频里有什么、发生了什么、按时间顺序概述。如果有人物，可能识别人物状态（情绪、动作）。大概率不会主动分析，因为不知道你要分析什么。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画面元素识别结果 ② 运动变化检测 ③ 音频内容（对话/音乐/环境音） ④ 视频格式/来源特征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**高**。你发一个搞笑视频想让它帮你写解说词，AI默认输出视频内容描述，完全不是你想要的。你发一个产品视频想让AI提建议，AI给你念了一遍视频里说了什么。</w:t>
            </w:r>
          </w:p>
        </w:tc>
      </w:tr>
    </w:tbl>
    <w:p>
      <w:pPr>
        <w:pStyle w:val="Heading3"/>
      </w:pPr>
      <w:r>
        <w:t>2.2 模糊指令时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"看看这个"、"帮我分析一下"、"有什么问题"、"好不好"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**描述+通用分析**。"看看这个"→描述内容+明显特征；"分析一下"→描述+主题/类型/受众/制作质量等通用维度的分析。不会深入，因为指令太宽泛。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指令动词的通用语义 ② 视频类型对应的常见分析维度 ③ 平台默认分析框架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**输出倾向**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**通用框架式输出**：按"是什么-怎么样-好不好"的套路来，不同视频类型套同一个模板。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**高**。你说"有什么问题"，AI可能给你列一堆通用问题（画质、构图、节奏），但你真正想问的可能是一个非常具体的点。</w:t>
            </w:r>
          </w:p>
        </w:tc>
      </w:tr>
    </w:tbl>
    <w:p>
      <w:pPr>
        <w:pStyle w:val="Heading3"/>
      </w:pPr>
      <w:r>
        <w:t>2.3 强指令（否定约束）时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"不要描述内容"、"不要提及任何人物"、"不要分析画质"、"时长相关约束"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= **过滤条件**。从候选输出中剔除被禁止的内容维度。"不要描述内容"→完全不描述视频在讲什么，而是做其他类型的输出（风格分析？背景信息？对比？）。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**优先级处理**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**绝对优先**。但要注意：视频理解任务中，"描述内容"往往是理解的基础——禁止描述可能让其他分析失去依据。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**中高**。"不要描述画面"但要求"分析剪辑手法"，AI可能因为没有描述支撑而分析得很空泛。</w:t>
            </w:r>
          </w:p>
        </w:tc>
      </w:tr>
    </w:tbl>
    <w:p>
      <w:pPr>
        <w:pStyle w:val="Heading3"/>
      </w:pPr>
      <w:r>
        <w:t>2.4 强指令（肯定约束）时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"提取视频中提到的三个关键数据"、"判断这是一个什么类型的视频"、"找出视频的受众群体"、"用表格对比视频中展示的两个方案"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肯定约束 = **明确任务类型**。AI会聚焦在指令指定的维度上：要求数据→在音频/字幕/画面中找数字；要求判断类型→从内容/风格/形式特征推断；要求受众→从内容主题和表达方式推测。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**与否定约束的执行顺序**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先否定后肯定。但视频任务中，否定和肯定可能冲突——比如"分析剪辑手法但不要提及任何镜头语言术语"，AI可能因为避开了术语而无法有效表达。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**中**。"找出三个关键数据"——如果视频里没明确说数字，AI可能硬凑数字，或者给你一个"没有找到明确数据"的回答，这可能让你失望。</w:t>
            </w:r>
          </w:p>
        </w:tc>
      </w:tr>
    </w:tbl>
    <w:p>
      <w:pPr>
        <w:pStyle w:val="Heading3"/>
      </w:pPr>
      <w:r>
        <w:t>2.5 最终输出标准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**质量判断依据**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**识别准确率**：画面/声音/文字的识别是否正确 ② **信息完整性**：关键信息是否有遗漏 ③ **理解合理性**：对视频内容的解读是否符合常理 ④ **输出相关性**：输出是否回应了用户指令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**决定输出什么的机制**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视频被**帧采样+音频转录+特征提取**后，变成文本描述。之后的处理逻辑同"文本输入"。视频理解的核心局限：AI看到的是"抽帧快照"，可能错过快速变化的细节。</w:t>
            </w:r>
          </w:p>
        </w:tc>
      </w:tr>
    </w:tbl>
    <w:p>
      <w:pPr>
        <w:pStyle w:val="Heading3"/>
      </w:pPr>
      <w:r>
        <w:t>2.6 常见误判/翻车场景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你以为AI会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AI实际会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原因分析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发产品视频说"帮我写带货文案"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根据产品卖点写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描述视频内容/泛泛评价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没有明确指令时，AI不会主动"卖"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发电影片段说"分析一下"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分析剧情/演技/镜头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泛泛评价制作质量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没有指定角度，AI给通用套路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发自己拍的视频说"看看有什么问题"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指出具体改进建议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夸内容+给通用建议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"问题"太模糊，AI可能避开批评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发很长的视频只说"处理"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AI能看完并理解全部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可能错过细节/抓不住重点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长视频需要分段或指定重点</w:t>
            </w:r>
          </w:p>
        </w:tc>
      </w:tr>
    </w:tbl>
    <w:p>
      <w:pPr>
        <w:pStyle w:val="Heading3"/>
      </w:pPr>
      <w:r>
        <w:t>2.7 正确打开方式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**明确任务类型**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"这是一个电商产品视频，帮我提取视频中强调的3个核心卖点"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比"帮我看看"精确得多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**指定分析角度**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"从剪辑节奏的角度分析这个视频，专业但别用术语"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限定了分析维度，避免泛泛而谈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**说明你的身份**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"我是一个短视频博主，帮我找适合学习的运镜方式"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AI会从"可学习"的视角输出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**长视频要分段或指定重点**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"视频5分钟后的内容是重点，帮我分析这个部分的逻辑"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避免AI抓错重点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**否定约束要具体到维度**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"不需要描述视频内容，重点分析它的节奏和转场"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确保AI在正确的方向上深入</w:t>
            </w:r>
          </w:p>
        </w:tc>
      </w:tr>
    </w:tbl>
    <w:p>
      <w:r>
        <w:t>---</w:t>
      </w:r>
    </w:p>
    <w:p>
      <w:pPr>
        <w:pStyle w:val="Heading2"/>
      </w:pPr>
      <w:r>
        <w:t>三、音频/音乐输入</w:t>
      </w:r>
    </w:p>
    <w:p>
      <w:pPr>
        <w:pStyle w:val="Heading3"/>
      </w:pPr>
      <w:r>
        <w:t>3.1 无指令时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**AI如何判断**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上传音频没说话，AI会：**识别音频类型**（语音/音乐/环境音/混合）→**提取基本信息**（时长、格式、是否有歌词）。如果是音乐，识别风格/情绪/流派；如果是语音，转录内容并推测用途。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**默认输出**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**识别描述**：音乐→曲风/情绪/流派/乐器/速度；语音→转录文本+内容概述。不会主动做更多，因为不知道你要什么。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音频波形特征（节奏、音色、音量变化）② 频谱特征（低音/高音分布）③ 语音内容（如果有） ④ 文件元信息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**高**。你发一首喜欢的歌想让它推荐类似的，它给你描述歌曲特征。你发一段录音想让AI帮忙整理，它可能只给你转录了文字，没有按你的需求整理。</w:t>
            </w:r>
          </w:p>
        </w:tc>
      </w:tr>
    </w:tbl>
    <w:p>
      <w:pPr>
        <w:pStyle w:val="Heading3"/>
      </w:pPr>
      <w:r>
        <w:t>3.2 模糊指令时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"听听这个"、"怎么样"、"好听吗"、"帮我处理一下"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"听听/怎么样/好听吗"→**评价分析**：音乐→风格/情绪/制作质量；语音→内容质量/表达清晰度。"帮我处理"→音频处理常见操作：降噪/剪辑/转格式/音量调整。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指令动词的语义 ② 音频类型对应的常见需求 ③ 平台音频处理能力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**输出倾向**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**标准化输出**：按"优点-缺点-建议"的套路评价，或按"转录-分段-总结"的流程处理。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**中高**。"好听吗"——AI可能给一个不痛不痒的"挺好听的"然后加一堆分析，不一定是你想听的具体评价。</w:t>
            </w:r>
          </w:p>
        </w:tc>
      </w:tr>
    </w:tbl>
    <w:p>
      <w:pPr>
        <w:pStyle w:val="Heading3"/>
      </w:pPr>
      <w:r>
        <w:t>3.3 强指令（否定约束）时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"不要转录"、"不要评价演唱技巧"、"不要分析歌词"、"时长不超过X秒"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= **输出过滤**。"不要转录"→不输出文字稿，但可能输出其他形式（摘要？关键词？音乐特征？）；"不要分析歌词"→音乐分析时跳过歌词维度。"时长约束"→音频处理任务中的硬限制。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**优先级处理**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否定约束优先。但如果禁止的恰好是核心任务（如"不要转录"语音），AI可能陷入"什么都不能输出"的窘境。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**中**。你禁止了AI默认输出的东西，但它给出的替代品可能更不你想要。</w:t>
            </w:r>
          </w:p>
        </w:tc>
      </w:tr>
    </w:tbl>
    <w:p>
      <w:pPr>
        <w:pStyle w:val="Heading3"/>
      </w:pPr>
      <w:r>
        <w:t>3.4 强指令（肯定约束）时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"提取语音中的三个核心观点"、"判断这段音乐的BPM和调性"、"找出音乐中出现的所有乐器"、"生成这段音乐的吉他弹奏谱"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肯定约束 = **精确任务定义**。每个指令对应不同的处理流程：提取观点→转录+语义分析；判断BPM→节拍检测+音频分析；识别乐器→声部分离+音色识别。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**与否定约束的执行顺序**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先否定后肯定。但音乐/音频处理中，某些肯定约束（如"识别所有乐器"）可能技术上难以完美实现，AI可能给出近似结果。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**中高**。"生成吉他谱"——AI生成的谱子可能不完全准确，特别是复杂编曲或特殊调弦。音乐扒带是个有损过程。</w:t>
            </w:r>
          </w:p>
        </w:tc>
      </w:tr>
    </w:tbl>
    <w:p>
      <w:pPr>
        <w:pStyle w:val="Heading3"/>
      </w:pPr>
      <w:r>
        <w:t>3.5 最终输出标准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**质量判断依据**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**识别准确率**：转录是否正确、音乐特征判断是否准确 ② **转录完整性**：长音频是否有遗漏 ③ **特征描述合理性**：对音乐风格/情绪的判断是否符合听感 ④ **处理效果**：音频处理的降噪/剪辑效果是否自然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**决定输出什么的机制**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音频被**波形分析+特征提取+语音识别**后转为可处理的数据格式。音乐理解和语音理解走不同路径：音乐重声学特征分析，语音重语义理解。</w:t>
            </w:r>
          </w:p>
        </w:tc>
      </w:tr>
    </w:tbl>
    <w:p>
      <w:pPr>
        <w:pStyle w:val="Heading3"/>
      </w:pPr>
      <w:r>
        <w:t>3.6 常见误判/翻车场景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你以为AI会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AI实际会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原因分析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发一首歌说"推荐类似的"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推荐风格相似的歌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描述这首歌的风格特征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没有音乐库可搜索，只能描述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发很长录音说"处理一下"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帮我整理成文档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可能只是转录，没有结构化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"处理"太模糊，录音整理需要明确要求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发音乐说"帮我扒谱"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给出准确的谱子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谱子可能有错误，特别是复杂编曲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AI扒谱有技术局限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发录音说"删除空白部分"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自动剪辑掉静音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可能需要你明确指定静音阈值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AI不会假设你的偏好</w:t>
            </w:r>
          </w:p>
        </w:tc>
      </w:tr>
    </w:tbl>
    <w:p>
      <w:pPr>
        <w:pStyle w:val="Heading3"/>
      </w:pPr>
      <w:r>
        <w:t>3.7 正确打开方式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**明确任务类型**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"这是一段会议录音，帮我转录成文字，并按发言人分段"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明确转录+结构化要求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**指定输出格式**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"用表格呈现这段音乐的BPM、调性、节拍和主要乐器"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避免AI自由发挥格式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**对音乐要降低预期**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"粗略识别这段音乐的BPM和基本风格"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承认技术局限，避免不切实际的要求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**长录音要分段落**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"这是2小时的采访录音，帮我按话题分成5个部分，每个部分用3句话总结"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降低长音频处理错误率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**处理音频要说明参数**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"把录音中的背景噪音去掉，并把人声提亮"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比"处理一下录音"有效得多</w:t>
            </w:r>
          </w:p>
        </w:tc>
      </w:tr>
    </w:tbl>
    <w:p>
      <w:r>
        <w:t>---</w:t>
      </w:r>
    </w:p>
    <w:p>
      <w:pPr>
        <w:pStyle w:val="Heading2"/>
      </w:pPr>
      <w:r>
        <w:t>四、图像输入</w:t>
      </w:r>
    </w:p>
    <w:p>
      <w:pPr>
        <w:pStyle w:val="Heading3"/>
      </w:pPr>
      <w:r>
        <w:t>4.1 无指令时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**AI如何判断**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上传图片没说话，AI会：**识别图像内容**（物体/场景/人物/文字/风格）→**描述画面**。判断依据：画面元素、构图、色彩、风格、是否有文字/人脸。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**默认输出**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**详细描述**：图片里有什么、整体氛围是怎样的、有什么显著特征。大概率是纯描述，不会主动给建议或做评价，因为不知道你要什么。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画面元素检测结果 ② 图像风格/类型识别 ③ 文字/人脸/物体识别 ④ 构图和色彩分析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**高**。你发一张产品图想让AI帮你想营销文案，AI给你描述了半天产品外观。你发一张梗图想吐槽，AI给你正经分析画面内容。</w:t>
            </w:r>
          </w:p>
        </w:tc>
      </w:tr>
    </w:tbl>
    <w:p>
      <w:pPr>
        <w:pStyle w:val="Heading3"/>
      </w:pPr>
      <w:r>
        <w:t>4.2 模糊指令时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"看看这个"、"怎么样"、"有什么问题"、"好不好看"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**描述+浅层评价**。"看看这个"→描述画面；"怎么样/好不好看"→描述+风格/构图/色彩/整体效果评价，但不会深入。缺乏明确角度时，AI给通用好评或泛泛评价。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**判断标准**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指令语义（评价型vs.任务型）② 图像类型对应的常见评价维度 ③ 平台默认评价风格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**输出倾向**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**保守好评**：模糊的评价指令下，AI倾向于给正面评价而非尖锐批评，避免冒犯用户。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**中高**。你真心想听建议，AI给你一顿夸。你问"有什么问题"，AI可能说"没什么大问题，都挺好的"。</w:t>
            </w:r>
          </w:p>
        </w:tc>
      </w:tr>
    </w:tbl>
    <w:p>
      <w:pPr>
        <w:pStyle w:val="Heading3"/>
      </w:pPr>
      <w:r>
        <w:t>4.3 强指令（否定约束）时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"不要描述画面"、"不要提及任何文字"、"不要评价人脸/外貌"、"不要超过100字"、"不要用专业术语"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= **硬性排除**。"不要描述画面"→完全不描述图像内容，而是做其他类型的输出（分析背景/推测用途/对比类似图片/生成相关文字）；"不要评价外貌"→图片人物相关任务中跳过外貌维度。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**优先级处理**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否定约束 **绝对优先**，但可能影响其他维度的输出质量。比如禁止描述画面，但要求分析构图——没有画面描述支撑，分析可能很空洞。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**中**。你禁止了"好不好看"的评价但要求"给改进建议"，AI可能说一堆跟好不好看无关的建议。</w:t>
            </w:r>
          </w:p>
        </w:tc>
      </w:tr>
    </w:tbl>
    <w:p>
      <w:pPr>
        <w:pStyle w:val="Heading3"/>
      </w:pPr>
      <w:r>
        <w:t>4.4 强指令（肯定约束）时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**典型场景**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"提取图片中的所有文字"、"识别人物情绪"、"判断这是什么设计风格"、"找出图片中的三个配色方案"、"把图片转成表格"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**AI如何理解**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肯定约束 = **精确任务路由**。不同指令触发不同处理流程：提取文字→OCR+结构化输出；识别情绪→面部/姿态/场景综合判断；判断风格→图像特征比对；配色提取→颜色分析算法。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**与否定约束的执行顺序**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先否定后肯定。但某些肯定约束（如"找出配色方案"）在特定图片类型下可能难以实现（图片本身配色混乱或元素复杂）。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**翻车风险**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**中低**。"提取所有文字"——如果图片文字模糊、变形、艺术化处理，识别率会下降。"识别情绪"——AI的情绪识别是概率判断，不是读心术。</w:t>
            </w:r>
          </w:p>
        </w:tc>
      </w:tr>
    </w:tbl>
    <w:p>
      <w:pPr>
        <w:pStyle w:val="Heading3"/>
      </w:pPr>
      <w:r>
        <w:t>4.5 最终输出标准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**质量判断依据**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① **识别准确率**：画面元素、文字、人脸识别的正确程度 ② **描述完整性**：是否遗漏了显著内容 ③ **分析合理性**：风格/情绪/配色判断是否符合专业标准 ④ **输出相关性**：是否回应了用户指令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**决定输出什么的机制**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图像被**视觉编码器**转为特征向量，之后的处理逻辑类似"结构化文本"。AI不是真正"看到"图像，而是通过统计模式匹配判断图像内容——这意味着它可能对从未见过的组合产生错误理解。</w:t>
            </w:r>
          </w:p>
        </w:tc>
      </w:tr>
    </w:tbl>
    <w:p>
      <w:pPr>
        <w:pStyle w:val="Heading3"/>
      </w:pPr>
      <w:r>
        <w:t>4.6 常见误判/翻车场景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你以为AI会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AI实际会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原因分析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发设计稿说"提点建议"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针对设计给专业意见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泛泛说"挺好看的"或给通用建议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缺乏明确角度，AI倾向于保守好评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发截图说"提取信息"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按我的需求提取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把屏幕上所有文字都列出来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没有明确要哪些信息时，AI倾向于全量输出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发艺术作品说"这是什么风格"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给出精准流派名称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可能给出一个宽泛分类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训练数据中风格标签的粒度不均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发有文字的图片说"描述图片"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跳过文字描述其他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可能把图片上的文字也当描述念出来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AI不一定把文字识别和图像描述分开处理</w:t>
            </w:r>
          </w:p>
        </w:tc>
      </w:tr>
    </w:tbl>
    <w:p>
      <w:pPr>
        <w:pStyle w:val="Heading3"/>
      </w:pPr>
      <w:r>
        <w:t>4.7 正确打开方式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**明确你的角色/需求**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"我是一个电商运营，帮我评估这张商品图是否能吸引点击"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AI会从"转化"视角评估，而非泛泛好评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**指定分析维度**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"从配色、构图、排版三个维度分析这张海报"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避免AI给一锅粥的评价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**说明输出用途**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"帮我为这张图写一个适合发朋友圈的文案"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明确输出形式和风格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**否定约束要具体**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"不需要描述图片内容，直接告诉我适合用在什么场景"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绕过描述，直接给结论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**对识别任务降低预期**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"请大致识别图片中的文字，无法准确识别的部分标注[?]"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承认OCR局限，避免硬要AI"猜"</w:t>
            </w:r>
          </w:p>
        </w:tc>
      </w:tr>
    </w:tbl>
    <w:p>
      <w:r>
        <w:t>---</w:t>
      </w:r>
    </w:p>
    <w:p>
      <w:pPr>
        <w:pStyle w:val="Heading2"/>
      </w:pPr>
      <w:r>
        <w:t>附录：跨类型通用原则</w:t>
      </w:r>
    </w:p>
    <w:p>
      <w:pPr>
        <w:pStyle w:val="Heading3"/>
      </w:pPr>
      <w:r>
        <w:t>概率理解 vs 严格判断</w:t>
      </w:r>
    </w:p>
    <w:p>
      <w:r>
        <w:t>AI不是"如果...那么..."的程序员思维，而是"根据上下文，最可能的意思是...，所以我生成最可能合适的输出"。这意味着：</w:t>
      </w:r>
    </w:p>
    <w:p>
      <w:pPr>
        <w:pStyle w:val="ListBullet"/>
      </w:pPr>
      <w:r>
        <w:t>同一句话两次输入，可能得到不同回答（随机性）</w:t>
      </w:r>
    </w:p>
    <w:p>
      <w:pPr>
        <w:pStyle w:val="ListBullet"/>
      </w:pPr>
      <w:r>
        <w:t>边界情况可能被错误归类（模糊地带）</w:t>
      </w:r>
    </w:p>
    <w:p>
      <w:pPr>
        <w:pStyle w:val="ListBullet"/>
      </w:pPr>
      <w:r>
        <w:t>AI不会主动问"你是这个意思吗"，而是直接猜</w:t>
      </w:r>
    </w:p>
    <w:p>
      <w:pPr>
        <w:pStyle w:val="Heading3"/>
      </w:pPr>
      <w:r>
        <w:t>否定约束的优先级机制</w:t>
      </w:r>
    </w:p>
    <w:p>
      <w:r>
        <w:rPr>
          <w:rFonts w:ascii="Courier New" w:hAnsi="Courier New"/>
          <w:sz w:val="18"/>
        </w:rPr>
        <w:t>用户输入 + 指令</w:t>
        <w:br/>
        <w:t xml:space="preserve">    ↓</w:t>
        <w:br/>
        <w:t>第1步：识别否定约束 → 从候选输出中剔除被禁止的内容</w:t>
        <w:br/>
        <w:t>第2步：识别肯定约束 → 从剩余选项中筛选符合要求的方案</w:t>
        <w:br/>
        <w:t>第3步：按概率排序 → 选出"最可能正确"的那个</w:t>
        <w:br/>
        <w:t>第4步：生成输出</w:t>
      </w:r>
    </w:p>
    <w:p>
      <w:pPr>
        <w:pStyle w:val="Heading3"/>
      </w:pPr>
      <w:r>
        <w:t>平台差异的影响</w:t>
      </w:r>
    </w:p>
    <w:p>
      <w:r>
        <w:t>不同AI产品对同一输入的默认理解可能不同：</w:t>
      </w:r>
    </w:p>
    <w:p>
      <w:pPr>
        <w:pStyle w:val="ListBullet"/>
      </w:pPr>
      <w:r>
        <w:t>**ChatGPT**：偏向"给完整答案"，即使你只想聊聊</w:t>
      </w:r>
    </w:p>
    <w:p>
      <w:pPr>
        <w:pStyle w:val="ListBullet"/>
      </w:pPr>
      <w:r>
        <w:t>**通用 AI 助手/扣子**：偏向"对话感"，回答更口语化</w:t>
      </w:r>
    </w:p>
    <w:p>
      <w:pPr>
        <w:pStyle w:val="ListBullet"/>
      </w:pPr>
      <w:r>
        <w:t>**Kimi**：偏向"处理超长内容"，倾向于全面分析</w:t>
      </w:r>
    </w:p>
    <w:p>
      <w:pPr>
        <w:pStyle w:val="ListBullet"/>
      </w:pPr>
      <w:r>
        <w:t>**Midjourney等绘图AI**：对否定约束更敏感（因为图像生成需要精确控制）</w:t>
      </w:r>
    </w:p>
    <w:p>
      <w:pPr>
        <w:pStyle w:val="Heading3"/>
      </w:pPr>
      <w:r>
        <w:t>上下文的力量</w:t>
      </w:r>
    </w:p>
    <w:p>
      <w:pPr>
        <w:pStyle w:val="ListBullet"/>
      </w:pPr>
      <w:r>
        <w:t>**历史对话**会极大影响AI的判断。"帮我看看这段话"——如果之前聊的是写作，AI会往写作建议方向猜；如果之前聊的是数据分析，AI会往数据分析方向猜。</w:t>
      </w:r>
    </w:p>
    <w:p>
      <w:pPr>
        <w:pStyle w:val="ListBullet"/>
      </w:pPr>
      <w:r>
        <w:t>**上传时间/顺序**也可能被AI纳入参考（最近的对话影响最大）</w:t>
      </w:r>
    </w:p>
    <w:p>
      <w:pPr>
        <w:pStyle w:val="ListBullet"/>
      </w:pPr>
      <w:r>
        <w:t>**清空对话/开新会话**会重置上下文的影响</w:t>
      </w:r>
    </w:p>
    <w:p>
      <w:pPr>
        <w:pStyle w:val="Heading3"/>
      </w:pPr>
      <w:r>
        <w:t>"从众化"输出陷阱</w:t>
      </w:r>
    </w:p>
    <w:p>
      <w:r>
        <w:t>当指令模糊时，AI会倾向于</w:t>
      </w:r>
      <w:r>
        <w:rPr>
          <w:b/>
        </w:rPr>
        <w:t>按训练数据中最常见的模式</w:t>
      </w:r>
      <w:r>
        <w:t>输出。这意味着：</w:t>
      </w:r>
    </w:p>
    <w:p>
      <w:pPr>
        <w:pStyle w:val="ListBullet"/>
      </w:pPr>
      <w:r>
        <w:t>你不会得到"意外之喜"，只会得到"安全答案"</w:t>
      </w:r>
    </w:p>
    <w:p>
      <w:pPr>
        <w:pStyle w:val="ListBullet"/>
      </w:pPr>
      <w:r>
        <w:t>越模糊的指令，输出越趋同（因为大家模糊时AI给的都差不多）</w:t>
      </w:r>
    </w:p>
    <w:p>
      <w:pPr>
        <w:pStyle w:val="ListBullet"/>
      </w:pPr>
      <w:r>
        <w:t>想得到独特/精准的输出，必须给独特/精准的指令</w:t>
      </w:r>
    </w:p>
    <w:p>
      <w:r>
        <w:t>---</w:t>
      </w:r>
    </w:p>
    <w:p>
      <w:r>
        <w:t xml:space="preserve">&gt; </w:t>
      </w:r>
      <w:r>
        <w:rPr>
          <w:b/>
        </w:rPr>
        <w:t>总结</w:t>
      </w:r>
      <w:r>
        <w:t>：AI是个"聪明的猜题者"，不是"听话的执行者"。你越能说清楚你要什么，它猜对的概率越高。说模糊的话不是AI的问题，是你给了它太多自由发挥的空间——它大概率会按"最常见的做法"发挥，而那个"最常见的做法"往往不是你真正想要的。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