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AI如何判断"好与坏"——完整逻辑体系表</w:t>
      </w:r>
    </w:p>
    <w:p>
      <w:r>
        <w:t xml:space="preserve">&gt; </w:t>
      </w:r>
      <w:r>
        <w:rPr>
          <w:b/>
        </w:rPr>
        <w:t>核心问题</w:t>
      </w:r>
      <w:r>
        <w:t>：AI凭什么说一个东西"好"还是"不好"？它的判断标准到底是什么？这个标准跟人的标准一样吗？差异在哪？</w:t>
      </w:r>
    </w:p>
    <w:p>
      <w:r>
        <w:t>&gt;</w:t>
      </w:r>
    </w:p>
    <w:p>
      <w:r>
        <w:t xml:space="preserve">&gt; </w:t>
      </w:r>
      <w:r>
        <w:rPr>
          <w:b/>
        </w:rPr>
        <w:t>阅读对象</w:t>
      </w:r>
      <w:r>
        <w:t>：内容创作者、产品经理、想让AI帮你干活的人</w:t>
      </w:r>
    </w:p>
    <w:p>
      <w:r>
        <w:t>---</w:t>
      </w:r>
    </w:p>
    <w:p>
      <w:pPr>
        <w:pStyle w:val="Heading2"/>
      </w:pPr>
      <w:r>
        <w:t>一、AI判断"好坏"的底层机制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判断维度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AI的判断标准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人的判断标准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偏差分析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实际影响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修正建议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**"好"的定义**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**统计概率**：训练数据中被大量标记为"好"的样本模式。AI的"好"= 这东西在高质量数据中出现的概率高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**多维复合**：审美直觉+情感体验+文化背景+个人经验+当下情绪+社会语境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AI只看统计，人看意义。同一句话"你真棒"，AI判断它是好话因为正面词汇概率高，人能感受到它是真诚还是敷衍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AI会把讽刺当夸奖，把黑色幽默当低质量内容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让AI打分时，自己先问：这是在什么语境下用的？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**学习来源**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海量人类标注数据（人工打分、点赞、评论、完播率等行为信号）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真实生活体验+专业训练+文化浸染+个人偏好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AI学的"人的判断"是二手的、稀释过的、经过平台滤镜的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AI对"好内容"的理解 = 各平台算法偏好的平均值，可能保守且同质化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理解AI学的是什么数据——它可能是学了平台的偏好，而非人的真实喜好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**判断依据**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特征匹配度：构图规则、色彩和谐度、清晰度、关键词命中、格式规范等可量化特征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感受、情绪、故事、共鸣、文化符号、记忆触发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AI能判断"像好东西"，但不判断"是好东西"。能识别"构图好"，不理解"这张照片让我想起外婆"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AI会把技术完美但情感空洞的内容判高分，把粗糙但有灵魂的内容判低分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保留粗糙的真实感，让AI处理技术性问题，人来处理情感性问题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**无能为力的事**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没有主观体验、不知道什么是"感动"、不懂"这个味道"是什么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能感受、能共情、有记忆、有价值观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AI没有身体，没有情感，没有死亡意识。它判断"好吃"= 这个词在美食评价中出现的频率和搭配模式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AI无法真正评价一部悲剧电影好不好哭，只能判断"包含悲伤元素且符合悲剧结构"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最终判断权留给有血有肉的人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**重合区**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技术达标、格式规范、符合主流审美的内容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同上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重合度较高时，AI判断基本可用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Logo设计、证件照、标准公文等"去个人化"任务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这类任务放心用AI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**偏差区**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创新突破、个人风格、情感深度、文化边缘内容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同上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偏差越大，AI判断越不可靠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先锋艺术、独立电影、地下音乐、小众文学等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主动质疑AI的否定评价，这类内容需要人来看</w:t>
            </w:r>
          </w:p>
        </w:tc>
      </w:tr>
    </w:tbl>
    <w:p>
      <w:r>
        <w:t>---</w:t>
      </w:r>
    </w:p>
    <w:p>
      <w:pPr>
        <w:pStyle w:val="Heading2"/>
      </w:pPr>
      <w:r>
        <w:t>二、分领域好坏判断标准</w:t>
      </w:r>
    </w:p>
    <w:p>
      <w:pPr>
        <w:pStyle w:val="Heading3"/>
      </w:pPr>
      <w:r>
        <w:t>2.1 图像类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判断维度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AI的判断标准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人的判断标准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偏差分析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实际影响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修正建议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**构图好不好**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三分法/黄金分割/对角线/对称/引导线等构图规则的符合程度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构图是否服务于表达——有意图的"违反规则"比机械遵守更有力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AI能识别规则，但不懂"为什么打破规则"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AI会觉得居中构图不如三分法好，但居中构图有时更有压迫感/庄重感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让AI评价构图时，追问一句：这个构图有没有"不对劲"的感觉？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**色彩好不好**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色彩和谐度（互补色/邻近色搭配）、饱和度适中、无色偏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色彩是否有情绪、感染力、是否"对味"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AI偏好安全的和谐色，人有时喜欢冲突感、有张力的色彩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AI会降低赛博朋克霓虹配色（对比强）的分数，尽管这种色彩本身就代表"冲突"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色彩风格强烈的作品，不要只看AI评分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**清晰度/画质**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分辨率、噪点、模糊度、锐度等可量化指标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观感舒适、细节呈现符合表达意图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偏差不大，AI在这块判断较准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偶尔"糊"是有意为之（复古感、情绪模糊）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提前告知AI是否为有意为之的模糊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**风格统一性**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元素风格一致性（如都是扁平风、都是写实风）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风格是否统一且有辨识度、统一是否服务于整体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AI能识别"不统一"，但不理解"故意混搭"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蒙太奇风格、前后风格突变，AI可能判为"混乱"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混搭风格需要人来看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**"美/帅/好看"的标准**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符合训练数据中大量被点赞、被评论"好看"的人脸特征：对称、无瑕疵、肤色均匀、五官比例接近黄金比例、符合主流时尚风格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有辨识度的脸、有故事感的脸、有气质的脸、"氛围感"、个人记忆触发的脸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AI的"美"=最大公约数美，最多人喜欢的脸的平均，因此趋同且保守。人的"美"=多样性、个性化、甚至"丑得有味道"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抖音网红脸、AI人脸趋向同质化，因为都在拟合同一个"美"的统计中心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AI打分高的脸，不一定是"有灵魂"的脸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**"好看图"vs"有味道的图"**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高清、构图好、色彩棒、主题明确、技法成熟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耐看、能引发思考、有情绪、让人想多看几眼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"好看"是感官愉悦，"有味道"是精神对话。AI擅长前者，拙于后者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很多摄影作品比赛，评委选的和AI选的不一样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AI可以帮你过滤"明显差"的图，最终选择交给人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**常见误判：AI觉得好→人觉得俗**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元素堆砌多、高饱和、构图满、没有留白、视觉刺激强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俗=过度迎合、没有节制、缺乏品味。人的审美有文化层次感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AI学的"好"是点赞多的内容，点赞多≠有品味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土味情话、AI觉得甜，人觉得油腻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让AI打分时降低"元素堆砌型"内容的分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**常见误判：人觉得好→AI觉得不好**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留白多、极简、反高潮、暧昧模糊、情感细腻但不外露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这些都有"格调"，是克制出来的美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AI需要"明显的好"，不擅长"隐性的好"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文艺电影、极简设计、留白艺术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人文类内容不要依赖AI评分</w:t>
            </w:r>
          </w:p>
        </w:tc>
      </w:tr>
    </w:tbl>
    <w:p>
      <w:r>
        <w:t>---</w:t>
      </w:r>
    </w:p>
    <w:p>
      <w:pPr>
        <w:pStyle w:val="Heading3"/>
      </w:pPr>
      <w:r>
        <w:t>2.2 视频类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判断维度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AI的判断标准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人的判断标准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偏差分析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实际影响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修正建议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**画面质量**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分辨率、帧率稳定性、噪点、曝光是否正确、色温是否准确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视觉舒适度、是否符合内容调性（如纪录片允许"粗糙"）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偏差小，但AI不理解"粗糙中的真实感"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纪录片、Vlog纪实风格被误判为"画质差"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告知AI内容类型，避免一刀切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**运镜好不好**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运镜类型是否多样（推拉摇移跟）、是否有稳定器/航拍等"高级"设备加持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运镜是否服务于叙事、是否有创意、是否"有感觉"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AI能识别"用了复杂设备"，但不能识别"这个镜头有灵魂"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用手机但有创意的镜头被低分，用机器但无趣的镜头被高分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AI可以帮你检测"运镜丰富度"，但最终评价要靠人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**节奏好不好**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剪辑点间隔时间、镜头时长是否符合某种统计规律、是否有明显卡点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节奏是否让人想看下去、是否有呼吸感、是否有起伏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AI能识别"节奏规律"，但不懂"故意拖沓营造氛围"或"突然加速制造紧张"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慢镜头抒情、长镜头艺术表达被判为"节奏慢/拖沓"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艺术类视频节奏评价要谨慎使用AI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**叙事好不好**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有没有明确的开头-经过-结尾、冲突是否清晰、结局是否明确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有没有讲一个让人想听完的故事、故事有没有"嚼劲"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AI偏好结构完整的叙事，但现实是：碎片叙事、开放结局、意识流都能打动人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意识流短片、碎片化叙事被判为"叙事不清晰"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叙事类视频需要人来看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**镜头感好不好**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景别是否丰富（全景/中景/近景/特写切换频率）、角度是否多样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镜头是否有表达力、是否让人"有画面感"、演员/主体是否有"镜头意识"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AI只看物理指标，不懂"镜头感"是演员和摄影共同营造的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AI能告诉你"特写镜头多"，但不告诉你"这个眼神很有戏"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AI帮你统计景别使用，人来判断表演质量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**视频质感**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画质高、灯光专业、收音干净、后期痕迹明显（调色明显）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整体协调感、是否符合内容调性、是否有"电影感"或"生活感"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AI偏好"精致"，人不一定讨厌"粗糙但真实"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精致但空洞的视频被高分，真实但质朴的视频被低分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质感评价要考虑内容定位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**爆款视频特征**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时长适中（符合平台偏好）、开头有悬念、有热门BGM标签、有热门话题标签、完播率预测高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有钩子、有共鸣点、有价值感、让人忍不住转发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AI识别的是"爆款特征"而不是"爆款原因"，两者不是一回事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把爆款元素堆砌在一起≠爆款，但AI会因此打高分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AI可以帮你分析"元素覆盖率"，但真正的爆款需要洞察人心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**AI对爆款的识别**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符合已知爆款模式：黄金3秒、冲突-解决结构、情绪曲线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让人看了想说点什么、想转发、想评论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AI识别的是"已知爆款"，无法识别"新型爆款"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新的内容形式出现时，AI判断会滞后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AI的爆款判断适合"保守优化"，不适合"开创先河"</w:t>
            </w:r>
          </w:p>
        </w:tc>
      </w:tr>
    </w:tbl>
    <w:p>
      <w:r>
        <w:t>---</w:t>
      </w:r>
    </w:p>
    <w:p>
      <w:pPr>
        <w:pStyle w:val="Heading3"/>
      </w:pPr>
      <w:r>
        <w:t>2.3 音频/音乐类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判断维度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AI的判断标准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人的判断标准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偏差分析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实际影响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修正建议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**好不好听**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音准正确、节奏稳定、音色匹配曲风、和声进行符合乐理规则、无杂音/爆音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听完有没有感觉、想不想再听、有没有"抓人"的地方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AI判断的是"技术正确"，人判断的是"情感触动"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技术完美但空洞的音乐被高分，有瑕疵但有灵魂的音乐被低分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AI可以帮你检测技术问题，但情感评价要靠人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**节奏评判**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BPM是否稳定、节拍是否精准、律动是否规整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节奏是否有弹性、是否能带动情绪、是否有"groove"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AI能判断"准"，但"准"不一定"好听"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AI喜欢的节奏是稳定的，但雷鬼、Hiphop的"不稳"才是灵魂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节奏类评价要区分音乐风格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**旋律评判**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音程进行是否符合常见和弦走向、是否有重复和发展、是否符合曲式结构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旋律是否好听、是否"洗脑"、是否有个性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AI偏好"安全"的旋律进行，创新旋律可能因"不符合常见模式"被低分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实验性音乐、突破性旋律被判为"不和谐"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创新类音乐评价不要依赖AI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**和声评判**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和弦进行是否符合乐理、和声是否饱满、是否有和声冲突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和声是否有张力、是否能营造氛围、是否"对味"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AI能识别和弦功能，但不理解"不和谐音"的情感力量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现代音乐常用不和谐音增加张力，但AI可能判为"错误"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现代音乐风格要谨慎用AI评价和声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**音色评判**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音色是否清晰、频段是否均衡、是否适合曲风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音色是否有辨识度、是否有质感、是否"好听"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AI能判断频谱是否均衡，但人的"好听"标准更主观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温暖但不够干净的音色被判低分，有辨识度但不完美的音色被判低分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音色评价要结合音乐风格和个人审美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**AI生成音乐的问题**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单独听每个元素都对：节奏对、旋律对、和声对、配器对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但合在一起"对但没灵魂"，因为没有人的"意图"贯穿其中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AI是在"组合好零件"，人是在"表达"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AI生成的音乐像流水线产品，有技术无情感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AI生成音乐后，需要人来做"灵魂注入"：加一个有意义的动机、改一个出人意料的和弦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**"没灵魂"的原因**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AI没有音乐意图，它只是在拟合"好的音乐"的统计分布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真正的音乐是人对世界的表达，有情感、有故事、有文化背景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AI的音乐没有"为什么要这样写"的底层逻辑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AI不知道为什么要用这个和弦，它只知道"用这个和弦的数据多"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AI可以帮你做技术活（编曲、混音），但创作源头要人来做</w:t>
            </w:r>
          </w:p>
        </w:tc>
      </w:tr>
    </w:tbl>
    <w:p>
      <w:r>
        <w:t>---</w:t>
      </w:r>
    </w:p>
    <w:p>
      <w:pPr>
        <w:pStyle w:val="Heading3"/>
      </w:pPr>
      <w:r>
        <w:t>2.4 文本/剧本类（重点）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判断维度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AI的判断标准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人的判断标准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偏差分析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实际影响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修正建议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**结构完整性**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有无清晰的三幕/五幕结构、有无起承转合、高潮是否出现、结局是否闭环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结构是否为故事服务、节奏是否让人想看下去、是否有"意外的必然"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AI能识别"结构元素"，但不理解"为什么要这样结构"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按教科书写的结构被判高分，有创意的非线性结构被判低分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结构可以作为参考，但创意结构要相信自己的判断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**人物弧光**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人物是否有明确的目标→障碍→转变→结局的弧线、转变是否合理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人物是否立体、是否有成长、是否能让人记住、是否有"人味"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AI能识别"有弧光"，但不能识别弧光是否"真实可信"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套路化弧光被判高分，有深度的复杂弧光被判低分（因为太复杂不好归类）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人物评价要靠人，AI可以帮你检查结构是否完整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**节奏**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章节/场景长度、冲突密度、情节推进速度是否符合"常见节奏模板"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读起来是否"紧张刺激"/"引人入胜"/"有呼吸感"/"恰到好处"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AI能识别"节奏规律"，但不懂"这个节奏要表达什么"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故意放慢节奏营造氛围被判低分，拖沓但节奏规整被判高分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节奏评价要理解"节奏是表达工具"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**台词质量**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语法正确、符合人物设定、有信息量、推进剧情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是否有性格、是否有潜台词、是否"像人话"、是否能让人记住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AI能识别"台词功能"，但不能识别"台词的灵魂"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精准但无趣的台词被高分，有性格但不够"正确"的台词被低分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台词是AI最弱的领域之一，要靠人判断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**钩子力度**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开头是否有冲突/悬念/未知/反常规元素、前几页/前几分钟是否有"抓人力"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读者/观众是否"忍不住想看下去"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AI能识别"有钩子"，但不能识别"这个钩子是否有新意"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用烂了的钩子（如"揭秘""99%的人都不知道"）被判高分，因为出现频率高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AI识别的是"有钩子"，人判断的是"钩子是否有诚意"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**爆款潜力**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有热门话题标签、有情绪爆点（愤怒/恐惧/好奇/羡慕）、符合已知爆款公式、结构清晰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有真价值、有共鸣点、能让人想说点什么、有传播动机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AI识别的是"爆款元素"，不是"爆款原因"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把爆款元素堆砌≠爆款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AI可以帮你检查"元素覆盖率"，但真正的爆款洞察要靠人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**是否符合主流市场**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符合平台热门内容的统计特征：题材热度、关键词命中率、格式规范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市场需求是动态的，主流≠优质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AI判断的"主流"是过去式，人的判断需要前瞻性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AI会建议追热点，但追热点有时是红海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AI可以作为参考，但市场判断要结合前瞻性思考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**有没有卖点**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有无"高概念"（一句话能说清核心卖点）、有无明确的目标受众标签、有无差异化标签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卖点是否真实、是否让人"想要"、是否有情感或功能价值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AI识别的"卖点"是标签，人的卖点是"为什么我要看这个"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AI认为有卖点（标签堆砌），人觉得没意思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AI可以帮你整理卖点清单，但卖点有没有力要靠人判断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**能否影视化拍摄——场景复杂度**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场景数量、场景切换频率、每个场景的道具/群众演员/特效需求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场景是否可实现、成本是否可控、是否"值得"这样拍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AI能量化场景复杂度，但不理解"有些场景不需要复杂"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复杂场景被判"难以拍摄"，但有时这就是导演想要的风格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AI可以帮你做成本估算，但创作决策不归AI管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**能否影视化拍摄——特效需求**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特效词汇出现频率（"爆炸""飞行""魔法"等）、动作规模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特效是否必要、是否服务于故事、成本是否值得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AI能识别"有特效需求"，但不能判断"这个特效值不值"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AI建议减少特效，但有时特效就是卖点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特效决策要结合商业判断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**能否影视化拍摄——演员要求**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角色数量、角色复杂性（内心戏多少、年龄跨度、特殊技能要求）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演员是否好找、成本是否可控、是否"有戏演"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AI能识别"角色要求高"，但不能判断"这个角色有没有人想演"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复杂的角色被判"难演"，但好演员就喜欢挑战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演员评价要结合市场实际情况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**能否影视化拍摄——成本可行性**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综合场景、特效、演员、特效镜头比例等给出成本估算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这个预算值不值、商业回报预期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AI能给出成本估算，但不理解"为什么要超支拍这个"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AI建议省钱，但创作有时需要"超支的勇气"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成本是商业决策，不是创作决策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**AI怎么理解"这个场景拍不出来"**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违反物理定律的描述、太抽象的情绪描写、涉及无法拍摄的内容（如梦境叠加多个平行时间线）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某些"拍不出来"是技术问题（可解决），某些是叙事问题（不该拍），AI分不清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AI识别的是"有没有拍出来的先例"，人判断的是"应不应该拍出来"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AI可能会建议改掉一些"拍不出来"的内容，但这些内容可能就是导演想要的风格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AI的"拍不出来"只是技术参考，最终决定在创作者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**叙事复杂度——AI觉得好的复杂**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多线叙事但最终收束、人物关系网但逻辑清晰、悬疑但有足够线索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复杂但能跟上、复杂但有回报（看完觉得值）、复杂但有主线牵引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AI能识别"复杂"和"清晰"各是什么，但不理解"复杂的清晰"是怎么做到的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太复杂的剧本被判"乱"，但复杂不是问题，乱才是问题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AI适合做"复杂度检测"，不适合做"复杂度评价"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**叙事复杂度——AI觉得乱的复杂**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线索太多没有回收、人物动机不清晰、时间线混乱且无意义、情感转折无铺垫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乱=看完不知道在讲什么、没有收获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AI能识别"元素多"，但不能识别"多得有道理"还是"多得很杂乱"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AI会给线索多的剧本扣分，即使线索最终都收束了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让AI检查"线索回收率"，人来判断"乱"还是"丰富"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**简单——AI觉得好的简单**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主题单一但深入、情节清晰但不单薄、台词精炼但不空洞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简单但有力、留白但有想象空间、单纯但能打动人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AI识别的"简单"=信息量少，人说的"简单"=没有废话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AI会给简洁的剧本扣分，因为"看起来信息量不大"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AI对"简单"的评价要反过来看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**简单——AI觉得单薄**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情节推进快但缺乏细节、人物单一、情绪转折快无铺垫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单薄=看完了没感觉、没收获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AI能识别"情节推进快"，但不能识别"快但有力"还是"快但空洞"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AI会给"快节奏"加分，即使快得没道理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AI的"单薄"判断可以作为提醒，但要结合内容判断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**情感复杂度**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情感类型数量（爱恨交织、矛盾心理等）、情感转折次数、情感是否"丰富"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情感是否真实、是否打动人、是否有层次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AI识别的"情感丰富"=情感种类多，人识别的"情感丰富"=情感有深度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AI会给情感"大杂烩"打高分，有深度的单线情感反而被低分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情感评价要靠人，AI只能做结构统计</w:t>
            </w:r>
          </w:p>
        </w:tc>
      </w:tr>
    </w:tbl>
    <w:p>
      <w:r>
        <w:t>---</w:t>
      </w:r>
    </w:p>
    <w:p>
      <w:pPr>
        <w:pStyle w:val="Heading2"/>
      </w:pPr>
      <w:r>
        <w:t>三、爆款判断逻辑（单独重点板块）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判断维度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AI的判断标准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人的判断标准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偏差分析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实际影响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修正建议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**爆款共性特征**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黄金3秒开头、高密度信息/情绪点、明确的主题、符合平台格式规范、有热门标签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能引发共鸣、让人想说点什么、看了有收获/有情绪价值、值得转发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AI总结的是"爆款的外在特征"，不是"爆款的内核"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把特征堆砌≠爆款，爆款是因为"打动了人"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AI可以帮你拆解特征，但组合方式要靠洞察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**抖音爆款标准**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完播率预测高、前3秒有冲突/悬念、点赞/评论/转发比例高、有热门BGM、有热门话题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前3秒决定刷不刷走、是否有共鸣/有用/有趣、看完是否有转发冲动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AI识别的抖音爆款 = 强节奏+情绪刺激+热点，人理解的抖音爆款 = "给我一个看下去的理由"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AI建议的爆款 = 套路化爆款，难以形成长期记忆点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AI可以参考，但不要被套路框死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**红果短剧爆款标准**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情绪强度高（甜/虐/爽/燃）、冲突密集、反转多、单集结尾有悬念、每集时长符合平台偏好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"爽感"是否到位、情绪是否有递进、是否让人"停不下来"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AI识别的是"情绪元素"，不是"情绪节奏"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AI会觉得情绪越强越好，但人的阈值是会疲劳的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AI可以帮你检查"情绪点覆盖率"，但节奏设计要靠人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**小红书爆款标准**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封面有爆点文字、标题有关键词、图片质量高、有实用价值标签、发布时间符合规律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封面有没有"让人想点"的欲望、内容是否有独特价值、是否有"利他性"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AI识别的是"形式特征"，人判断的是"内容是否有差异化"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AI建议的爆款 = 封面党，不一定有真内容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小红书的核心是"真实+有用"，AI很难学到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**B站爆款标准**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视频质量高、标题有悬念/反差、有知识增量/情感共鸣、弹幕/评论互动预测高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内容是否有深度、是否有"获得感"、UP主是否有个人风格、是否值得"一键三连"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AI能识别"内容质量"，但不能识别"UP主是谁"的重要性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B站爆款很多靠粉丝粘性，AI不懂"人设"的价值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AI评价B站内容要结合UP主本人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**AI对"流量密码"的理解**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流量密码 = 热门话题+高情绪+符合平台算法偏好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真正的流量密码 = 满足某种"未满足的需求"，有独特价值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AI学的流量密码是"已知密码"，真正的流量密码是"发现新需求"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AI会建议追热点，但热点有时是陷阱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AI可以帮你分析已有流量密码，但新密码要靠洞察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**AI能预测爆款吗**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能识别"符合爆款特征"的内容，预测准确度约60-70%（取决于领域）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人能识别"能打动人"的内容，准确度取决于经验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AI的预测基于过去数据，人的预测基于对当下人的理解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新形式、新风格出现时，AI预测失准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AI预测可以作为概率参考，不是决策依据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**AI预测爆款的局限**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1.无法识别全新形式 2.无法识别"反爆款"（故意不按套路反而爆了） 3.无法预测热点切换 4.无法识别偶然性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人同样有局限，但人的直觉有时比AI准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AI擅长"从1到100"，人擅长"从0到1"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颠覆性创新AI帮不上忙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保守优化用AI，开创先河靠人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**AI+人的组合决策**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AI提供数据分析：特征覆盖率、成本估算、风险评估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人提供价值判断：这是不是值得做、是否符合我的风格、是否有意义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最优解是AI做技术分析，人做价值决策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完全依赖AI会失去特色，完全不参考AI会走弯路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正确的顺序：人定方向→AI做分析→人做决策</w:t>
            </w:r>
          </w:p>
        </w:tc>
      </w:tr>
    </w:tbl>
    <w:p>
      <w:r>
        <w:t>---</w:t>
      </w:r>
    </w:p>
    <w:p>
      <w:pPr>
        <w:pStyle w:val="Heading2"/>
      </w:pPr>
      <w:r>
        <w:t>四、AI判断的盲区与偏差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判断维度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AI的判断标准（实际偏差）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人的判断标准（正确标准）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偏差分析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实际影响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修正建议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**过拟合高质量模式→平庸无特色**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AI认为"好"= 大量好样本的平均，所以越"安全"越高分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真正的好 = 有辨识度、有个人风格、有所表达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AI会把"特色"当成"偏差"，把"平庸"当成"标准"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AI优化过的内容往往没有特色，像流水线产品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保留你的"不对劲"，那是你的风格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**创新/反常规被判差**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创新 = 不符合已知模式 = 高风险 = 低分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创新 = 新可能 = 潜在高回报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AI只能评估已知，创新对AI来说是"未知"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真正的突破性内容，AI往往看不懂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创新内容不要依赖AI评分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**有个人风格被判差**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个人风格 = 不符合主流模式 = 风险 = 低分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个人风格 = 辨识度 = 长期价值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AI学的是"最多人认可"，不是"最有价值"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有个人风格的创作者按AI建议改，会失去灵魂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AI建议是平均值，你的风格是你自己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**情感共鸣——AI无法判断**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AI能识别"情感词汇"和"情感结构"，但不能感受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情感共鸣 = 这个内容触动了人内心某处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AI没有情感体验，它只是在识别"情感模式"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AI觉得"煽情"的内容被判高分，真正触动人心的反而被判低分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情感类内容的评价要靠人自己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**文化密码——AI无法判断**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AI能识别"文化元素"（如春节、中秋），但不能理解文化情感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文化共鸣 = 这个元素触发了某种集体记忆或情感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AI学的文化是标签化的，真正的文化是活的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AI会给"贴文化标签"的内容打高分，有深度文化表达被判"太深奥"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文化类内容评价需要懂这个文化的人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**时代感——AI无法判断**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AI能识别"时代元素"（如流行语、热门话题），但不能理解"时代情绪"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时代感 = 反映这个时代人的精神状态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AI识别的是"当代元素"，不是"当代精神"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AI建议追的"时代热点"可能是表面的，真正的时代感是精神内核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时代感需要真正活在当下的人来判断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**个人记忆触发——AI完全无感**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AI能识别"记忆元素"（如怀旧符号），但不能触发记忆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记忆触发 = 这个内容让我想起了某段经历/某个人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AI没有个人记忆，无法理解"记忆的价值"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AI会给"怀旧元素"打标签分，但不懂"怀旧为什么感人"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涉及个人记忆的内容要靠目标受众来测试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**"涩感"——AI无法理解**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AI能识别"涩"（如文字涩、情感涩），但会判为"不够流畅"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涩感 = 有嚼劲、有留白、有想象空间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AI偏好流畅，因为训练数据中流畅的内容更多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有涩感的文艺内容被判"不够好读"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涩感是风格，不是缺点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**"留白"——AI判为"不够"**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AI识别"留白"= 信息量不足 = 可以加更多内容 = 改进建议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留白 = 给读者想象空间 = 高级表达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AI需要确定性，不擅长不确定性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AI会建议你"把话说清楚"，但有时候"不说"比"说"有力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留白是刻意为之，不需要改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**"暧昧"——AI判为"模糊不清"**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AI识别"暧昧"= 态度不明确 = 应该更清晰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暧昧 = 有张力 = 引人思考 = 高明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AI不喜欢模糊，因为模糊在统计上"不够好"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高级的暧昧表达被判为"需要修改"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暧昧的内容要相信自己的判断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**"反高潮"——AI判为"失败的高潮"**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AI识别"反高潮"= 没有高潮= 结构不完整= 低分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反高潮 = 有意为之 = 解构 = 有深度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AI不理解"故意不满足期待"也是一种满足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高级的反高潮手法被判为"不会写高潮"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反高潮是有意为之，需要特别标注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**如何弥补盲区**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1.了解AI擅长什么（技术性、结构性、可量化）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2.保留人在情感、创意、文化、意义判断上的决策权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AI擅长做"裁判"，人适合做"创作者"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最优工作流：AI做技术优化，人做价值把关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建立"AI+人"双审机制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**人需要在哪些环节介入**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创意方向（必须人定）→ AI辅助分析 → 人做价值判断 → AI辅助优化 → 人做最终决定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具体介入点：1.定义"好"的标准 2.判断创意价值 3.评估文化敏感性 4.感受情感质量 5.最终决策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AI可以在"怎么做"上帮你，但"做什么"和"为什么做"要靠人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把AI当工具，不是当权威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工具用AI，决策靠自己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**AI判断的自我校准**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如果AI打分和你的直觉差太多，问自己：是我错了还是AI错了？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判断方法：1.这个内容的目标受众是谁？ 2.AI的判断标准是否和目标受众一致？ 3.这个内容的价值是否在AI的评价维度内？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AI的判断基于统计数据，你的判断基于对内容的理解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差太多时，信任自己的理解（除非你是新手）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新手建议多参考AI，有经验后信任直觉</w:t>
            </w:r>
          </w:p>
        </w:tc>
      </w:tr>
    </w:tbl>
    <w:p>
      <w:r>
        <w:t>---</w:t>
      </w:r>
    </w:p>
    <w:p>
      <w:pPr>
        <w:pStyle w:val="Heading2"/>
      </w:pPr>
      <w:r>
        <w:t>五、总结：如何正确使用AI的判断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sz w:val="18"/>
              </w:rPr>
              <w:t>使用场景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AI能做什么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AI不能做什么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正确姿势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**技术检测**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错别字、语法错误、格式规范、技术指标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判断"好不好"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让AI做质检，不做评委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**数据分析**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特征提取、覆盖率统计、成本估算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判断"值不值"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让AI做分析，不做决策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**结构优化**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逻辑完整性、节奏均匀性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判断"有没有灵魂"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让AI优化结构，不优化灵魂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**风格建议**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符合主流审美、元素丰富度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判断"有没有特色"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AI建议是平均值，特色要自己守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**市场预测**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已知爆款特征匹配度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预测全新可能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AI预测是概率参考，不是预言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**最终评价**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打分、排名、优劣势分析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感受价值、意义、情感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打分可以参考，意义要自己定</w:t>
            </w:r>
          </w:p>
        </w:tc>
      </w:tr>
    </w:tbl>
    <w:p>
      <w:r>
        <w:t xml:space="preserve">&gt; </w:t>
      </w:r>
      <w:r>
        <w:rPr>
          <w:b/>
        </w:rPr>
        <w:t>金句</w:t>
      </w:r>
      <w:r>
        <w:t>：AI的判断是"统计学上的好"，人的判断是"意义层面的好"。用AI做技术判断，用人做价值判断。</w:t>
      </w:r>
    </w:p>
    <w:p>
      <w:r>
        <w:t>---</w:t>
      </w:r>
    </w:p>
    <w:p>
      <w:r>
        <w:t>*文件生成时间：2024年*</w:t>
      </w:r>
    </w:p>
    <w:p>
      <w:r>
        <w:t>*适用对象：内容创作者、产品经理、所有想让AI帮你干活的人*</w:t>
      </w:r>
    </w:p>
    <w:sect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Document Governance Team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