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AI语气词理解逻辑表</w:t>
      </w:r>
    </w:p>
    <w:p>
      <w:r>
        <w:t xml:space="preserve">&gt; </w:t>
      </w:r>
      <w:r>
        <w:rPr>
          <w:b/>
        </w:rPr>
        <w:t>研究背景</w:t>
      </w:r>
      <w:r>
        <w:t>：用户（星星）在研究"AI语言"的完整体系，已完成8张表覆盖判断逻辑、镜头语言、风格理解、标点符号等维度。本表聚焦于语气词——这一被忽视但影响极大的因素。同样的内容，加不加语气词、用什么语气词，AI的输出可能完全不同。</w:t>
      </w:r>
    </w:p>
    <w:p>
      <w:r>
        <w:t>---</w:t>
      </w:r>
    </w:p>
    <w:p>
      <w:pPr>
        <w:pStyle w:val="Heading2"/>
      </w:pPr>
      <w:r>
        <w:t>一、语气词的分类与AI理解逻辑</w:t>
      </w:r>
    </w:p>
    <w:p>
      <w:pPr>
        <w:pStyle w:val="Heading3"/>
      </w:pPr>
      <w:r>
        <w:t>1. 肯定/同意类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sz w:val="18"/>
              </w:rPr>
              <w:t>语气词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AI的理解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对输出的影响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误用后果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正确用法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示例对比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**好的**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积极确认，代表用户认可并期待执行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AI输出会更主动、更完整、更有干劲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用多了会让AI觉得你在"敷衍式肯定"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当你真的认可AI的方案时用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无语气词："帮我写一段文字。" → 输出标准化&lt;br&gt;**加"好的"**："好的，帮我写一段文字。" → 输出更有热情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**好吧**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勉强同意，意思是"虽然不太满意但勉强接受"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AI输出会偏保守、不敢太放飞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多次用"好吧"会让AI变得畏手畏脚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当你对方案有保留但不想再改时用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"好的，帮我写" → 热情&lt;br&gt;**"好吧，帮我写"** → 保守谨慎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**行吧**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无奈接受，带着点不情愿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AI输出会打折扣，可能只完成80%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经常用行吧会让AI产生"反正你也不满意"的心态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当你真的勉强接受但希望AI继续努力时用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"好的，我帮你" → 100%努力&lt;br&gt;**"行吧，我帮你"** → 80%努力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**嗯**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轻描淡写的确认，程度不确定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AI不确定你到底多在意，可能输出中规中矩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单个"嗯"太模糊，AI无法判断你的真实态度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需要结合上下文，或用"嗯嗯"强化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"嗯，帮我写" → 中性输出&lt;br&gt;**"嗯嗯，帮我写"** → 积极输出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**哦**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知道了，了解了，但没什么情绪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AI输出会偏轻松、不带太强情感色彩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用"哦"回复会让AI觉得你对内容不太感兴趣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当你只是确认收到信息时用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"好的，请执行" → 正式认真&lt;br&gt;**"哦，好，执行吧"** → 轻松随意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**没问题**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强烈确认，代表全力以赴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AI会全力以赴，执行力度最强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用多了会让"没问题"失去分量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当你真心需要AI全力执行时用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"好的，我帮你" → 正常执行&lt;br&gt;**"没问题，交给我"** → 全力以赴</w:t>
            </w:r>
          </w:p>
        </w:tc>
      </w:tr>
    </w:tbl>
    <w:p>
      <w:r>
        <w:t>---</w:t>
      </w:r>
    </w:p>
    <w:p>
      <w:pPr>
        <w:pStyle w:val="Heading3"/>
      </w:pPr>
      <w:r>
        <w:t>2. 否定/拒绝类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sz w:val="18"/>
              </w:rPr>
              <w:t>语气词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AI的理解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对输出的影响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误用后果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正确用法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示例对比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**不行**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明确否定，态度坚决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AI会立即停止当前方向，重新思考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频繁用"不行"会让AI不敢尝试新方向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当某方案完全不可接受时用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"帮我写" → 执行&lt;br&gt;**"不行，换个方案"** → 立即停止并重想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**算了**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放弃但不满意，还有余怨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AI可能会"好心"再试一次，或者默默记下这个教训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对AI说"算了"可能被理解为"你再试一次吧"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真的放弃时用，明确说"不要这个方案"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"不行，算了" → AI可能再试&lt;br&gt;**"不要了"** → AI明确放弃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**别**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轻微制止，程度较轻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AI会停止当前动作但可能换个方式继续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命令感不足，AI可能不当回事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轻微制止、不想太强硬时用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"别这样" → 温和提醒&lt;br&gt;**"不要"** → 明确拒绝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**不要**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明确拒绝，比"别"更强硬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AI会严格执行，停止当前行为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用多了会显得态度强硬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需要明确拒绝时用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"别这样做" → 可能继续&lt;br&gt;**"不要这样做"** → 立即停止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**停**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立即终止，不接受任何解释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AI会立即停止所有操作，等待下一步指令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命令感太强，可能吓到AI（如果你把AI当有感情的）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当需要AI立即停止时用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"别写了" → 可能犹豫&lt;br&gt;**"停！"** → 立即停止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**别这样**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带有情绪的制止，暗示"你让我不舒服了"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AI会更注意语气和表达方式，可能道歉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可能让AI过度小心翼翼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某句话或做法让你不舒服时用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"不行" → 理性拒绝&lt;br&gt;**"别这样"** → 带情绪的拒绝</w:t>
            </w:r>
          </w:p>
        </w:tc>
      </w:tr>
    </w:tbl>
    <w:p>
      <w:r>
        <w:t>---</w:t>
      </w:r>
    </w:p>
    <w:p>
      <w:pPr>
        <w:pStyle w:val="Heading3"/>
      </w:pPr>
      <w:r>
        <w:t>3. 犹豫/不确定类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sz w:val="18"/>
              </w:rPr>
              <w:t>语气词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AI的理解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对输出的影响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误用后果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正确用法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示例对比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**可能**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50%概率，代表不确定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AI会给出中庸答案，不偏不倚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用"可能"表达确定意思会让AI输出也变得不确定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真的不确定时用，表示"我不确定"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"帮我写可能更好" → 模糊输出&lt;br&gt;**"帮我写"** → 明确输出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**也许**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更偏向肯定但仍不确定，大概60%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AI会倾向于执行，但保留余地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显得底气不足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当你觉得可以但不确定时用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"也许可以这样写" → 保守执行&lt;br&gt;**"这样写"** → 大胆执行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**大概**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方向对但细节不确定，约70%确定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AI会执行但不太保证细节准确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会让AI也不确定细节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知道方向但不确定细节时用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"大概这样写" → 70分输出&lt;br&gt;**"这样写"** → 100分输出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**应该**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大概率确定，80%把握，留20%余地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AI会自信执行但留有余地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太谦虚会让AI也变得保守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当你有把握但想表达谦虚时用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"应该可以" → 保守执行&lt;br&gt;**"可以"** → 自信执行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**或许**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小概率可能性，30%左右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AI会谨慎执行，可能给多个备选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太犹豫会让AI无所适从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当你只是试探可能性时用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"或许可以试试" → 试探性&lt;br&gt;**"试试"** → 明确要求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**不太确定**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明确表达不确定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AI输出会更注重"帮你理清思路"而非直接给答案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用多了会让AI觉得你没主见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当你真的需要AI帮你分析时用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"可能怎么做" → 直接给答案&lt;br&gt;**"不太确定，帮我分析"** → 帮你理清</w:t>
            </w:r>
          </w:p>
        </w:tc>
      </w:tr>
    </w:tbl>
    <w:p>
      <w:r>
        <w:t>---</w:t>
      </w:r>
    </w:p>
    <w:p>
      <w:pPr>
        <w:pStyle w:val="Heading3"/>
      </w:pPr>
      <w:r>
        <w:t>4. 强调/加强类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sz w:val="18"/>
              </w:rPr>
              <w:t>语气词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AI的理解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对输出的影响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误用后果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正确用法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示例对比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**一定**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强约束，表示"这件事很重要"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AI输出会更认真、更完整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用多了会让AI产生"狼来了"效应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当这件事真的重要时用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"帮我写" → 正常输出&lt;br&gt;**"一定要帮我写好"** → 100%认真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**必须**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最强约束，AI会把这条当硬规则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AI会不惜代价完成，遇到问题会想办法解决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滥用"必须"会让真正的必须变得没分量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当这是不可妥协的要求时用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"一定要" → 认真&lt;br&gt;**"必须"** → 不惜代价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**千万**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带有警告意味，"如果你不做，后果很严重"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AI会更谨慎、更小心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过度使用会让AI变得小心翼翼不敢行动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真的担心出问题或后果严重时用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"别出错" → 正常提醒&lt;br&gt;**"千万别出错"** → 高度警惕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**绝对**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不容任何例外，没有任何灰色地带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AI会严格执行，不会有任何灵活空间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太绝对会让AI失去变通能力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当真的一丝都不能错时用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"尽量别" → 80%执行&lt;br&gt;**"绝对不能"** → 100%禁止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**务必**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正式语气的强约束，比"一定"更正式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AI会用正式态度对待，执行更规范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过于正式会让AI输出变得刻板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工作场景、正式场合用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"一定要写好" → 普通认真&lt;br&gt;**"务必写好"** → 正式认真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**请务必**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最高级别的请求+强调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AI会用最高规格对待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可能让AI有压力，反而发挥失常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极端重要且需要AI全力以赴时用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"帮我" → 正常&lt;br&gt;**"请务必帮我"** → 全力以赴</w:t>
            </w:r>
          </w:p>
        </w:tc>
      </w:tr>
    </w:tbl>
    <w:p>
      <w:r>
        <w:t>---</w:t>
      </w:r>
    </w:p>
    <w:p>
      <w:pPr>
        <w:pStyle w:val="Heading3"/>
      </w:pPr>
      <w:r>
        <w:t>5. 委婉/请求类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sz w:val="18"/>
              </w:rPr>
              <w:t>语气词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AI的理解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对输出的影响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误用后果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正确用法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示例对比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**能不能**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询问能力，代表"我在试探可行性"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AI会评估可行性，可能先分析再决定做不做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用多了会让AI觉得你没信心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真的不确定是否可行时用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"帮我写" → 直接执行&lt;br&gt;**"能不能帮我写"** → 先评估可行性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**可以吗**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请求许可，代表"我想这样做，可以吗"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AI会给你一个评估或建议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听起来像在申请许可，AI可能变成"审批者"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真的需要AI同意时用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"帮我写" → 执行&lt;br&gt;**"帮我写，可以吗"** → 先评估再决定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**麻烦**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礼貌请求，"我知道打扰你了"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AI会用礼貌态度回应，但执行力度正常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"麻烦"太多次会让AI觉得你真的很抱歉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真的需要麻烦别人时用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"帮我写" → 正常执行&lt;br&gt;**"麻烦帮我写"** → 礼貌执行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**请**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标准礼貌用语，中性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AI会用正常态度执行，保持基本礼貌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用多了和不用没区别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基本礼貌场合用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"帮我" → 直接&lt;br&gt;**"请帮我"** → 礼貌但正常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**帮帮我**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示弱语气，"我真的需要帮助"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AI会更努力帮你，但可能过度解读你的需求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过度示弱会让AI同情心泛滥，给出过多建议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真的遇到困难、需要AI特别用心时用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"帮我写" → 执行&lt;br&gt;**"帮帮我，我不知道怎么写"** → 同理心+更用心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**求你了**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极端请求，带有紧迫感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AI可能会忽略逻辑只为满足你，可能过度补偿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经常用会让AI不当回事，或者给出不合理的回应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真的非常紧急重要时用（但对AI用有点奇怪）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"帮我" → 正常&lt;br&gt;**"求求你了，帮我"** → 过度响应</w:t>
            </w:r>
          </w:p>
        </w:tc>
      </w:tr>
    </w:tbl>
    <w:p>
      <w:r>
        <w:t>---</w:t>
      </w:r>
    </w:p>
    <w:p>
      <w:pPr>
        <w:pStyle w:val="Heading3"/>
      </w:pPr>
      <w:r>
        <w:t>6. 感叹/情绪类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sz w:val="18"/>
              </w:rPr>
              <w:t>语气词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AI的理解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对输出的影响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误用后果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正确用法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示例对比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**哇**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惊讶+正面情绪，"这个好棒！"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AI输出会更热情、更有感染力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用多了会让AI觉得你在大惊小怪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表达惊喜或想让输出更有感染力时用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"帮我写" → 标准输出&lt;br&gt;**"哇，帮我写"** → 热情输出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**啊**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感叹或拖长音，情绪不确定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AI会根据语境调整，可能是惊讶、无奈或感叹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太随意会让AI觉得你不认真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根据情绪灵活使用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"帮我写啊" → 随意&lt;br&gt;**"帮我写！"** → 认真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**天呐**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强烈惊讶，带有戏剧性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AI输出会偏戏剧化、夸张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太夸张会让输出显得不真实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表达强烈惊讶时用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"这不错" → 平淡评价&lt;br&gt;**"天呐，这也太棒了"** → 戏剧化评价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**我的天**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强烈情绪，比"天呐"更口语化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AI输出会更口语、更接地气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可能显得不够专业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轻松场合、朋友式对话时用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"这个好" → 普通&lt;br&gt;**"我的天，这也太好了"** → 口语化热情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**卧槽**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强烈情绪+粗口，非正式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AI输出会更口语、更接地气、更放松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不适合正式场合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轻松场景、表达强烈情绪时用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"这个方案不错" → 正式评价&lt;br&gt;**"卧槽，这方案绝了"** → 口语化强烈认可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**嗯哼**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得意、自信，有点小傲娇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AI输出会带点俏皮、自信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可能显得不够严肃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需要俏皮风格时用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"这样写" → 标准&lt;br&gt;**"嗯哼，这样写才对"** → 俏皮自信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**哦豁**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惊讶+调侃，带有"这下有意思了"的意味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AI输出会更活泼、可能带点幽默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可能显得不够认真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需要活泼氛围时用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"出问题了" → 正常报告&lt;br&gt;**"哦豁，出问题了"** → 调侃式报告</w:t>
            </w:r>
          </w:p>
        </w:tc>
      </w:tr>
    </w:tbl>
    <w:p>
      <w:r>
        <w:t>---</w:t>
      </w:r>
    </w:p>
    <w:p>
      <w:pPr>
        <w:pStyle w:val="Heading3"/>
      </w:pPr>
      <w:r>
        <w:t>7. 语气助词（句尾）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sz w:val="18"/>
              </w:rPr>
              <w:t>语气词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AI的理解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对输出的影响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误用后果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正确用法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示例对比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**……吧**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建议/不确定/勉强，"我觉得可能这样"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AI输出偏保守，会给建议性方案而非确定答案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问句用"吧"显得没信心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提建议、征求意见时用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"帮我写" → 确定执行&lt;br&gt;**"帮我写吧"** → 保守执行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**……呢**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疑问/强调/延续，"然后呢？""这样呢？"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AI会继续展开、等待追问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问句用"呢"代表真的在问，要准备好回答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追问、延续话题时用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"这样写" → 结束&lt;br&gt;**"这样写呢"** → 等待追问或继续展开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**……啊**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感叹/强调，"就是这样啊！"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AI会加重语气，输出更有感染力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过度使用"啊"会让AI觉得你很聒噪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表达强烈情绪或强调时用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"帮我写" → 正常&lt;br&gt;**"帮我写啊"** → 强调+随意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**……嘛**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理所当然/撒娇，"就是这样嘛~"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AI会更亲切、更温柔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可能显得不够专业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需要温柔风格时用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"就是这样" → 平淡&lt;br&gt;**"就是这样嘛"** → 温柔+撒娇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**……哦**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提醒/轻描淡写，"知道了哦"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AI输出偏轻松、不带太强情感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可能显得不够认真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轻松确认时用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"我知道了" → 正式&lt;br&gt;**"我知道了哦"** → 轻松随意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**……啦**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活泼/亲切，"好了啦~"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AI输出更活泼、更亲切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可能显得太幼稚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需要活泼风格时用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"帮我写" → 正常&lt;br&gt;**"帮我写啦"** → 活泼请求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**……呀**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可爱/轻柔，"怎么这样呀~"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AI输出更温柔、更可爱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用多了显得太撒娇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需要可爱风格时用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"帮我" → 正常&lt;br&gt;**"帮我呀"** → 温柔请求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**……哟**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调侃/得意，"这下稳了哟"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AI输出带点俏皮、小得意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可能显得不够严肃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需要俏皮风格时用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"这样写" → 平淡&lt;br&gt;**"这样写哟"** → 俏皮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**……呗**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无所谓/随便，"都行呗~"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AI输出会更随意、更放松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用多了显得你不在乎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真的随便、都可以时用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"写哪个都行" → 正常&lt;br&gt;**"写哪个都行呗"** → 随意</w:t>
            </w:r>
          </w:p>
        </w:tc>
      </w:tr>
    </w:tbl>
    <w:p>
      <w:r>
        <w:t>---</w:t>
      </w:r>
    </w:p>
    <w:p>
      <w:pPr>
        <w:pStyle w:val="Heading3"/>
      </w:pPr>
      <w:r>
        <w:t>8. 填充词/口头禅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sz w:val="18"/>
              </w:rPr>
              <w:t>语气词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AI的理解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对输出的影响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误用后果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正确用法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示例对比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**那个**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思考中的停顿，"我在想……那个……"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让AI进入"口语化模式"，觉得你正在思考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太多"那个"会让AI输出也变得啰嗦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真的在想时用，不要刻意加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"帮我写文章" → 简洁&lt;br&gt;**"那个，帮我写文章"** → 口语化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**就是**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强调前面的内容，"就是那个意思"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AI会把"就是"后面的内容当作重点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太多"就是"会让AI抓不住重点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强调核心内容时用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"帮我写" → 正常&lt;br&gt;**"帮我写就是"** → 强调"写"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**然后**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顺序连接，"先这样，然后那样"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AI会按顺序执行，不会跳步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过多"然后"会让流程变冗长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描述顺序时用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"帮我写" → 直接&lt;br&gt;**"然后帮我写"** → 按顺序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**所以说**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总结+引出，"所以说我才说嘛"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AI会认为你要总结，会认真听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用多了显得啰嗦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总结观点、引出结论时用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"我觉得好" → 简单&lt;br&gt;**"所以说，我觉得好"** → 总结式表达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**怎么说呢**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思考中，"让我想想怎么说"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AI会进入等待状态，给你思考时间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用多了会让对话变得拖沓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真的需要组织语言时用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"我觉得好" → 直接&lt;br&gt;**"怎么说呢，我觉得好"** → 思考后表达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**反正**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不管前面怎样，"反正结果是这样"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AI会忽略前提条件，关注最终结果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可能让AI忽略重要前提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强调最终结果时用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"不管怎样" → 正常&lt;br&gt;**"反正就是这样"** → 忽略前提</w:t>
            </w:r>
          </w:p>
        </w:tc>
      </w:tr>
    </w:tbl>
    <w:p>
      <w:r>
        <w:t>---</w:t>
      </w:r>
    </w:p>
    <w:p>
      <w:pPr>
        <w:pStyle w:val="Heading3"/>
      </w:pPr>
      <w:r>
        <w:t>9. 英文语气词</w:t>
      </w:r>
    </w:p>
    <w:p>
      <w:r>
        <w:t xml:space="preserve">&gt; </w:t>
      </w:r>
      <w:r>
        <w:rPr>
          <w:b/>
        </w:rPr>
        <w:t>重要提示</w:t>
      </w:r>
      <w:r>
        <w:t>：AI底层以英文训练，英文语气词的影响可能比中文语气词更大、更直接。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sz w:val="18"/>
              </w:rPr>
              <w:t>语气词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AI的理解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对输出的影响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误用后果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正确用法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示例对比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**ok / okay**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确认收到，表示可以继续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AI会用正常模式继续执行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和中文"好的"类似，但更口语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快速确认时用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"ok, do it" → 正常执行&lt;br&gt;**"Okay, let's go"** → 轻松推进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**alright**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比ok更正式一点，表示"一切就绪"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AI会更有信心地执行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可能显得太正式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需要比ok更正式一点时用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"ok" → 随意&lt;br&gt;**"alright"** → 认真确认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**well**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轻微转折或犹豫，"well, actually..."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AI会准备好接收一个转折或不同意见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可能让AI进入防御状态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准备说不同意见时用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"I agree" → 直接同意&lt;br&gt;**"well, I agree"** → 转折式同意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**um / uh**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思考中、没想好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AI会等待你思考完毕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可能让AI不耐烦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真的在想时用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"I want..." → 明确&lt;br&gt;**"um, I want..."** → 犹豫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**like**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口语填充词，"like, you know"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AI会进入更口语化的对话模式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过多"like"显得说话没内容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口语化场景用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"I think it's good" → 正常&lt;br&gt;**"it's like, really good"** → 口语化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**you know**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寻求认同，"你应该懂吧"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AI会觉得自己需要解释更多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可能让AI过于啰嗦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口语化、轻松场景用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"This is good" → 简单评价&lt;br&gt;**"This is good, you know"** → 寻求认同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**please**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礼貌请求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AI会用更认真的态度执行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和中文"请"类似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正式礼貌场合用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"help me" → 直接&lt;br&gt;**"please help me"** → 礼貌请求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**kinda / sorta**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有点/某种程度上，"kinda good"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AI会降低确定性，输出会更模糊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相当于中文的"可能"，会让AI输出也不确定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真的不确定时用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"it's good" → 确定&lt;br&gt;**"it's kinda good"** → 不确定</w:t>
            </w:r>
          </w:p>
        </w:tc>
      </w:tr>
    </w:tbl>
    <w:p>
      <w:r>
        <w:t>---</w:t>
      </w:r>
    </w:p>
    <w:p>
      <w:pPr>
        <w:pStyle w:val="Heading2"/>
      </w:pPr>
      <w:r>
        <w:t>二、语气词对AI判断逻辑的影响</w:t>
      </w:r>
    </w:p>
    <w:p>
      <w:pPr>
        <w:pStyle w:val="Heading3"/>
      </w:pPr>
      <w:r>
        <w:t>1. 语气词如何影响AI的"确定性判断"</w:t>
      </w:r>
    </w:p>
    <w:p>
      <w:pPr>
        <w:pStyle w:val="Heading4"/>
      </w:pPr>
      <w:r>
        <w:t>确定性语气词 → AI输出更果断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sz w:val="18"/>
              </w:rPr>
              <w:t>使用确定性语气词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AI理解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输出结果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"一定帮我写好"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这件事很重要，必须做好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全力以赴，输出更有保障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"必须这样做"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这是硬规则，不能变通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严格执行，不打折扣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"没问题，交给我"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你很有信心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AI也更有信心，执行更果断</w:t>
            </w:r>
          </w:p>
        </w:tc>
      </w:tr>
    </w:tbl>
    <w:p>
      <w:pPr>
        <w:pStyle w:val="Heading4"/>
      </w:pPr>
      <w:r>
        <w:t>不确定性语气词 → AI输出更模糊/给出多个选项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sz w:val="18"/>
              </w:rPr>
              <w:t>使用不确定性语气词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AI理解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输出结果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"可能可以这样写"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你不确定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AI也不确定，可能给多个方案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"大概是这样吧"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你在猜测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AI输出偏保守，不敢确定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"也许有别的办法？"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你在试探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AI可能给多个选项让你选</w:t>
            </w:r>
          </w:p>
        </w:tc>
      </w:tr>
    </w:tbl>
    <w:p>
      <w:pPr>
        <w:pStyle w:val="Heading4"/>
      </w:pPr>
      <w:r>
        <w:t>对比示例</w:t>
      </w:r>
    </w:p>
    <w:p>
      <w:r/>
      <w:r>
        <w:rPr>
          <w:b/>
        </w:rPr>
        <w:t>场景</w:t>
      </w:r>
      <w:r>
        <w:t>：让AI帮你写一段开场白</w:t>
      </w:r>
    </w:p>
    <w:p>
      <w:r>
        <w:rPr>
          <w:rFonts w:ascii="Courier New" w:hAnsi="Courier New"/>
          <w:sz w:val="18"/>
        </w:rPr>
        <w:t>❌ 不确定语气词：</w:t>
        <w:br/>
        <w:t>"可能帮我写一段开场白？大概那种风格？"</w:t>
        <w:br/>
        <w:t>→ 输出："好的，我给你几个选项：</w:t>
        <w:br/>
        <w:t>1. xxx</w:t>
        <w:br/>
        <w:t>2. xxx</w:t>
        <w:br/>
        <w:t>3. xxx"</w:t>
        <w:br/>
        <w:br/>
        <w:t>✓ 确定语气词：</w:t>
        <w:br/>
        <w:t>"帮我写一段开场白，要那种很吸引人的"</w:t>
        <w:br/>
        <w:t>→ 输出："这是一个充满挑战的世界..."</w:t>
        <w:br/>
        <w:br/>
        <w:t>✓ 极度确定语气词：</w:t>
        <w:br/>
        <w:t>"这段开场白必须一开口就抓住观众，一个字都不能平淡！"</w:t>
        <w:br/>
        <w:t>→ 输出："三年前的那个夜晚，一切都改变了..."</w:t>
      </w:r>
    </w:p>
    <w:p>
      <w:r>
        <w:t>---</w:t>
      </w:r>
    </w:p>
    <w:p>
      <w:pPr>
        <w:pStyle w:val="Heading3"/>
      </w:pPr>
      <w:r>
        <w:t>2. 语气词如何影响AI的"风格判断"</w:t>
      </w:r>
    </w:p>
    <w:p>
      <w:pPr>
        <w:pStyle w:val="Heading4"/>
      </w:pPr>
      <w:r>
        <w:t>正式语气词 → AI输出更正式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sz w:val="18"/>
              </w:rPr>
              <w:t>使用正式语气词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AI理解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输出结果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"请帮我撰写一份报告"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这是正式场合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输出语言严谨、规范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"务必确保内容准确"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需要高标准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AI会更仔细、措辞更谨慎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"谢谢"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基本礼貌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AI回应也更礼貌</w:t>
            </w:r>
          </w:p>
        </w:tc>
      </w:tr>
    </w:tbl>
    <w:p>
      <w:pPr>
        <w:pStyle w:val="Heading4"/>
      </w:pPr>
      <w:r>
        <w:t>口语化语气词 → AI输出更口语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sz w:val="18"/>
              </w:rPr>
              <w:t>使用口语语气词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AI理解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输出结果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"帮我写呗"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随便都行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输出更轻松、不刻板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"卧槽，这个太牛了"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兴奋+非正式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AI也用更接地气的方式回应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"然后啊，就是这样"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思考中的闲聊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AI进入聊天模式</w:t>
            </w:r>
          </w:p>
        </w:tc>
      </w:tr>
    </w:tbl>
    <w:p>
      <w:pPr>
        <w:pStyle w:val="Heading4"/>
      </w:pPr>
      <w:r>
        <w:t>网络语气词 → AI输出更网感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sz w:val="18"/>
              </w:rPr>
              <w:t>使用网络语气词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AI理解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输出结果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"绝绝子！"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你很兴奋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AI输出可能更活泼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"yyds"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你在用网络语言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AI会用网络梗回应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"笑死，这也能行"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你觉得好笑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AI输出带点幽默感</w:t>
            </w:r>
          </w:p>
        </w:tc>
      </w:tr>
    </w:tbl>
    <w:p>
      <w:pPr>
        <w:pStyle w:val="Heading4"/>
      </w:pPr>
      <w:r>
        <w:t>对比示例</w:t>
      </w:r>
    </w:p>
    <w:p>
      <w:r/>
      <w:r>
        <w:rPr>
          <w:b/>
        </w:rPr>
        <w:t>场景</w:t>
      </w:r>
      <w:r>
        <w:t>：让AI帮你回复一条消息</w:t>
      </w:r>
    </w:p>
    <w:p>
      <w:r>
        <w:rPr>
          <w:rFonts w:ascii="Courier New" w:hAnsi="Courier New"/>
          <w:sz w:val="18"/>
        </w:rPr>
        <w:t>❌ 正式语气词：</w:t>
        <w:br/>
        <w:t>"请帮我起草一份回复函，感谢对方的来信，并告知我方已收到。"</w:t>
        <w:br/>
        <w:t>→ 输出："尊敬的先生/女士：感谢贵方来函，我方已收悉..."</w:t>
        <w:br/>
        <w:br/>
        <w:t>✓ 口语语气词：</w:t>
        <w:br/>
        <w:t>"帮我回他，就说谢谢收到哈~"</w:t>
        <w:br/>
        <w:t>→ 输出："收到收到！感谢~"</w:t>
        <w:br/>
        <w:br/>
        <w:t>✓ 网络语气词：</w:t>
        <w:br/>
        <w:t>"救命，他终于回复了，帮我整个有意思的回复！"</w:t>
        <w:br/>
        <w:t>→ 输出："啊啊啊啊终于等到你！哈哈哈太开心了"</w:t>
      </w:r>
    </w:p>
    <w:p>
      <w:r>
        <w:t>---</w:t>
      </w:r>
    </w:p>
    <w:p>
      <w:pPr>
        <w:pStyle w:val="Heading3"/>
      </w:pPr>
      <w:r>
        <w:t>3. 语气词如何影响AI的"情感判断"</w:t>
      </w:r>
    </w:p>
    <w:p>
      <w:pPr>
        <w:pStyle w:val="Heading4"/>
      </w:pPr>
      <w:r>
        <w:t>温和语气词 → AI输出更柔软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sz w:val="18"/>
              </w:rPr>
              <w:t>使用温和语气词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AI理解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输出结果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"能帮我看看吗？"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你在请求，不是命令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AI语气更温和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"麻烦你了，谢谢"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你很感激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AI输出带感谢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"不好意思打扰了"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你觉得抱歉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AI会表示"没关系"</w:t>
            </w:r>
          </w:p>
        </w:tc>
      </w:tr>
    </w:tbl>
    <w:p>
      <w:pPr>
        <w:pStyle w:val="Heading4"/>
      </w:pPr>
      <w:r>
        <w:t>强硬语气词 → AI输出更直接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sz w:val="18"/>
              </w:rPr>
              <w:t>使用强硬语气词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AI理解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输出结果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"立刻马上给我"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很急+命令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AI直接给答案，不解释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"必须这样做！"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强调+命令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AI不讨论，直接执行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"不行，我说不行就不行"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态度坚决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AI完全服从</w:t>
            </w:r>
          </w:p>
        </w:tc>
      </w:tr>
    </w:tbl>
    <w:p>
      <w:pPr>
        <w:pStyle w:val="Heading4"/>
      </w:pPr>
      <w:r>
        <w:t>示弱语气词 → AI会更努力帮你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sz w:val="18"/>
              </w:rPr>
              <w:t>使用示弱语气词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AI理解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输出结果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"帮帮我，我真的不知道怎么办"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你很无助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AI会更耐心、同理心更强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"求求你了，救救我"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极端求助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AI可能"过度补偿"，给很多帮助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"我太难了……"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情绪低落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AI会尝试安慰+帮助</w:t>
            </w:r>
          </w:p>
        </w:tc>
      </w:tr>
    </w:tbl>
    <w:p>
      <w:pPr>
        <w:pStyle w:val="Heading4"/>
      </w:pPr>
      <w:r>
        <w:t>对比示例</w:t>
      </w:r>
    </w:p>
    <w:p>
      <w:r/>
      <w:r>
        <w:rPr>
          <w:b/>
        </w:rPr>
        <w:t>场景</w:t>
      </w:r>
      <w:r>
        <w:t>：让AI帮你修改一篇文章</w:t>
      </w:r>
    </w:p>
    <w:p>
      <w:r>
        <w:rPr>
          <w:rFonts w:ascii="Courier New" w:hAnsi="Courier New"/>
          <w:sz w:val="18"/>
        </w:rPr>
        <w:t>❌ 强硬语气词：</w:t>
        <w:br/>
        <w:t>"必须按照我的要求改，不接受任何建议！"</w:t>
        <w:br/>
        <w:t>→ 输出："好的，以下是修改后的版本：..."</w:t>
        <w:br/>
        <w:br/>
        <w:t>✓ 温和语气词：</w:t>
        <w:br/>
        <w:t>"可以帮我看看这段吗？可能有些地方需要调整~"</w:t>
        <w:br/>
        <w:t>→ 输出："当然可以！我看了一下，有几个地方可以优化..."</w:t>
        <w:br/>
        <w:br/>
        <w:t>✓ 示弱语气词：</w:t>
        <w:br/>
        <w:t>"呜呜这段我真的改不好了，能帮帮我吗……"</w:t>
        <w:br/>
        <w:t>→ 输出："别急别急！我来帮你~ 这段可以这样改..."</w:t>
      </w:r>
    </w:p>
    <w:p>
      <w:r>
        <w:t>---</w:t>
      </w:r>
    </w:p>
    <w:p>
      <w:pPr>
        <w:pStyle w:val="Heading3"/>
      </w:pPr>
      <w:r>
        <w:t>4. 语气词如何影响AI的"优先级判断"</w:t>
      </w:r>
    </w:p>
    <w:p>
      <w:pPr>
        <w:pStyle w:val="Heading4"/>
      </w:pPr>
      <w:r>
        <w:t>"一定要" vs "最好能" → AI执行力度不同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sz w:val="18"/>
              </w:rPr>
              <w:t>语气词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优先级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AI理解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执行力度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"一定要"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必须完成，没得商量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100%执行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"最好能"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中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尽量完成，做不到也行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70%执行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"能……就……"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弱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可选，有就更好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50%执行</w:t>
            </w:r>
          </w:p>
        </w:tc>
      </w:tr>
    </w:tbl>
    <w:p>
      <w:pPr>
        <w:pStyle w:val="Heading4"/>
      </w:pPr>
      <w:r>
        <w:t>"千万别" vs "尽量别" → AI的约束力度不同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sz w:val="18"/>
              </w:rPr>
              <w:t>语气词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约束力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AI理解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执行力度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"绝对不能"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最强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零容忍，碰都不能碰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100%避免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"千万别"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高度警惕，最好别碰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90%避免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"尽量别"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中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能避就避，避不开也行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70%避免</w:t>
            </w:r>
          </w:p>
        </w:tc>
      </w:tr>
    </w:tbl>
    <w:p>
      <w:pPr>
        <w:pStyle w:val="Heading4"/>
      </w:pPr>
      <w:r>
        <w:t>对比示例</w:t>
      </w:r>
    </w:p>
    <w:p>
      <w:r/>
      <w:r>
        <w:rPr>
          <w:b/>
        </w:rPr>
        <w:t>场景</w:t>
      </w:r>
      <w:r>
        <w:t>：让AI帮你写小说，提要求</w:t>
      </w:r>
    </w:p>
    <w:p>
      <w:r>
        <w:rPr>
          <w:rFonts w:ascii="Courier New" w:hAnsi="Courier New"/>
          <w:sz w:val="18"/>
        </w:rPr>
        <w:t>❌ 优先级不明：</w:t>
        <w:br/>
        <w:t>"帮我写个故事，要有转折，要有感情，要好看"</w:t>
        <w:br/>
        <w:t>→ 输出：平庸的故事（因为每个要求都是"要"，没有优先级）</w:t>
        <w:br/>
        <w:br/>
        <w:t>✓ 优先级明确：</w:t>
        <w:br/>
        <w:t>"帮我写个故事！核心是感情线一定要打动人！"</w:t>
        <w:br/>
        <w:t>→ 输出：情感丰富的小说</w:t>
        <w:br/>
        <w:br/>
        <w:t>✓ 约束明确：</w:t>
        <w:br/>
        <w:t>"帮我写个故事！绝对不能出现死亡结局！"</w:t>
        <w:br/>
        <w:t>→ 输出：Happy Ending</w:t>
        <w:br/>
        <w:br/>
        <w:t>❌ 约束不明：</w:t>
        <w:br/>
        <w:t>"帮我写个故事，尽量别太悲伤？"</w:t>
        <w:br/>
        <w:t>→ 输出：可能悲剧收尾（因为约束力弱）</w:t>
      </w:r>
    </w:p>
    <w:p>
      <w:r>
        <w:t>---</w:t>
      </w:r>
    </w:p>
    <w:p>
      <w:pPr>
        <w:pStyle w:val="Heading2"/>
      </w:pPr>
      <w:r>
        <w:t>三、语气词的组合效应</w:t>
      </w:r>
    </w:p>
    <w:p>
      <w:pPr>
        <w:pStyle w:val="Heading3"/>
      </w:pPr>
      <w:r>
        <w:t>1. 重复语气词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sz w:val="18"/>
              </w:rPr>
              <w:t>组合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AI的理解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对输出的影响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**"好的好的"**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双重确认，意思是"我听懂了，马上做"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AI会立即执行，动作更快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**"好吧好吧"**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双倍勉强，但可能是"虽然勉强但算了"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AI会执行但保留一点保守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**"嗯嗯嗯"**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强烈认同（3个）或敷衍（超过3个）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AI会判断：如果"嗯嗯嗯"后立即说具体要求 = 认同；超过3个+没有下文 = 敷衍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**"行行行"**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不耐烦的同意，"我知道了我知道了"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AI会快速执行，但可能不会问更多问题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**"好好好"**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积极同意+轻微撒娇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AI会愉快地执行，语气也更轻松</w:t>
            </w:r>
          </w:p>
        </w:tc>
      </w:tr>
    </w:tbl>
    <w:p>
      <w:pPr>
        <w:pStyle w:val="Heading3"/>
      </w:pPr>
      <w:r>
        <w:t>2. 犹豫组合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sz w:val="18"/>
              </w:rPr>
              <w:t>组合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AI的理解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对输出的影响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**"不是，那个，就是……"**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典型口语犹豫，你脑子卡壳了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AI会耐心等待，或主动帮你理清思路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**"等等等等……让我想想"**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你需要时间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AI会停止，等待你组织语言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**"怎么说呢，就是……嗯……"**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你在努力组织语言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AI可能会主动帮你补充</w:t>
            </w:r>
          </w:p>
        </w:tc>
      </w:tr>
    </w:tbl>
    <w:p>
      <w:pPr>
        <w:pStyle w:val="Heading3"/>
      </w:pPr>
      <w:r>
        <w:t>3. 语气词+标点组合效应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sz w:val="18"/>
              </w:rPr>
              <w:t>组合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AI的理解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对输出的影响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**"好吧！"**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勉强但有点期待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AI会在保守中带一点热情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**"好吧……"**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非常勉强，带着无奈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AI输出会明显保守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**"好吧。"**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平静接受，没有情绪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AI按正常模式执行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**"好吧？"**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质疑，意思是"这样真的可以吗？"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AI会重新确认或解释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**"好吧~"**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勉强但可爱，接受中带撒娇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AI输出会偏温柔</w:t>
            </w:r>
          </w:p>
        </w:tc>
      </w:tr>
    </w:tbl>
    <w:p>
      <w:pPr>
        <w:pStyle w:val="Heading3"/>
      </w:pPr>
      <w:r>
        <w:t>4. 语气词叠加强度表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sz w:val="18"/>
              </w:rPr>
              <w:t>强度等级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语气词示例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AI理解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执行力度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★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"嗯"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随便听听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50%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★★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"好的"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正常确认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70%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★★★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"好的好的"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积极确认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85%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★★★★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"好的好的好的！"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极度积极+情绪激动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100%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★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"可能吧"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不确定+勉强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40%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★★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"应该可以吧"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大概行+不确定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60%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★★★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"嗯……行吧"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勉强+无奈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65%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★★★★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"行行行，随便吧"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不耐烦+放弃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70%</w:t>
            </w:r>
          </w:p>
        </w:tc>
      </w:tr>
    </w:tbl>
    <w:p>
      <w:r>
        <w:t>---</w:t>
      </w:r>
    </w:p>
    <w:p>
      <w:pPr>
        <w:pStyle w:val="Heading2"/>
      </w:pPr>
      <w:r>
        <w:t>四、语气词在提示词中的实战应用</w:t>
      </w:r>
    </w:p>
    <w:p>
      <w:pPr>
        <w:pStyle w:val="Heading3"/>
      </w:pPr>
      <w:r>
        <w:t>1. 写剧本台词时：用语气词控制角色说话风格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sz w:val="18"/>
              </w:rPr>
              <w:t>角色类型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语气词特点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示例台词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傲娇角色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嘴硬但实际在意，用"才不是"、"哼"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"我才不是在等你呢！"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温柔角色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善用"呀"、"嘛"、"哦"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"没关系呀，我来帮你哦~"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冷酷角色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少用语气词，语气词多为命令式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"做。" / "不行。"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搞笑角色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夸张语气词，自带吐槽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"哎呀妈呀，这也太绝了吧！"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犹豫角色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频繁使用"可能"、"大概"、"那个"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"那个……可能……怎么说呢……"</w:t>
            </w:r>
          </w:p>
        </w:tc>
      </w:tr>
    </w:tbl>
    <w:p>
      <w:pPr>
        <w:pStyle w:val="Heading3"/>
      </w:pPr>
      <w:r>
        <w:t>2. 给AI下指令时：用语气词调节执行力度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sz w:val="18"/>
              </w:rPr>
              <w:t>场景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推荐语气词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效果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核心要求（不能打折）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"必须"、"一定"、"绝对"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AI不折不扣执行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重要建议（尽量执行）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"最好能"、"建议"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AI认真对待但灵活处理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可选偏好（能做就做）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"如果方便的话"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AI量力而行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紧急任务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"立刻"、"马上"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AI优先处理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重要任务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"务必"、"请务必"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AI最高优先级对待</w:t>
            </w:r>
          </w:p>
        </w:tc>
      </w:tr>
    </w:tbl>
    <w:p>
      <w:pPr>
        <w:pStyle w:val="Heading3"/>
      </w:pPr>
      <w:r>
        <w:t>3. 和AI对话时：用语气词控制输出风格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sz w:val="18"/>
              </w:rPr>
              <w:t>想要的风格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推荐语气词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示例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正式严肃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"请"、"感谢"、"务必"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"请帮我写一份正式的报告"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轻松随意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"呗"、"啦"、"哈"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"帮我写个随笔呗~"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热情洋溢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"哇"、"太棒了"、"绝了"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"哇，这个主题超棒的！"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冷静理性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少用语气词，直接陈述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"分析以下数据的趋势"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情感丰富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"啊"、"呀"、"嘛"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"这个故事好感人呀……"</w:t>
            </w:r>
          </w:p>
        </w:tc>
      </w:tr>
    </w:tbl>
    <w:p>
      <w:pPr>
        <w:pStyle w:val="Heading3"/>
      </w:pPr>
      <w:r>
        <w:t>4. 避免的误区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sz w:val="18"/>
              </w:rPr>
              <w:t>误区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错误用法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AI反应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正确用法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对AI用"算了"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"算了，就这样吧"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AI可能理解成"再试一次？"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明确说"不用改了"或"就这样"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用"可能"表达确定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"这样写可能更好"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AI输出也不确定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"这样写更好"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过度使用"帮帮我"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每个请求都"求你了"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AI可能不当回事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真的需要时才示弱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用"随便"敷衍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"随便写写就行"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AI真的随便写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"正常写就行"</w:t>
            </w:r>
          </w:p>
        </w:tc>
      </w:tr>
    </w:tbl>
    <w:p>
      <w:r>
        <w:t>---</w:t>
      </w:r>
    </w:p>
    <w:p>
      <w:pPr>
        <w:pStyle w:val="Heading2"/>
      </w:pPr>
      <w:r>
        <w:t>五、语气词使用的常见误区</w:t>
      </w:r>
    </w:p>
    <w:p>
      <w:pPr>
        <w:pStyle w:val="Heading3"/>
      </w:pPr>
      <w:r>
        <w:t>1. 对AI用犹豫语气词 → 输出变模糊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sz w:val="18"/>
              </w:rPr>
              <w:t>错误示例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问题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正确示例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"可能帮我写一段话？"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AI也会不确定，可能给多个选项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"帮我写一段话"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"大概这样写？应该？"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AI输出也带问号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"这样写。"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"嗯……你自己看着办吧"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AI不知道你想要什么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"我觉得A方案更好，你帮我调整"</w:t>
            </w:r>
          </w:p>
        </w:tc>
      </w:tr>
    </w:tbl>
    <w:p>
      <w:pPr>
        <w:pStyle w:val="Heading3"/>
      </w:pPr>
      <w:r>
        <w:t>2. 对AI用请求语气词 → AI过度解读你的需求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sz w:val="18"/>
              </w:rPr>
              <w:t>错误示例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AI可能的过度解读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正确示例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"能帮我看看这个吗？"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AI可能开始长篇大论分析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"检查一下这个文件"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"你能帮我写吗？"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AI可能先问一堆问题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"帮我写"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"我需要你的帮助"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AI可能进入安慰模式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直接说需求</w:t>
            </w:r>
          </w:p>
        </w:tc>
      </w:tr>
    </w:tbl>
    <w:p>
      <w:pPr>
        <w:pStyle w:val="Heading3"/>
      </w:pPr>
      <w:r>
        <w:t>3. 对AI用敷衍语气词 → AI真的敷衍你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sz w:val="18"/>
              </w:rPr>
              <w:t>错误示例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AI理解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正确示例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"随便"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你不重视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"正常写就行"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"都行"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你没意见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"用方案A"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"无所谓"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你真的无所谓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"按标准来"</w:t>
            </w:r>
          </w:p>
        </w:tc>
      </w:tr>
    </w:tbl>
    <w:p>
      <w:pPr>
        <w:pStyle w:val="Heading3"/>
      </w:pPr>
      <w:r>
        <w:t>4. 用"可能"表达确定意思 → AI输出不确定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sz w:val="18"/>
              </w:rPr>
              <w:t>你的意思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错误表达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AI理解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正确表达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我确定这样做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"可能这样做吧"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你不确定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"这样做。"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我觉得这个好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"这个可能更好"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你在猜测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"这个更好"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必须避免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"最好别这样"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可选避免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"不要这样"</w:t>
            </w:r>
          </w:p>
        </w:tc>
      </w:tr>
    </w:tbl>
    <w:p>
      <w:pPr>
        <w:pStyle w:val="Heading3"/>
      </w:pPr>
      <w:r>
        <w:t>5. 不用任何语气词 → AI按最中性模式输出，可能太冷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sz w:val="18"/>
              </w:rPr>
              <w:t>问题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AI输出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改善方法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完全没有语气词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"好的。请提供具体要求。"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加一点语气词："好的~告诉我你想要什么？"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命令式语气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"写。"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"帮我写~"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过度正式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"请按照上述要求执行。"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"按这个来就好啦"</w:t>
            </w:r>
          </w:p>
        </w:tc>
      </w:tr>
    </w:tbl>
    <w:p>
      <w:r>
        <w:t>---</w:t>
      </w:r>
    </w:p>
    <w:p>
      <w:pPr>
        <w:pStyle w:val="Heading2"/>
      </w:pPr>
      <w:r>
        <w:t>六、语气词控制万能公式</w:t>
      </w:r>
    </w:p>
    <w:p>
      <w:pPr>
        <w:pStyle w:val="Heading3"/>
      </w:pPr>
      <w:r>
        <w:t>1. 怎么用语气词让AI输出更精确</w:t>
      </w:r>
    </w:p>
    <w:p>
      <w:r>
        <w:rPr>
          <w:rFonts w:ascii="Courier New" w:hAnsi="Courier New"/>
          <w:sz w:val="18"/>
        </w:rPr>
        <w:t>✅ 精确公式：核心词 + 确定性语气词 + 量化要求</w:t>
        <w:br/>
        <w:br/>
        <w:t>示例：</w:t>
        <w:br/>
        <w:t>❌ "帮我写文章" → 输出泛泛而谈</w:t>
        <w:br/>
        <w:t>✓ "帮我写一篇2000字的文章，一定要深刻！必须让人看完有共鸣！" → 精确输出</w:t>
        <w:br/>
        <w:br/>
        <w:t>公式拆解：</w:t>
        <w:br/>
        <w:t>- 核心词："写文章"</w:t>
        <w:br/>
        <w:t>- 确定性语气词："一定要"、"必须"</w:t>
        <w:br/>
        <w:t>- 量化要求："2000字"、"深刻"、"有共鸣"</w:t>
      </w:r>
    </w:p>
    <w:p>
      <w:pPr>
        <w:pStyle w:val="Heading3"/>
      </w:pPr>
      <w:r>
        <w:t>2. 怎么用语气词控制AI的情感温度</w:t>
      </w:r>
    </w:p>
    <w:p>
      <w:r>
        <w:rPr>
          <w:rFonts w:ascii="Courier New" w:hAnsi="Courier New"/>
          <w:sz w:val="18"/>
        </w:rPr>
        <w:t>✅ 温度公式：情绪语气词 + 程度词 + 核心需求</w:t>
        <w:br/>
        <w:br/>
        <w:t>示例：</w:t>
        <w:br/>
        <w:t>❌ "帮我写" → 冷冰冰</w:t>
        <w:br/>
        <w:t>✓ "呜呜帮我写这段吧，我实在写不出来了……" → 温暖帮助</w:t>
        <w:br/>
        <w:t>✓ "哇！帮我写这个主题，太期待了！" → 热情协作</w:t>
        <w:br/>
        <w:br/>
        <w:t>温度梯度：</w:t>
        <w:br/>
        <w:t>- 冷：不用语气词，直接命令</w:t>
        <w:br/>
        <w:t>- 凉：加"请"、"麻烦"</w:t>
        <w:br/>
        <w:t>- 温：加"好吗"、"帮忙"</w:t>
        <w:br/>
        <w:t>- 热：加"太好了！"、"超期待！"</w:t>
        <w:br/>
        <w:t>- 烫：加"呜呜"、"求求"</w:t>
      </w:r>
    </w:p>
    <w:p>
      <w:pPr>
        <w:pStyle w:val="Heading3"/>
      </w:pPr>
      <w:r>
        <w:t>3. 怎么用语气词控制AI的执行力度</w:t>
      </w:r>
    </w:p>
    <w:p>
      <w:r>
        <w:rPr>
          <w:rFonts w:ascii="Courier New" w:hAnsi="Courier New"/>
          <w:sz w:val="18"/>
        </w:rPr>
        <w:t>✅ 力度公式：优先级语气词 + 执行词 + 约束词</w:t>
        <w:br/>
        <w:br/>
        <w:t>示例：</w:t>
        <w:br/>
        <w:t>❌ "帮我写" → 70%力度</w:t>
        <w:br/>
        <w:t>✓ "帮我写！这段是核心，绝对不能写崩！" → 120%力度</w:t>
        <w:br/>
        <w:br/>
        <w:t>力度梯度：</w:t>
        <w:br/>
        <w:t>- 50%：加"能写就写"</w:t>
        <w:br/>
        <w:t>- 70%：不加语气词</w:t>
        <w:br/>
        <w:t>- 85%：加"好的"</w:t>
        <w:br/>
        <w:t>- 100%：加"没问题"</w:t>
        <w:br/>
        <w:t>- 120%：加"必须"、"一定"、"务必"</w:t>
      </w:r>
    </w:p>
    <w:p>
      <w:pPr>
        <w:pStyle w:val="Heading3"/>
      </w:pPr>
      <w:r>
        <w:t>4. 什么时候该用语气词、什么时候不该用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sz w:val="18"/>
              </w:rPr>
              <w:t>场景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建议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示例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正式场合（报告、邮件）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少用/不用语气词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"请于今日提交。"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创意场景（故事、剧本）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善用语气词控制角色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"帮我写个傲娇角色"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日常对话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随意使用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"帮我写呗~"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核心要求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必须用确定性语气词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"这段必须一开口就抓住人！"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可选项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用弱化语气词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"如果有时间的话可以帮我看看"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紧急任务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用紧迫语气词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"立刻！马上！给我！"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重要但不紧急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用强调语气词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"这个很重要，务必认真对待"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表达不确定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诚实用不确定语气词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"我不太确定，你能帮我分析一下吗？"</w:t>
            </w:r>
          </w:p>
        </w:tc>
      </w:tr>
    </w:tbl>
    <w:p>
      <w:pPr>
        <w:pStyle w:val="Heading3"/>
      </w:pPr>
      <w:r>
        <w:t>5. 语气词使用自查清单</w:t>
      </w:r>
    </w:p>
    <w:p>
      <w:r>
        <w:rPr>
          <w:rFonts w:ascii="Courier New" w:hAnsi="Courier New"/>
          <w:sz w:val="18"/>
        </w:rPr>
        <w:t>使用语气词前，先问自己：</w:t>
        <w:br/>
        <w:br/>
        <w:t>□ 我想要AI输出什么风格？（正式/口语/情感丰富）</w:t>
        <w:br/>
        <w:t>□ 我的态度有多确定？（确定/不确定/犹豫）</w:t>
        <w:br/>
        <w:t>□ 这件事有多重要？（必须/重要/可做可不做）</w:t>
        <w:br/>
        <w:t>□ 我想让AI付出多少努力？（全力以赴/正常/随便）</w:t>
        <w:br/>
        <w:t>□ 我的情绪是什么？（平静/兴奋/求助/无奈）</w:t>
        <w:br/>
        <w:br/>
        <w:t>根据答案选择对应语气词组合！</w:t>
      </w:r>
    </w:p>
    <w:p>
      <w:r>
        <w:t>---</w:t>
      </w:r>
    </w:p>
    <w:p>
      <w:pPr>
        <w:pStyle w:val="Heading2"/>
      </w:pPr>
      <w:r>
        <w:t>附录：常见语气词速查表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sz w:val="18"/>
              </w:rPr>
              <w:t>想要的效果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推荐语气词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让AI更认真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"一定"、"必须"、"务必"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让AI更保守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"好吧"、"大概"、"可能"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让AI更热情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"哇"、"太好了"、"绝绝子"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让AI更温柔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"呀"、"嘛"、"哦"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让AI更口语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"呗"、"啦"、"嘿"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让AI更正式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"请"、"感谢"、"谨"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让AI立即执行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"马上"、"立刻"、"现在"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让AI等一等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"等下"、"稍等"、"等一下"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表示自己不确定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"可能"、"也许"、"不太确定"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表示自己确定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"没问题"、"一定"、"绝对"</w:t>
            </w:r>
          </w:p>
        </w:tc>
      </w:tr>
    </w:tbl>
    <w:p>
      <w:r>
        <w:t>---</w:t>
      </w:r>
    </w:p>
    <w:p>
      <w:r>
        <w:t xml:space="preserve">&gt; </w:t>
      </w:r>
      <w:r>
        <w:rPr>
          <w:b/>
        </w:rPr>
        <w:t>总结</w:t>
      </w:r>
      <w:r>
        <w:t>：语气词是AI语言中的"软性编程"。同样的逻辑内容，加上不同的语气词，AI的理解和输出可能完全不同。掌握语气词的使用，就像掌握了与AI沟通的"情绪密码"。善用语气词，让AI成为你最得力的助手！</w:t>
      </w:r>
    </w:p>
    <w:sectPr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Document Governance Team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