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AI全领域应用全景分析表</w:t>
      </w:r>
    </w:p>
    <w:p>
      <w:r>
        <w:t>&gt; 整理者：星星 | 涵盖30个领域 | 面向普通人的AI认知指南</w:t>
      </w:r>
    </w:p>
    <w:p>
      <w:r>
        <w:t>---</w:t>
      </w:r>
    </w:p>
    <w:p>
      <w:pPr>
        <w:pStyle w:val="Heading2"/>
      </w:pPr>
      <w:r>
        <w:t>特别板块一：AI的共性问题与风险</w:t>
      </w:r>
    </w:p>
    <w:p>
      <w:pPr>
        <w:pStyle w:val="Heading3"/>
      </w:pPr>
      <w:r>
        <w:t>风险类型总览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sz w:val="18"/>
              </w:rPr>
              <w:t>风险类型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具体表现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已发生案例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应对思路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普通人能做什么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**就业替代风险**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重复性工作被机器取代蓝领和白领同时受冲击；技能贬值加速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2023-2024年多家游戏公司用AI替代原画师、程序员；客服机器人取代大量人工客服；亚马逊仓库机器人替代分拣工人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发展AI难以替代的创造力、社交力、复杂决策能力；建立终身学习机制；探索人机协作模式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主动学习使用AI工具提升自己的效率；培养AI不易替代的软技能；提前规划职业转型路径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**数据隐私与监控**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AI需要大量数据训练，个人隐私被收集利用；面部识别被用于无差别监控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2023年某公司泄露50亿条个人信息被用于AI训练；多国警察使用人脸识别引发侵犯隐私争议；某学校用AI监控学生上课注意力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制定严格的数据保护法规（如GDPR、中国个保法）；推广联邦学习、差分隐私等技术；限制数据收集范围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谨慎授权App权限；减少在社交媒体公开个人信息；使用隐私保护工具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**算法偏见与歧视**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训练数据中的偏见被AI放大，导致对特定群体的歧视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亚马逊招聘AI对女性简历打低分；美国COMPAS犯罪预测系统对黑人偏见；面部识别对深肤色女性误识率高达35%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增加训练数据多样性；建立算法审计机制；引入第三方公平性检测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举报遇到的算法歧视现象；支持多元化的AI产品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**深度伪造与虚假信息**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AI可以伪造逼真的图片、视频、音频，用于诈骗、造谣、政治操纵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2024年香港AI换脸诈骗案涉案金额达2亿港元；多国出现AI伪造官员讲话视频；AI生成虚假新闻在社交媒体病毒式传播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研发AI伪造检测技术；建立内容溯源机制（如数字水印）；提高公众媒体素养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遇到可疑视频先求证；不转发未经核实的信息；使用内容溯源工具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**AI武器化**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自主武器系统可以在没有人类干预的情况下杀人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联合国报告显示利比亚内战中使用自主无人机；多国在研发AI蜂群无人机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推动国际禁止致命性自主武器（LAWS）公约；保留人类对武器使用的最终决策权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关注相关国际议题；支持和平AI倡议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**对AI的过度依赖**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人类丧失独立思考和解决问题的能力；失去某些核心技能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研究发现长期使用GPS的人空间导航能力下降；医生过度依赖AI诊断导致误诊增加；学生用ChatGPT做作业导致学习能力退化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保持对AI输出的批判性思维；在关键领域保留人类主导权；培养独立思考习惯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不要完全依赖AI做决定；保持学习手动技能；定期"数字排毒"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**能源消耗与环境影响**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训练大模型消耗巨大电力和水资源；数据中心碳排放增长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训练GPT-3消耗电力约1000兆瓦时；2023年全球数据中心用电量占总量2%以上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发展绿色计算、模型蒸馏、稀疏化等技术；使用可再生能源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支持使用可再生能源的AI服务商；减少不必要的AI查询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**责任归属问题**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AI出错造成损失时，谁来负责？开发者？使用者？AI本身？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自动驾驶汽车事故中责任认定困难；AI医疗诊断错误导致患者伤害的赔偿纠纷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建立AI责任认定的法律法规；推广AI保险制度；明确开发者、使用者、生产者的责任边界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了解使用AI产品时的法律风险；重要决策不要完全交给AI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**AI黑箱问题**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深度学习模型决策过程不可解释；人类无法理解AI为什么这样做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医疗AI给出诊断但无法解释原因；金融AI拒绝贷款但不说明理由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发展可解释AI（XAI）技术；要求AI决策可审计、可追溯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追问AI决策的理由；不信任无法解释的AI决策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**数字鸿沟加剧**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有AI的人和没有AI的人差距越拉越大；国家间AI能力差距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发达国家AI渗透率是发展中国家的3倍；拥有AI工具的人效率是普通人的10倍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推动AI普惠化；降低AI使用门槛；提供AI教育和培训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主动学习AI技能；利用免费AI资源提升自己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**人类能力退化**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依赖AI后，人类某些能力会逐渐丧失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记忆力下降（因为有搜索）；导航能力退化（因为有GPS）；计算能力退化（因为有计算器）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有意识地锻炼不使用AI的能力；保持手工、户外等传统活动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保留一些不依赖AI的爱好和技能；定期锻炼大脑</w:t>
            </w:r>
          </w:p>
        </w:tc>
      </w:tr>
      <w:tr>
        <w:tc>
          <w:tcPr>
            <w:tcW w:type="dxa" w:w="1728"/>
          </w:tcPr>
          <w:p>
            <w:r>
              <w:rPr>
                <w:sz w:val="18"/>
              </w:rPr>
              <w:t>**伦理困境**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AI遇到道德两难选择时怎么办？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自动驾驶电车难题：撞行人还是保护车主？AI医疗决策：救谁舍谁？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建立AI伦理委员会；制定AI伦理准则；保留人类最终决策权</w:t>
            </w:r>
          </w:p>
        </w:tc>
        <w:tc>
          <w:tcPr>
            <w:tcW w:type="dxa" w:w="1728"/>
          </w:tcPr>
          <w:p>
            <w:r>
              <w:rPr>
                <w:sz w:val="18"/>
              </w:rPr>
              <w:t>关注AI伦理讨论；参与相关社会讨论</w:t>
            </w:r>
          </w:p>
        </w:tc>
      </w:tr>
    </w:tbl>
    <w:p>
      <w:r>
        <w:t>---</w:t>
      </w:r>
    </w:p>
    <w:p>
      <w:pPr>
        <w:pStyle w:val="Heading2"/>
      </w:pPr>
      <w:r>
        <w:t>一、办公与职场领域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**智能文档处理**：自动整理会议纪要、生成报告大纲、翻译多语言文档&lt;br&gt;2. **邮件与日程管理**：AI自动分类邮件、安排会议、提醒待办事项&lt;br&gt;3. **招聘辅助**：筛选简历、生成面试问题、分析候选人匹配度&lt;br&gt;4. **数据分析**：自动生成数据图表、发现数据规律、预测业务趋势&lt;br&gt;5. **内部知识库**：用自然语言查询公司规章制度、历史文档、内部数据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**效率提升10倍以上**：以前整理会议纪要1小时，现在AI5分钟搞定&lt;br&gt;2. **减少重复劳动**：机械性的文书工作被自动化，让人聚焦创造性工作&lt;br&gt;3. **打破信息孤岛**：自然语言查询让非技术人员也能快速获取数据&lt;br&gt;4. **招聘更客观**：AI筛选简历减少人为偏见，快速找到合适候选人&lt;br&gt;5. **7x24小时响应**：智能客服随时解答员工IT问题、HR问题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**隐私泄露**：员工的工作内容、沟通记录被AI分析可能涉及隐私&lt;br&gt;2. **监控过度的隐患**：AI可以监控员工工作状态、打字速度、情绪变化&lt;br&gt;3. **依赖风险**：员工可能丧失独立思考和写作能力&lt;br&gt;4. **偏见问题**：招聘AI可能对某些背景的人有偏见（如gap year）&lt;br&gt;5. **责任模糊**：AI推荐的决策出错，谁来负责？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**能做到**：重复性文档处理、数据汇总分析、标准化流程执行&lt;br&gt;**做不到**：复杂的人际沟通、需要判断力的决策、创新性的方案设计、复杂人际关系处理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AI助手从"工具"变成"同事"；大部分文书工作被自动化；人与AI协作成为主流工作模式；PPT、报告可以一句话生成；开会时AI实时翻译、总结、跟进任务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工作效率明显提升；需要写的文档变少；会议记录自动生成；重复性工作被替代；学习使用AI工具成为职场必备技能</w:t>
            </w:r>
          </w:p>
        </w:tc>
      </w:tr>
    </w:tbl>
    <w:p>
      <w:r>
        <w:t>---</w:t>
      </w:r>
    </w:p>
    <w:p>
      <w:pPr>
        <w:pStyle w:val="Heading2"/>
      </w:pPr>
      <w:r>
        <w:t>二、医疗健康领域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**医学影像诊断**：AI看CT、MRI、X光片，发现早期癌症、眼底病变&lt;br&gt;2. **药物研发**：AI模拟分子结构、预测药效、缩短研发周期从10年到2-3年&lt;br&gt;3. **手术辅助**：达芬奇机器人辅助手术，AI规划手术路径&lt;br&gt;4. **健康管理**：智能手环监测心率睡眠、AI饮食建议、慢病管理&lt;br&gt;5. **心理健康**：AI聊天机器人提供情绪疏导、初步心理评估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**早期发现疾病**：AI可以发现人眼难以察觉的早期癌症，大幅提高生存率&lt;br&gt;2. **解决医疗资源不均**：基层医院没有专家，AI可以让普通人享受专家级诊断&lt;br&gt;3. **降低医疗成本**：药物研发成本从26亿美元降到几亿美元&lt;br&gt;4. **24小时健康监护**：可穿戴设备实时监测，发现异常立即预警&lt;br&gt;5. **个性化治疗**：根据个人基因、病史定制治疗方案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**诊断错误风险**：AI可能漏诊误诊，病人错过最佳治疗时机&lt;br&gt;2. **数据隐私**：病历、基因数据泄露后果严重&lt;br&gt;3. **责任归属**：AI诊断出错算谁的？医生？医院？AI公司？&lt;br&gt;4. **医患关系变化**：病人更信任AI还是医生？&lt;br&gt;5. **医疗不平等**：付得起AI医疗的人vs付不起的人差距拉大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**能做到**：医学影像分析、药物筛选、健康数据监测、病例整理&lt;br&gt;**做不到**：复杂病症的综合诊断（需要结合患者整体情况）、情感关怀、安慰病人、处理突发意外情况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AI辅助诊断普及（不是替代医生）；个性化精准医疗成为可能；心理健康AI陪伴增多；手术机器人更精准；远程AI医疗覆盖更多地区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体检报告解读更详细；慢病管理更智能；去医院的次数可能减少（远程监测）；心理健康支持更容易获得；重大疾病早期发现率提升</w:t>
            </w:r>
          </w:p>
        </w:tc>
      </w:tr>
    </w:tbl>
    <w:p>
      <w:r>
        <w:t>---</w:t>
      </w:r>
    </w:p>
    <w:p>
      <w:pPr>
        <w:pStyle w:val="Heading2"/>
      </w:pPr>
      <w:r>
        <w:t>三、教育培训领域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**个性化学习**：AI分析学生薄弱点，推送针对性练习（类似字节旗下GAI）&lt;br&gt;2. **智能批改**：作文、数学证明题、口语评测的自动评分与反馈&lt;br&gt;3. **知识图谱**：AI构建知识点之间的关联，帮助学生构建知识网络&lt;br&gt;4. **虚拟教师**：AI一对一答疑、24小时在线、永远不会不耐烦&lt;br&gt;5. **教育资源均衡**：让偏远地区学生也能享受优质教育资源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**因材施教真正实现**：每个学生有自己的学习路径，不用跟着全班进度&lt;br&gt;2. **教育资源普惠**：山区孩子也能有"AI家教"&lt;br&gt;3. **解放老师精力**：老师不用改海量作业，有时间关注学生心理健康&lt;br&gt;4. **学习更高效**：针对性练习比题海战术效率高10倍&lt;br&gt;5. **语言学习革命**：AI口语陪练，发音纠正即时反馈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**学生依赖AI**：不会的题直接问AI，不自己思考&lt;br&gt;2. **批判性思维退化**：习惯AI给答案，失去独立思考能力&lt;br&gt;3. **教育差距拉大**：有AI辅助的孩子vs没有的差距增大&lt;br&gt;4. **师生关系变化**：学生和AI交流多了，和老师同学交流少了&lt;br&gt;5. **考试作弊**：AI可以帮学生写作业、做弊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**能做到**：知识讲解、练习推送、批改反馈、学习数据分析&lt;br&gt;**做不到**：品格教育、情感陪伴、体魄锻炼、创造力培养、动手能力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每个学生有AI学习伴侣；作业和考试形式改变（考察AI无法替代的能力）；老师转型为学习设计师；终身学习成为常态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孩子学习效率提升但需要监督；家长辅导作业压力减小；学区房价值可能下降；教师的角色转变；需要重新思考"什么是学习"</w:t>
            </w:r>
          </w:p>
        </w:tc>
      </w:tr>
    </w:tbl>
    <w:p>
      <w:r>
        <w:t>---</w:t>
      </w:r>
    </w:p>
    <w:p>
      <w:pPr>
        <w:pStyle w:val="Heading2"/>
      </w:pPr>
      <w:r>
        <w:t>四、科技创新领域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**科研辅助**：AI分析文献、生成假设、设计实验方案&lt;br&gt;2. **新材料发现**：AI模拟分子结构，预测材料性能，研发周期从10年缩短到几个月&lt;br&gt;3. **代码生成**：GitHub Copilot帮助程序员写代码，代码补全、bug修复&lt;br&gt;4. **专利分析**：AI快速检索分析专利，识别技术空白点&lt;br&gt;5. **实验优化**：AI找到最优参数组合，减少实验次数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**科研效率爆发**：以前看文献要几个月，AI几小时搞定&lt;br&gt;2. **发现人类想不到的答案**：AI可以探索超出人类直觉的解法&lt;br&gt;3. **降低创新门槛**：中小企业也能用AI做研发&lt;br&gt;4. **加速技术迭代**：摩尔定律之外，AI加速了一切领域的进步&lt;br&gt;5. **知识整合**：AI可以帮助跨学科知识整合，发现新联系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**科研泡沫**：AI生成的论文可能灌水，破坏学术诚信&lt;br&gt;2. **AI替代思考**：科研人员可能过度依赖AI，失去原创能力&lt;br&gt;3. **技术垄断**：大公司AI能力碾压小机构，抑制创新&lt;br&gt;4. **失控风险**：AI设计的实验可能有未知危险&lt;br&gt;5. **知识产权争议**：AI生成的代码归属谁？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**能做到**：文献分析、代码补全、数据处理、模式识别、实验参数优化&lt;br&gt;**做不到**：真正的原创性发现（需要直觉和好奇心）、理解科学发现的context、处理完全未知的领域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AI成为科研标配工具；"AI科学家"辅助人类科学家；开源AI模型降低科研门槛；AI for Science成为显学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新药、新材料、新技术更快出现；科技产品更新加速；就业市场对"会用AI的科研人员"需求大增</w:t>
            </w:r>
          </w:p>
        </w:tc>
      </w:tr>
    </w:tbl>
    <w:p>
      <w:r>
        <w:t>---</w:t>
      </w:r>
    </w:p>
    <w:p>
      <w:pPr>
        <w:pStyle w:val="Heading2"/>
      </w:pPr>
      <w:r>
        <w:t>五、军事与国防领域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**情报分析**：AI处理卫星图像、监听数据，识别威胁&lt;br&gt;2. **无人作战系统**：无人机、无人船、无人战车&lt;br&gt;3. **战场决策辅助**：AI分析战场态势，推荐最优战术&lt;br&gt;4. **网络战**：AI攻击和防御系统&lt;br&gt;5. **后勤保障**：AI优化军事物流、预测装备维护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**减少士兵伤亡**：危险的侦查、排雷任务由无人机完成&lt;br&gt;2. **决策更快**：AI可以实时分析战场态势，比人类更快决策&lt;br&gt;3. **精准打击**：减少平民伤亡（如果使用得当）&lt;br&gt;4. **威慑作用**：AI武器系统可以起到不战而屈人之兵的效果&lt;br&gt;5. **成本降低**：无人系统比有人系统便宜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**致命性自主武器**：AI可能在没有人类授权的情况下杀人&lt;br&gt;2. **军备竞赛**：各国AI军备竞赛可能导致冲突升级&lt;br&gt;3. **黑客攻击**：AI军事系统被黑，后果严重&lt;br&gt;4. **战争门槛降低**：AI武器让战争更容易发起&lt;br&gt;5. **伦理问题**：机器决定杀人，生死权交给代码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**能做到**：情报分析、目标识别、路径规划、数据处理&lt;br&gt;**做不到**：复杂的政治判断、战争伦理决策、处理意外情况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无人机群作战成为现实；AI在战场上的作用越来越大；国际社会讨论禁止"杀手机器人"；人机协同作战模式成熟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国际安全格局变化；征兵需求可能下降；网络安全威胁增加；科技公司深度介入军事</w:t>
            </w:r>
          </w:p>
        </w:tc>
      </w:tr>
    </w:tbl>
    <w:p>
      <w:r>
        <w:t>---</w:t>
      </w:r>
    </w:p>
    <w:p>
      <w:pPr>
        <w:pStyle w:val="Heading2"/>
      </w:pPr>
      <w:r>
        <w:t>六、政治与政府领域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**舆情分析**：AI监测社交媒体，实时了解民意&lt;br&gt;2. **政策模拟**：AI预测政策实施效果，减少拍脑袋决策&lt;br&gt;3. **政务服务**：AI客服解答市民问题、办理业务&lt;br&gt;4. **城市规划**：AI优化交通、能源、公共设施布局&lt;br&gt;5. **预测预警**：AI预测经济走势、社会风险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**决策更科学**：基于数据而非直觉&lt;br&gt;2. **政务服务便民**：24小时AI客服，不用排队&lt;br&gt;3. **效率提升**：审批流程自动化，减少人为拖延&lt;br&gt;4. **政策更精准**：针对不同群体制定差异化政策&lt;br&gt;5. **预防风险**：提前发现社会问题苗头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**监控公民**：AI可能成为压迫工具&lt;br&gt;2. **操纵舆论**：政府用AI影响选民、制造虚假民意&lt;br&gt;3. **算法独裁**：政策完全由AI决定，失去人文关怀&lt;br&gt;4. **数据滥用**：公民数据被用于政治目的&lt;br&gt;5. **信息茧房加剧**：AI推送让人只看到想看的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**能做到**：数据分析、趋势预测、流程自动化、舆情监测&lt;br&gt;**做不到**：政治谈判、价值判断、处理复杂的人际关系、应对突发事件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政务AI助手普及；政策制定更多依赖AI模拟；智慧城市成为标配；国际AI治理规则建立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办事更方便（一次都不用跑）；政府服务响应更快；被AI监控的担忧；真假信息更难辨别</w:t>
            </w:r>
          </w:p>
        </w:tc>
      </w:tr>
    </w:tbl>
    <w:p>
      <w:r>
        <w:t>---</w:t>
      </w:r>
    </w:p>
    <w:p>
      <w:pPr>
        <w:pStyle w:val="Heading2"/>
      </w:pPr>
      <w:r>
        <w:t>七、电子与数码领域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**芯片设计**：AI优化芯片布局、验证设计、预测性能&lt;br&gt;2. **消费电子**：手机AI拍照、语音助手、智能推荐&lt;br&gt;3. **智能硬件**：AI眼镜、AI耳机、AI手表&lt;br&gt;4. **产品质检**：AI检测电子元器件缺陷&lt;br&gt;5. **用户反馈分析**：AI分析用户评价，改进产品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**芯片性能飞跃**：AI辅助设计让芯片迭代更快&lt;br&gt;2. **产品更好用**：手机拍照越来越强，语音助手越来越聪明&lt;br&gt;3. **成本降低**：AI质检减少人工，提升良率&lt;br&gt;4. **创新加速**：AI帮助快速验证产品想法&lt;br&gt;5. **个性化体验**：设备越来越懂用户习惯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**算力军备竞赛**：训练AI需要更强大的芯片&lt;br&gt;2. **电子垃圾**：AI设备更新太快，淘汰太多&lt;br&gt;3. **隐私问题**：智能设备收集大量个人数据&lt;br&gt;4. **技术依赖**：国产替代困难，被"卡脖子"&lt;br&gt;5. **使用成瘾**：AI推荐让人停不下来刷手机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**能做到**：芯片布局优化、质量检测、用户行为分析&lt;br&gt;**做不到**：颠覆性硬件创新（需要材料和物理突破）、解决芯片制造工艺瓶颈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AI芯片成为标配；设备端AI（不依赖云端）普及；AI眼镜可能成为新平台；可穿戴AI设备爆发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手机越来越懂你；拍照效果越来越好；新电子产品越来越贵；换手机频率可能降低（性能过剩）</w:t>
            </w:r>
          </w:p>
        </w:tc>
      </w:tr>
    </w:tbl>
    <w:p>
      <w:r>
        <w:t>---</w:t>
      </w:r>
    </w:p>
    <w:p>
      <w:pPr>
        <w:pStyle w:val="Heading2"/>
      </w:pPr>
      <w:r>
        <w:t>八、航空航天领域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**飞行控制**：AI辅助飞行员操作，优化飞行路径&lt;br&gt;2. **轨道计算**：AI计算卫星轨道、火箭发射窗口&lt;br&gt;3. **故障预测**：AI监测飞机/火箭状态，预测故障&lt;br&gt;4. **太空探索**：AI分析深空探测器数据，寻找地外生命&lt;br&gt;5. **卫星图像**：AI分析卫星图像，监测地球变化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**飞行更安全**：AI比人类更快发现异常&lt;br&gt;2. **降低发射成本**：AI优化火箭回收、复用&lt;br&gt;3. **探索更远**：AI可以让探测器自主决策&lt;br&gt;4. **数据处理**：海量卫星数据靠AI快速分析&lt;br&gt;5. **预测能力**：提前预判太空天气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**AI失控**：太空中的AI系统出故障难以修复&lt;br&gt;2. **轨道碎片**：大量卫星增加碰撞风险&lt;br&gt;3. **军事化**：AI卫星用于军事目的&lt;br&gt;4. **天文干扰**：大量卫星影响天文观测&lt;br&gt;5. **依赖风险**：过度依赖AI可能导致人工操作能力退化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**能做到**：轨道计算、故障预测、数据分析、路径优化&lt;br&gt;**做不到**：完全自主的太空探索、处理完全未知的宇宙现象、真正的科学发现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AI飞行员可能成为现实；卫星星座管理智能化；太空旅游普及；AI在深空探索中作用越来越大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航班更准点；太空互联网（星链）普及；卫星通信更稳定；太空旅游成为可能</w:t>
            </w:r>
          </w:p>
        </w:tc>
      </w:tr>
    </w:tbl>
    <w:p>
      <w:r>
        <w:t>---</w:t>
      </w:r>
    </w:p>
    <w:p>
      <w:pPr>
        <w:pStyle w:val="Heading2"/>
      </w:pPr>
      <w:r>
        <w:t>九、农业领域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**精准农业**：AI分析土壤、天气，决定浇水、施肥时机&lt;br&gt;2. **病虫害识别**：AI通过图像识别病虫害，早发现早治疗&lt;br&gt;3. **产量预测**：AI预测农作物产量，指导销售&lt;br&gt;4. **智能农机**：无人拖拉机、植保无人机&lt;br&gt;5. **育种加速**：AI分析基因数据，加速优良品种培育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**增产减成本**：精准农业可以减少30%肥料使用，增加20%产量&lt;br&gt;2. **减少农药**：精准施药，减少环境污染&lt;br&gt;3. **解决劳动力不足**：年轻人不愿种地，AI+机械可以填补&lt;br&gt;4. **应对气候变化**：AI帮助调整种植策略适应新气候&lt;br&gt;5. **食品安全**：全程追溯，从田间到餐桌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**小农困境**：大公司用AI种田，小农被淘汰&lt;br&gt;2. **技术门槛**：农民学习AI有困难&lt;br&gt;3. **数据依赖**：天气数据、病虫害数据不准确会影响判断&lt;br&gt;4. **失业问题**：农业人工需求大幅减少&lt;br&gt;5. **生态影响**：大规模单一作物种植可能破坏生态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**能做到**：数据分析、精准控制、模式识别、预测建模&lt;br&gt;**做不到**：处理突发自然灾害（洪水、地震）、完全替代农艺知识、解决农业政策问题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农业机器人普及；垂直农场（室内种植）增长；AI育种加速；农产品全程智能化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蔬菜水果可能更便宜、更安全；食品安全更有保障；农民越来越少；进口食品可能更多</w:t>
            </w:r>
          </w:p>
        </w:tc>
      </w:tr>
    </w:tbl>
    <w:p>
      <w:r>
        <w:t>---</w:t>
      </w:r>
    </w:p>
    <w:p>
      <w:pPr>
        <w:pStyle w:val="Heading2"/>
      </w:pPr>
      <w:r>
        <w:t>十、工业与制造领域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**智能工厂**：AI控制整个生产线，优化生产流程&lt;br&gt;2. **质量检测**：AI视觉检测产品缺陷，准确率超人类&lt;br&gt;3. **预测性维护**：AI预测设备故障，提前维护&lt;br&gt;4. **供应链优化**：AI预测需求，优化库存和物流&lt;br&gt;5. **工艺优化**：AI找到最优生产工艺参数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**效率大幅提升**：AI优化让产能提升20-30%&lt;br&gt;2. **质量更稳定**：AI检测比人眼更可靠&lt;br&gt;3. **减少停机**：预测性维护避免突发故障&lt;br&gt;4. **降低成本**：减少原料浪费、降低人工成本&lt;br&gt;5. **柔性生产**：快速切换产品型号，适应小批量多品种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**工人失业**：大量工厂工人被机器替代&lt;br&gt;2. **技术依赖**：工厂高度依赖AI系统&lt;br&gt;3. **网络安全**：工厂系统被黑可能造成生产事故&lt;br&gt;4. **投资门槛**：中小企业无力投资智能制造&lt;br&gt;5. **供应链风险**：高度优化的供应链反而脆弱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**能做到**：重复性生产、质量检测、数据分析、流程优化&lt;br&gt;**做不到**：处理复杂质量问题、应对市场变化、处理突发设备故障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无人工厂越来越多；数字孪生（虚实结合）普及；工业大模型出现；供应链韧性被重视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国产商品质量提升；价格可能下降；工厂工人需求减少；技能型工人（会操作AI设备）需求增加</w:t>
            </w:r>
          </w:p>
        </w:tc>
      </w:tr>
    </w:tbl>
    <w:p>
      <w:r>
        <w:t>---</w:t>
      </w:r>
    </w:p>
    <w:p>
      <w:pPr>
        <w:pStyle w:val="Heading2"/>
      </w:pPr>
      <w:r>
        <w:t>十一、建筑与工程领域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**BIM建模**：AI自动生成建筑信息模型&lt;br&gt;2. **结构设计**：AI辅助设计更安全、更省材料&lt;br&gt;3. **施工规划**：AI优化施工顺序、减少浪费&lt;br&gt;4. **安全监控**：AI监测工地安全、识别危险行为&lt;br&gt;5. **智能建筑**：AI控制照明、空调、电梯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**设计效率提升**：AI可以快速生成多个设计方案&lt;br&gt;2. **减少设计错误**：AI发现图纸中的冲突和错误&lt;br&gt;3. **节省材料**：AI优化结构设计，节省10-20%材料&lt;br&gt;4. **施工更安全**：AI监控减少事故&lt;br&gt;5. **建筑更舒适**：智能建筑节能30%以上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**设计师失业**：初级设计师需求减少&lt;br&gt;2. **同质化**：AI生成的设计可能缺乏创意&lt;br&gt;3. **安全责任**：AI设计出错导致事故，谁负责？&lt;br&gt;4. **数据隐私**：建筑数据涉及隐私和安全&lt;br&gt;5. **技术门槛**：小型设计院可能被淘汰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**能做到**：重复性建模、数据分析、安全监测&lt;br&gt;**做不到**：真正的创意设计、处理复杂的现场情况、承担法律责任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AI辅助设计成为标配；数字孪生建筑普及；建筑机器人应用增多；绿色建筑智能化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建筑质量提升；智能家居更普及；房屋可能更便宜（设计成本降低）；建筑工人减少</w:t>
            </w:r>
          </w:p>
        </w:tc>
      </w:tr>
    </w:tbl>
    <w:p>
      <w:r>
        <w:t>---</w:t>
      </w:r>
    </w:p>
    <w:p>
      <w:pPr>
        <w:pStyle w:val="Heading2"/>
      </w:pPr>
      <w:r>
        <w:t>十二、化工领域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**分子模拟**：AI模拟化学反应，预测产物&lt;br&gt;2. **配方优化**：AI找到最优配方，减少实验次数&lt;br&gt;3. **工艺控制**：AI控制化工生产过程&lt;br&gt;4. **安全监控**：AI监测泄漏、火灾等风险&lt;br&gt;5. **供应链**：AI优化化工原料采购和物流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**研发加速**：AI筛选候选分子，减少90%实验&lt;br&gt;2. **更安全**：AI实时监控，预防事故&lt;br&gt;3. **更环保**：AI优化工艺，减少污染排放&lt;br&gt;4. **降低成本**：AI减少原料浪费&lt;br&gt;5. **创新材料**：AI帮助研发新材料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**实验室事故**：AI模拟出错，实验失败甚至爆炸&lt;br&gt;2. **环境风险**：化工厂AI失控可能造成污染&lt;br&gt;3. **知识产权**：AI生成的新配方归属谁？&lt;br&gt;4. **就业影响**：化工工人需求减少&lt;br&gt;5. **技术依赖**：中小企业依赖大公司AI平台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**能做到**：分子模拟、配方优化、过程控制&lt;br&gt;**做不到**：处理未知的化学反应、处理复杂的工程问题、替代安全生产管理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AI驱动的新材料不断涌现；化工厂越来越自动化；绿色化工加速发展；AI加速碳中和相关技术研发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新材料产品更多；化工产品可能更便宜；化工厂事故减少；就业机会变化</w:t>
            </w:r>
          </w:p>
        </w:tc>
      </w:tr>
    </w:tbl>
    <w:p>
      <w:r>
        <w:t>---</w:t>
      </w:r>
    </w:p>
    <w:p>
      <w:pPr>
        <w:pStyle w:val="Heading2"/>
      </w:pPr>
      <w:r>
        <w:t>十三、物流与运输领域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**路径优化**：AI规划最优配送路线&lt;br&gt;2. **仓储管理**：AI控制机器人分拣、搬运&lt;br&gt;3. **无人配送**：无人机、无人车配送&lt;br&gt;4. **需求预测**：AI预测物流需求，预先调配资源&lt;br&gt;5. **智能调度**：AI调度车辆、人员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**配送更快**：路径优化减少配送时间&lt;br&gt;2. **成本更低**：仓储自动化减少人工成本&lt;br&gt;3. **更准确**：减少发错货、漏发货&lt;br&gt;4. **7x24**：无人仓库可以24小时运作&lt;br&gt;5. **碳减排**：优化路线减少空驶，降低排放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**快递员失业**：大量快递员被替代&lt;br&gt;2. **失业潮**：卡车司机被无人驾驶替代&lt;br&gt;3. **技术事故**：仓库机器人故障可能造成损失&lt;br&gt;4. **数据安全**：物流数据涉及商业秘密&lt;br&gt;5. **偏远地区被忽视**：AI优化成本，偏远地区服务变差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**能做到**：路径规划、仓储自动化、需求预测&lt;br&gt;**做不到**：处理复杂的客户关系、应对突发情况（自然灾害）、上楼配送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无人配送普及（无人机+无人车）；仓储机器人更智能；长途运输自动驾驶；跨境物流更便捷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快递越来越快；当天下单当天到；快递费用可能下降；快递员工作变化</w:t>
            </w:r>
          </w:p>
        </w:tc>
      </w:tr>
    </w:tbl>
    <w:p>
      <w:r>
        <w:t>---</w:t>
      </w:r>
    </w:p>
    <w:p>
      <w:pPr>
        <w:pStyle w:val="Heading2"/>
      </w:pPr>
      <w:r>
        <w:t>十四、交通出行领域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**智能驾驶**：自动驾驶汽车、辅助驾驶&lt;br&gt;2. **交通调度**：AI优化红绿灯、交通信号&lt;br&gt;3. **城市规划**：AI分析出行数据，优化道路设计&lt;br&gt;4. **出行服务**：AI优化打车、公交、地铁衔接&lt;br&gt;5. **车路协同**：AI让车和路"对话"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**更安全**：AI不会疲劳驾驶，减少90%事故&lt;br&gt;2. **更高效**：AI优化交通流，减少拥堵30%&lt;br&gt;3. **更便捷**：出行无缝衔接，一站式服务&lt;br&gt;4. **更环保**：优化路线减少排放&lt;br&gt;5. **老人残障**：无法开车的人也能出行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**事故责任**：自动驾驶出事算谁的？&lt;br&gt;2. **技术不成熟**：AI可能无法应对复杂路况&lt;br&gt;3. **失业**：出租车司机、卡车司机被替代&lt;br&gt;4. **数据安全**：出行数据被滥用&lt;br&gt;5. **技术鸿沟**：不会用智能设备的人被边缘化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**能做到**：辅助驾驶、路径规划、交通优化&lt;br&gt;**做不到**：完全替代人类司机（复杂路况）、处理道德困境、处理所有意外情况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辅助驾驶成为标配；Robotaxi普及；高速自动驾驶实现；城市交通智能化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开车更轻松（辅助驾驶）；车祸减少；出行更便利；驾照可能变得不那么重要</w:t>
            </w:r>
          </w:p>
        </w:tc>
      </w:tr>
    </w:tbl>
    <w:p>
      <w:r>
        <w:t>---</w:t>
      </w:r>
    </w:p>
    <w:p>
      <w:pPr>
        <w:pStyle w:val="Heading2"/>
      </w:pPr>
      <w:r>
        <w:t>十五、公共安全领域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**安防监控**：AI识别人脸、行为，识别可疑人员&lt;br&gt;2. **灾害预警**：AI预测地震、洪水、火灾&lt;br&gt;3. **应急救援**：AI辅助救援决策&lt;br&gt;4. **犯罪预防**：AI分析犯罪数据，预测犯罪热点&lt;br&gt;5. **消防**：AI监测火灾隐患，指导灭火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**犯罪率下降**：监控+AI让犯罪更难隐藏&lt;br&gt;2. **灾害损失减少**：提前预警，减少人员伤亡&lt;br&gt;3. **救援更高效**：AI找到最优救援方案&lt;br&gt;4. **公共资源优化**：AI帮助合理分配警力&lt;br&gt;5. **食品安全**：AI监测食品安全问题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**隐私侵犯**：无处不在的监控&lt;br&gt;2. **误判**：AI可能错误识别嫌疑人&lt;br&gt;3. **滥用风险**：被用来打压异见人士&lt;br&gt;4. **社会恐慌**：被监控感觉不舒服&lt;br&gt;5. **依赖风险**：过度依赖AI可能忽视人为判断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**能做到**：视频分析、模式识别、数据预测&lt;br&gt;**做不到**：处理复杂的社会问题、预防所有犯罪、替代人的现场判断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智慧城市安防系统普及；AI预警能力增强；应急响应更智能；隐私保护和安防的平衡成为焦点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安全感提升；公共场所更安全；隐私担忧增加；被"误伤"的可能</w:t>
            </w:r>
          </w:p>
        </w:tc>
      </w:tr>
    </w:tbl>
    <w:p>
      <w:r>
        <w:t>---</w:t>
      </w:r>
    </w:p>
    <w:p>
      <w:pPr>
        <w:pStyle w:val="Heading2"/>
      </w:pPr>
      <w:r>
        <w:t>十六、国家安全领域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**情报分析**：AI处理海量情报数据&lt;br&gt;2. **网络安全**：AI防御网络攻击&lt;br&gt;3. **反恐**：AI识别可疑行为和人员&lt;br&gt;4. **舆论战**：AI分析外宣、识别虚假信息&lt;br&gt;5. **边境管控**：AI识别非法入境者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**防御能力提升**：AI可以发现传统方法发现不了的威胁&lt;br&gt;2. **反应更快**：实时监测，快速响应&lt;br&gt;3. **成本更低**：用AI替代大量人力&lt;br&gt;4. **更精准**：减少误伤&lt;br&gt;5. **预防为主**：提前发现威胁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**AI军备竞赛**：各国争相发展AI武器&lt;br&gt;2. **网络攻击**：AI让攻击更厉害&lt;br&gt;3. **监控公民**：以国家安全为名的监控&lt;br&gt;4. **假情报**：AI生成虚假情报更难识别&lt;br&gt;5. **国际紧张**：AI技术差距加剧国家间不信任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**能做到**：数据分析、模式识别、网络防御&lt;br&gt;**做不到**：完全替代人的判断、处理地缘政治的复杂性、预防所有安全威胁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AI成为国家安全标配；网络战更激烈；真假信息更难辨别；国际AI治理规则建立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网络更安全但也更危险；信息更难辨别真伪；个人隐私与国家安全平衡问题</w:t>
            </w:r>
          </w:p>
        </w:tc>
      </w:tr>
    </w:tbl>
    <w:p>
      <w:r>
        <w:t>---</w:t>
      </w:r>
    </w:p>
    <w:p>
      <w:pPr>
        <w:pStyle w:val="Heading2"/>
      </w:pPr>
      <w:r>
        <w:t>十七、数据安全与网络安全领域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**威胁检测**：AI识别病毒、木马、钓鱼攻击&lt;br&gt;2. **漏洞扫描**：AI发现系统和软件漏洞&lt;br&gt;3. **身份认证**：AI人脸识别、指纹识别&lt;br&gt;4. **数据加密**：AI辅助加密和解密&lt;br&gt;5. **安全运维**：AI自动响应安全事件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**发现更快**：AI可以在攻击发生前发现威胁&lt;br&gt;2. **自动化响应**：减少人工响应时间&lt;br&gt;3. **预测能力**：AI预测可能的安全风险&lt;br&gt;4. **更全面**：AI可以24小时监测&lt;br&gt;5. **降低成本**：减少安全人员需求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**AI攻击**：黑客用AI发动更高级攻击&lt;br&gt;2. **对抗样本**：黑客欺骗AI检测系统&lt;br&gt;3. **数据泄露**：AI系统本身可能成为攻击目标&lt;br&gt;4. **误报**：AI误报可能影响正常业务&lt;br&gt;5. **依赖风险**：过度依赖AI可能忽视基本安全措施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**能做到**：模式识别、异常检测、自动化响应&lt;br&gt;**做不到**：处理所有未知攻击、处理人的社会工程攻击、替代安全专家的判断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AI安全成为最大需求；生成式AI带来新的安全挑战；零信任架构普及；AI安全人才缺口巨大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密码可能不再重要（生物识别）；账户更安全；网络诈骗更难识别；个人隐私保护更重要</w:t>
            </w:r>
          </w:p>
        </w:tc>
      </w:tr>
    </w:tbl>
    <w:p>
      <w:r>
        <w:t>---</w:t>
      </w:r>
    </w:p>
    <w:p>
      <w:pPr>
        <w:pStyle w:val="Heading2"/>
      </w:pPr>
      <w:r>
        <w:t>十八、智能驾驶领域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**辅助驾驶**：车道保持、自适应巡航、自动泊车&lt;br&gt;2. **自动驾驶**：L3-L5级别自动驾驶&lt;br&gt;3. **车路协同**：车与车、车与路的信息交互&lt;br&gt;4. **智能座舱**：语音助手、手势控制、疲劳监测&lt;br&gt;5. **共享出行**：Robotaxi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**更安全**：AI不会酒驾、疲劳驾驶&lt;br&gt;2. **更方便**：老人残障人士也能开车&lt;br&gt;3. **更高效**：AI可以编队行驶，减少拥堵&lt;br&gt;4. **更环保**：优化驾驶，减少能耗&lt;br&gt;5. **释放时间**：开车时间可以工作休息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**技术不成熟**：复杂路况仍有问题&lt;br&gt;2. **事故责任**：出事谁负责？车主？车企？AI？&lt;br&gt;3. **失业**：职业司机被替代&lt;br&gt;4. **黑客攻击**：自动驾驶被黑可能造成事故&lt;br&gt;5. **道德困境**：电车难题如何解决？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**能做到**：结构化道路自动驾驶、辅助驾驶&lt;br&gt;**做不到**：100%应对所有路况、处理所有意外、处理复杂道德判断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辅助驾驶成为标配；特定场景自动驾驶实现（高速、园区）；Robotaxi规模扩大；完全自动驾驶可能还需要10年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开车更轻松；驾照可能变得不那么必要；车祸减少；职业司机面临转型</w:t>
            </w:r>
          </w:p>
        </w:tc>
      </w:tr>
    </w:tbl>
    <w:p>
      <w:r>
        <w:t>---</w:t>
      </w:r>
    </w:p>
    <w:p>
      <w:pPr>
        <w:pStyle w:val="Heading2"/>
      </w:pPr>
      <w:r>
        <w:t>十九、机器人领域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**工业机器人**：汽车制造、电子装配&lt;br&gt;2. **服务机器人**：餐厅、酒店、医院服务&lt;br&gt;3. **特种机器人**：拆弹、救援、深海探索&lt;br&gt;4. **人形机器人**：特斯拉Optimus、小米铁大&lt;br&gt;5. **家庭机器人**：扫地、陪伴、教育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**不知疲倦**：可以24小时工作&lt;br&gt;2. **精准**：比人更精准&lt;br&gt;3. **危险任务**：代替人类做危险工作&lt;br&gt;4. **解决劳动力不足**：人口减少后补充劳动力&lt;br&gt;5. **助老**：照顾老人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**失业**：大量工人、服务员被替代&lt;br&gt;2. **失控风险**：机器人伤人事件&lt;br&gt;3. **技术门槛**：价格太贵，中小企业用不起&lt;br&gt;4. **人机关系**：人类社交能力退化&lt;br&gt;5. **武器化**：杀人机器人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**能做到**：重复性任务、精密操作、危险任务&lt;br&gt;**做不到**：真正的情感交流、处理非结构化环境、创意工作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人形机器人量产；家庭机器人普及；机器人协作成为主流；Robot成为新物种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家务减少；服务行业体验变化；工作机会减少；人机交互增多</w:t>
            </w:r>
          </w:p>
        </w:tc>
      </w:tr>
    </w:tbl>
    <w:p>
      <w:r>
        <w:t>---</w:t>
      </w:r>
    </w:p>
    <w:p>
      <w:pPr>
        <w:pStyle w:val="Heading2"/>
      </w:pPr>
      <w:r>
        <w:t>二十、金融领域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**风控**：AI评估贷款风险、检测欺诈&lt;br&gt;2. **量化交易**：AI选股、交易&lt;br&gt;3. **保险精算**：AI定价保险、核保&lt;br&gt;4. **客服**：AI理财顾问、客服机器人&lt;br&gt;5. **反洗钱**：AI识别可疑交易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**风控更准**：AI发现更多欺诈&lt;br&gt;2. **普惠金融**：让更多人获得贷款&lt;br&gt;3. **投资门槛降低**：AI让普通人也能享受智能理财&lt;br&gt;4. **效率提升**：审批从几天到几分钟&lt;br&gt;5. **市场更有效**：AI让价格更合理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**算法偏见**：对某些群体歧视性定价&lt;br&gt;2. **市场波动**：AI量化交易可能加剧暴跌&lt;br&gt;3. **欺诈升级**：AI也被用来诈骗&lt;br&gt;4. **责任不清**：AI投资亏损算谁的？&lt;br&gt;5. **信息不对称**：大机构比散户有更多AI优势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**能做到**：数据分析、风险评估、自动化交易&lt;br&gt;**做不到**：预测黑天鹅事件、理解宏观经济、处理复杂的人际关系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AI投顾普及；数字货币智能化；个性化保险成为可能；金融监管AI化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贷款更容易（也可能被AI拒绝）；理财更方便；诈骗更难识别；金融知识更重要</w:t>
            </w:r>
          </w:p>
        </w:tc>
      </w:tr>
    </w:tbl>
    <w:p>
      <w:r>
        <w:t>---</w:t>
      </w:r>
    </w:p>
    <w:p>
      <w:pPr>
        <w:pStyle w:val="Heading2"/>
      </w:pPr>
      <w:r>
        <w:t>二十一、法律领域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**合同审查**：AI快速审查合同，识别风险&lt;br&gt;2. **案例检索**：AI快速找到类似案例&lt;br&gt;3. **法律文书**：AI生成起诉书、答辩状&lt;br&gt;4. **合规检测**：AI检测企业合规风险&lt;br&gt;5. **法律咨询**：AI回答简单法律问题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**效率提升**：律师效率提升10倍&lt;br&gt;2. **成本降低**：普通人也能请得起"AI律师"&lt;br&gt;3. **减少错误**：AI减少文书错误&lt;br&gt;4. **普惠法律**：让更多人获得法律服务&lt;br&gt;5. **更客观**：AI不受情绪影响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**失业风险**：初级律师、助理被替代&lt;br&gt;2. **错误风险**：AI可能给出错误法律建议&lt;br&gt;3. **责任问题**：AI建议导致损失算谁的？&lt;br&gt;4. **偏见问题**：AI可能学习了过去判例的偏见&lt;br&gt;5. **理解局限**：AI无法理解复杂的人情世故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**能做到**：文书工作、案例检索、信息整理&lt;br&gt;**做不到**：出庭辩护、调解谈判、处理人情关系、替代法官判断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AI辅助律师成为主流；简单案件AI裁判；法律服务普惠化；法律教育改变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法律咨询更便宜；打官司更快；律师更贵（因为需要高级服务）；普通纠纷可能在线解决</w:t>
            </w:r>
          </w:p>
        </w:tc>
      </w:tr>
    </w:tbl>
    <w:p>
      <w:r>
        <w:t>---</w:t>
      </w:r>
    </w:p>
    <w:p>
      <w:pPr>
        <w:pStyle w:val="Heading2"/>
      </w:pPr>
      <w:r>
        <w:t>二十二、电商与零售领域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**推荐系统**：千人千面商品推荐&lt;br&gt;2. **智能客服**：AI回答购物问题、处理售后&lt;br&gt;3. **精准营销**：AI分析用户，推送广告&lt;br&gt;4. **供应链**：AI预测需求、优化库存&lt;br&gt;5. **价格策略**：AI动态定价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**购物更便捷**：找到想要的东西更容易&lt;br&gt;2. **价格更透明**：AI帮助比价&lt;br&gt;3. **服务更好**：24小时AI客服&lt;br&gt;4. **减少浪费**：精准库存减少浪费&lt;br&gt;5. **个性化**：每个人有专属购物体验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**成瘾设计**：AI让购物欲停不下来&lt;br&gt;2. **杀熟**：AI对不同人不同价格&lt;br&gt;3. **假货**：AI被用来制造假评价&lt;br&gt;4. **隐私**：消费数据被过度收集&lt;br&gt;5. **实体店倒闭**：传统零售被电商替代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**能做到**：推荐、客服、价格优化、库存管理&lt;br&gt;**做不到**：替代逛街体验、处理所有售后问题、理解所有消费者需求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AI主播普及；即时零售成为标配；线下门店智能化；个性化定制成为可能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购物更方便但更容易冲动消费；价格可能更便宜但也可能被杀熟；实体店体验升级</w:t>
            </w:r>
          </w:p>
        </w:tc>
      </w:tr>
    </w:tbl>
    <w:p>
      <w:r>
        <w:t>---</w:t>
      </w:r>
    </w:p>
    <w:p>
      <w:pPr>
        <w:pStyle w:val="Heading2"/>
      </w:pPr>
      <w:r>
        <w:t>二十三、传媒与内容创作领域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**内容生成**：AI写作文章、生成图片视频&lt;br&gt;2. **内容审核**：AI识别违规内容&lt;br&gt;3. **个性化推荐**：AI推荐你喜欢的内容&lt;br&gt;4. **翻译配音**：AI翻译视频、合成配音&lt;br&gt;5. **数据分析**：AI分析内容效果、受众喜好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**创作门槛降低**：不会画画也能做图&lt;br&gt;2. **效率提升**：写文章从几小时到几分钟&lt;br&gt;3. **成本降低**：小企业也能做内容营销&lt;br&gt;4. **个性化**：内容更贴合受众&lt;br&gt;5. **打破语言障碍**：翻译让全球内容互通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**虚假信息**：AI生成假新闻更难识别&lt;br&gt;2. **版权问题**：AI作品版权归谁？&lt;br&gt;3. **创作者失业**：部分设计师、写手被替代&lt;br&gt;4. **内容同质化**：大家都用AI，风格趋同&lt;br&gt;5. **深度伪造**：AI换脸造假更难防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**能做到**：重复性内容生成、格式转换、内容审核&lt;br&gt;**做不到**：真正的创意、深度报道、情感共鸣、处理复杂社会议题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人机协作成为主流；AI生成内容泛滥；真假内容更难辨别；创作者转型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内容更多但质量参差；真假难辨；创作者机会增加但竞争加剧；内容消费习惯改变</w:t>
            </w:r>
          </w:p>
        </w:tc>
      </w:tr>
    </w:tbl>
    <w:p>
      <w:r>
        <w:t>---</w:t>
      </w:r>
    </w:p>
    <w:p>
      <w:pPr>
        <w:pStyle w:val="Heading2"/>
      </w:pPr>
      <w:r>
        <w:t>二十四、能源与环保领域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**智能电网**：AI优化电力调度、减少浪费&lt;br&gt;2. **新能源预测**：AI预测风能、太阳能发电量&lt;br&gt;3. **碳排放监测**：AI监测企业碳排放&lt;br&gt;4. **环境监测**：AI监测空气、水质&lt;br&gt;5. **设备维护**：AI预测能源设备故障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**节能**：AI优化让能耗降低20-30%&lt;br&gt;2. **减排**：减少碳排放&lt;br&gt;3. **新能源稳定**：解决新能源波动问题&lt;br&gt;4. **提前预警**：发现环境问题&lt;br&gt;5. **降低成本**：减少设备故障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**能源消耗**：训练AI本身耗电量大&lt;br&gt;2. **数据中心**：建设数据中心影响环境&lt;br&gt;3. **技术门槛**：发展中国家难受益&lt;br&gt;4. **替代就业**：能源工人失业&lt;br&gt;5. **过度依赖**：停电时怎么办？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**能做到**：数据分析、预测优化、过程控制&lt;br&gt;**做不到**：解决能源政策问题、替代能源基础设施、处理所有环境问题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智能电网普及；AI加速新能源发展；碳中和更有希望；能源管理更精细化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电费可能下降；空气质量改善；新能源更可靠；绿色生活更容易</w:t>
            </w:r>
          </w:p>
        </w:tc>
      </w:tr>
    </w:tbl>
    <w:p>
      <w:r>
        <w:t>---</w:t>
      </w:r>
    </w:p>
    <w:p>
      <w:pPr>
        <w:pStyle w:val="Heading2"/>
      </w:pPr>
      <w:r>
        <w:t>二十五、生活服务领域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**智能家居**：语音控制灯光、空调&lt;br&gt;2. **个人助理**：日程管理、提醒事项&lt;br&gt;3. **饮食健康**：AI食谱、卡路里计算&lt;br&gt;4. **出行规划**：AI规划路线、订票&lt;br&gt;5. **旅游**：AI定制旅行计划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**更便利**：动动嘴就能控制一切&lt;br&gt;2. **更健康**：AI帮你管住嘴迈开腿&lt;br&gt;3. **省时间**：AI帮你规划一切&lt;br&gt;4. **个性化**：AI懂你的习惯&lt;br&gt;5. **助老助残**：让老人残障人士生活更方便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**隐私问题**：家里情况被监控&lt;br&gt;2. **依赖**：离开AI不会生活&lt;br&gt;3. **成瘾**：游戏、短视频让人上瘾&lt;br&gt;4. **技能退化**：连导航都不会了&lt;br&gt;5. **安全漏洞**：智能设备被黑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**能做到**：重复性任务、信息整理、日程管理&lt;br&gt;**做不到**：真正的情感陪伴、处理复杂的生活决策、替代真实的人际关系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智能家居成为标配；AI个人健康管家普及；生活更便捷但隐私更受关注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生活更便利；隐私担忧增加；人与人交流减少；健康更容易管理</w:t>
            </w:r>
          </w:p>
        </w:tc>
      </w:tr>
    </w:tbl>
    <w:p>
      <w:r>
        <w:t>---</w:t>
      </w:r>
    </w:p>
    <w:p>
      <w:pPr>
        <w:pStyle w:val="Heading2"/>
      </w:pPr>
      <w:r>
        <w:t>二十六、体育与竞技领域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**战术分析**：AI分析对手、制定战术&lt;br&gt;2. **训练优化**：AI监测运动员状态、优化训练&lt;br&gt;3. **伤病预防**：AI预测伤病风险&lt;br&gt;4. **裁判辅助**：AI辅助判罚&lt;br&gt;5. **赛事预测**：AI预测比赛结果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**成绩提升**：AI让运动员发挥更好&lt;br&gt;2. **减少伤病**：提前发现伤病风险&lt;br&gt;3. **观赛体验**：AI让解说更专业&lt;br&gt;4. **公平判罚**：减少裁判争议&lt;br&gt;5. **粉丝互动**：AI让粉丝参与更多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**技术不公平**：富国vs穷国AI差距大&lt;br&gt;2. **作弊升级**：AI辅助作弊更难发现&lt;br&gt;3. **运动员压力**：数据被AI监控&lt;br&gt;4. **比赛变味**：AI指挥的比赛不够精彩&lt;br&gt;5. **隐私问题**：运动员数据被滥用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**能做到**：数据分析、模式识别、预测建模&lt;br&gt;**做不到**：替代运动员的临场发挥、处理比赛中的意外情况、创造真正的竞技精神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AI教练普及；数据驱动训练成为标配；观赛体验升级；AI裁判辅助判罚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比赛更精彩；观赛体验更好；自己喜欢的球队更有竞争力；体育博彩更复杂</w:t>
            </w:r>
          </w:p>
        </w:tc>
      </w:tr>
    </w:tbl>
    <w:p>
      <w:r>
        <w:t>---</w:t>
      </w:r>
    </w:p>
    <w:p>
      <w:pPr>
        <w:pStyle w:val="Heading2"/>
      </w:pPr>
      <w:r>
        <w:t>二十七、艺术与文化领域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**文物修复**：AI修复古籍、壁画&lt;br&gt;2. **艺术鉴定**：AI识别赝品&lt;br&gt;3. **文化保护**：AI数字化保存文化遗产&lt;br&gt;4. **创作辅助**：AI帮助艺术家创作&lt;br&gt;5. **翻译传播**：AI翻译古籍、戏曲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**文物保护**：AI让文物"活"起来&lt;br&gt;2. **传承文化**：让更多人了解传统文化&lt;br&gt;3. **创作更便捷**：艺术家有更多工具&lt;br&gt;4. **修复更精准**：AI可以修复人工难以修复的文物&lt;br&gt;5. **打破语言障碍**：AI翻译让文化无国界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**版权争议**：AI模仿艺术家风格是否侵权？&lt;br&gt;2. **文化挪用**：AI可能被用来歪曲文化&lt;br&gt;3. **传统手艺失传**：过度依赖AI&lt;br&gt;4. **同质化**：AI生成的艺术缺乏灵魂&lt;br&gt;5. **真实性问题**：AI修复的是真实历史吗？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**能做到**：数据修复、风格模仿、内容生成&lt;br&gt;**做不到**：真正的艺术创造、理解文化深层含义、替代人的情感表达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文物数字化加速；AI与艺术家合作成为常态；文化体验更沉浸；传统与现代融合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可以看到更多"复活"的文物；博物馆体验升级；艺术品真假更难辨；传统文化更容易接触</w:t>
            </w:r>
          </w:p>
        </w:tc>
      </w:tr>
    </w:tbl>
    <w:p>
      <w:r>
        <w:t>---</w:t>
      </w:r>
    </w:p>
    <w:p>
      <w:pPr>
        <w:pStyle w:val="Heading2"/>
      </w:pPr>
      <w:r>
        <w:t>二十八、未来发展与前沿领域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**AGI探索**：研究通用人工智能&lt;br&gt;2. **量子AI**：量子计算+AI结合&lt;br&gt;3. **脑机接口**：AI解读大脑信号&lt;br&gt;4. **AI自我进化**：AI改进AI&lt;br&gt;5. **具身智能**：AI控制机器人身体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**科技爆发**：可能带来下一次工业革命&lt;br&gt;2. **解决人类难题**：疾病、气候、能源&lt;br&gt;3. **认知增强**：人类能力被AI放大&lt;br&gt;4. **探索宇宙**：AI可以探索人类去不了的地方&lt;br&gt;5. **自我改进**：AI可以不断进化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**AI失控**：AI变得比人类聪明，可能失控&lt;br&gt;2. **存在风险**：人类能否控制超级AI？&lt;br&gt;3. **失业危机**：如果AI比人类更能干&lt;br&gt;4. **权力集中**：谁控制超级AI谁就控制世界&lt;br&gt;5. **伦理问题**：AI权利、人类定义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**能做到**：特定领域超越人类；持续自我改进&lt;br&gt;**做不到**：真正的通用智能（还未实现）；理解自身存在的意义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大模型能力持续提升；具身智能突破；AI应用场景不断拓展；AGI仍需时间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AI能力越来越强；人类角色重新定义；准备好迎接变化</w:t>
            </w:r>
          </w:p>
        </w:tc>
      </w:tr>
    </w:tbl>
    <w:p>
      <w:r>
        <w:t>---</w:t>
      </w:r>
    </w:p>
    <w:p>
      <w:pPr>
        <w:pStyle w:val="Heading2"/>
      </w:pPr>
      <w:r>
        <w:t>二十九、宇宙探索与未知领域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**AI当前应用场景**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**深空探测**：AI控制探测器自主决策&lt;br&gt;2. **信号识别**：AI分析来自宇宙的信号&lt;br&gt;3. **天文发现**：AI发现新天体、新现象&lt;br&gt;4. **宇宙模拟**：AI模拟宇宙演化&lt;br&gt;5. **外星生命**：AI帮助寻找地外生命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**助益（正面价值）**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**探索加速**：AI让探测器更"聪明"&lt;br&gt;2. **发现更多**：从海量数据中发现新天体&lt;br&gt;3. **降低成本**：减少地面指挥需求&lt;br&gt;4. **应对延迟**：光速延迟导致通讯慢，AI可以自主决策&lt;br&gt;5. **回答终极问题**：宇宙从哪里来？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**弊端/风险**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**失控风险**：深空AI失控无法修复&lt;br&gt;2. **发现无法理解**：AI发现的可能是人类无法理解的&lt;br&gt;3. **资源投入**：探索太空可能影响地球问题解决&lt;br&gt;4. **接触风险**：接触外星文明可能是风险&lt;br&gt;5. **数据爆炸**：宇宙数据太多，人类处理不过来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**AI能力边界**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**能做到**：数据分析、模式识别、自主决策&lt;br&gt;**做不到**：理解宇宙的终极意义、处理完全未知的现象、替代人类的探索精神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AI探测器登陆更多星球；宇宙数据处理更智能；太空望远镜+AI发现更多系外行星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宇宙知识爆发；太空新闻增多；人类在宇宙中的位置重新定义</w:t>
            </w:r>
          </w:p>
        </w:tc>
      </w:tr>
    </w:tbl>
    <w:p>
      <w:r>
        <w:t>---</w:t>
      </w:r>
    </w:p>
    <w:p>
      <w:pPr>
        <w:pStyle w:val="Heading2"/>
      </w:pPr>
      <w:r>
        <w:t>三十、AI自身发展与风险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18"/>
              </w:rPr>
              <w:t>维度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内容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**AI当前状态**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**大模型时代**：ChatGPT、Claude等LLM改变人机交互&lt;br&gt;2. **多模态**：AI可以处理文字、图片、视频、音频&lt;br&gt;3. **应用爆发**：AI进入各行各业&lt;br&gt;4. **开源崛起**：开源模型能力逼近闭源&lt;br&gt;5. **监管开始**：各国开始制定AI法规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**核心助益**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**生产力革命**：可能是工业革命以来最大的变革&lt;br&gt;2. **知识普惠**：让知识获取更平等&lt;br&gt;3. **科学研究加速**：AI for Science&lt;br&gt;4. **医疗突破**：AI辅助诊断、新药研发&lt;br&gt;5. **人类能力放大**：每个人都可以有AI助手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**核心风险**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1. **存在性风险**：超级AI可能威胁人类生存&lt;br&gt;2. **失业危机**：大量工作被替代&lt;br&gt;3. **权力集中**：AI能力集中在少数公司和国家&lt;br&gt;4. **虚假信息**：AI生成的内容难以分辨真假&lt;br&gt;5. **社会撕裂**：AI受益者vs受损者差距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**当前AI能做到**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文字/图像/视频生成、代码编写、数据分析、语言翻译、知识问答、创意辅助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**当前AI做不到**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真正的理解和推理、情感和价值观、长期规划、常识理解、持续学习（不遗忘）、跨领域创新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**未来3-5年趋势**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GPT-5及更强大模型；AI Agent爆发；具身智能落地；AI for Science突破；监管完善</w:t>
            </w:r>
          </w:p>
        </w:tc>
      </w:tr>
      <w:tr>
        <w:tc>
          <w:tcPr>
            <w:tcW w:type="dxa" w:w="4320"/>
          </w:tcPr>
          <w:p>
            <w:r>
              <w:rPr>
                <w:sz w:val="18"/>
              </w:rPr>
              <w:t>**普通人能感知到的影响**</w:t>
            </w:r>
          </w:p>
        </w:tc>
        <w:tc>
          <w:tcPr>
            <w:tcW w:type="dxa" w:w="4320"/>
          </w:tcPr>
          <w:p>
            <w:r>
              <w:rPr>
                <w:sz w:val="18"/>
              </w:rPr>
              <w:t>AI无处不在；工作方式改变；需要终身学习；真假信息更难辨别</w:t>
            </w:r>
          </w:p>
        </w:tc>
      </w:tr>
    </w:tbl>
    <w:p>
      <w:r>
        <w:t>---</w:t>
      </w:r>
    </w:p>
    <w:p>
      <w:pPr>
        <w:pStyle w:val="Heading2"/>
      </w:pPr>
      <w:r>
        <w:t>特别板块二：AI发展的终极问题</w:t>
      </w:r>
    </w:p>
    <w:p>
      <w:pPr>
        <w:pStyle w:val="Heading3"/>
      </w:pPr>
      <w:r>
        <w:t>AGI与AI未来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问题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当前认知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主要观点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**AGI什么时候来？**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不确定，可能是5年，也可能是50年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乐观派：10-20年可能出现AGI；悲观派：可能永远不会真正实现通用智能；中间派：会逐步逼近，但"奇点"难以预测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**AI会不会失控？**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目前不会，但长期需要关注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AI对齐问题是核心挑战；如果AI目标与人类利益冲突，可能导致风险；需要确保AI始终是人类意志的延伸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**AI会不会取代人类？**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不会完全取代，但会深刻改变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AI擅长模式识别和执行，但缺乏真正的意图和价值观；人机协作可能是未来主流；人类的意义需要重新定义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**人和AI的关系最终走向？**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多种可能性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工具关系：AI是高级工具；伙伴关系：人机协作；从属关系：人类依赖AI；融合关系：人类增强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**AI永远替代不了的工作**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需要人类特质的工作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深度情感连接类：心理咨询、护理、教育；真正创意类：艺术创作、科学发现；复杂人际处理：谈判、领导力；需要身体和情境理解的：手工艺、应急救援；意义赋予类：哲学、伦理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**普通人如何在AI时代找到位置**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主动适应、积极拥抱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学会与AI协作而非竞争；培养AI难以替代的能力（创造力、情商、批判思维）；持续学习，跟上技术发展；找到自己的独特价值</w:t>
            </w:r>
          </w:p>
        </w:tc>
      </w:tr>
    </w:tbl>
    <w:p>
      <w:r>
        <w:t>---</w:t>
      </w:r>
    </w:p>
    <w:p>
      <w:pPr>
        <w:pStyle w:val="Heading2"/>
      </w:pPr>
      <w:r>
        <w:t>总结</w:t>
      </w:r>
    </w:p>
    <w:p>
      <w:pPr>
        <w:pStyle w:val="Heading3"/>
      </w:pPr>
      <w:r>
        <w:t>AI对各领域的影响概览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18"/>
              </w:rPr>
              <w:t>领域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AI渗透程度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普通人受影响时间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办公/职场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正在进行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医疗健康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3-5年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教育培训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正在进行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科技创新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正在进行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军事/国防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5-10年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政治/政府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5-10年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电子/数码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正在进行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航空航天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5-10年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农业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5-10年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工业/制造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3-5年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建筑/工程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5-10年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化工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5-10年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物流/运输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3-5年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交通出行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3-5年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公共安全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正在进行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国家安全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5-10年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数据安全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正在进行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智能驾驶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3-5年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机器人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3-5年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金融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正在进行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法律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5-10年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电商/零售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正在进行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传媒/内容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正在进行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能源/环保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5-10年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生活服务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正在进行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体育/竞技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5-10年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艺术/文化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正在进行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未来/前沿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★★★☆☆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未知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宇宙探索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★★☆☆☆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10年以上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AI自身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★★★★★</w:t>
            </w:r>
          </w:p>
        </w:tc>
        <w:tc>
          <w:tcPr>
            <w:tcW w:type="dxa" w:w="2880"/>
          </w:tcPr>
          <w:p>
            <w:r>
              <w:rPr>
                <w:sz w:val="18"/>
              </w:rPr>
              <w:t>正在进行</w:t>
            </w:r>
          </w:p>
        </w:tc>
      </w:tr>
    </w:tbl>
    <w:p>
      <w:r>
        <w:t>---</w:t>
      </w:r>
    </w:p>
    <w:p>
      <w:r>
        <w:t xml:space="preserve">&gt; </w:t>
      </w:r>
      <w:r>
        <w:rPr>
          <w:b/>
        </w:rPr>
        <w:t>给星星的话</w:t>
      </w:r>
      <w:r>
        <w:t>：这份表格覆盖了AI在主要领域的应用全景。AI不是洪水猛兽，也不是万能药神。关键是我们如何认识它、使用它、驾驭它。希望这份表格能帮你建立对AI的全面认知，找到你感兴趣的领域深入研究。</w:t>
      </w:r>
    </w:p>
    <w:p>
      <w:r>
        <w:t>&gt;</w:t>
      </w:r>
    </w:p>
    <w:p>
      <w:r>
        <w:t>&gt; AI革命已经开始，我们每个人都是亲历者。保持好奇，保持批判，保持行动。</w:t>
      </w:r>
    </w:p>
    <w:sect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Document Governance Team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