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AI对标点符号的理解、判断标准和对输出的影响</w:t>
      </w:r>
    </w:p>
    <w:p>
      <w:r>
        <w:t xml:space="preserve">&gt; </w:t>
      </w:r>
      <w:r>
        <w:rPr>
          <w:b/>
        </w:rPr>
        <w:t>核心结论</w:t>
      </w:r>
      <w:r>
        <w:t>：标点符号不是可有可无的"书面装饰"，它们是AI理解人类意图的关键信号。不同的标点组合会触发AI完全不同的"思维模式"，从而产生截然不同的输出。</w:t>
      </w:r>
    </w:p>
    <w:p>
      <w:r>
        <w:t>---</w:t>
      </w:r>
    </w:p>
    <w:p>
      <w:pPr>
        <w:pStyle w:val="Heading2"/>
      </w:pPr>
      <w:r>
        <w:t>一、中文标点符号对AI理解的影响</w:t>
      </w:r>
    </w:p>
    <w:p>
      <w:pPr>
        <w:pStyle w:val="Heading3"/>
      </w:pPr>
      <w:r>
        <w:t>1. 句号（。）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句号是AI眼中的"信息单元分隔符"。看到句号，AI会认为前面的内容已经是一个完整的闭环，可以单独处理。这意味着：前一句的指令已经执行完毕，后一句是新的开始。</w:t>
            </w:r>
          </w:p>
        </w:tc>
      </w:tr>
      <w:tr>
        <w:tc>
          <w:tcPr>
            <w:tcW w:type="dxa" w:w="4320"/>
          </w:tcPr>
          <w:p>
            <w:r>
              <w:rPr>
                <w:sz w:val="18"/>
              </w:rPr>
              <w:t>**对输出的影响**</w:t>
            </w:r>
          </w:p>
        </w:tc>
        <w:tc>
          <w:tcPr>
            <w:tcW w:type="dxa" w:w="4320"/>
          </w:tcPr>
          <w:p>
            <w:r>
              <w:rPr>
                <w:sz w:val="18"/>
              </w:rPr>
              <w:t>AI会在句号处"收尾"当前表达，句号后的内容是全新的起点。连续使用句号，AI会将每个被句号分隔的句子视为**独立的信息包**。</w:t>
            </w:r>
          </w:p>
        </w:tc>
      </w:tr>
      <w:tr>
        <w:tc>
          <w:tcPr>
            <w:tcW w:type="dxa" w:w="4320"/>
          </w:tcPr>
          <w:p>
            <w:r>
              <w:rPr>
                <w:sz w:val="18"/>
              </w:rPr>
              <w:t>**在提示词中的作用**</w:t>
            </w:r>
          </w:p>
        </w:tc>
        <w:tc>
          <w:tcPr>
            <w:tcW w:type="dxa" w:w="4320"/>
          </w:tcPr>
          <w:p>
            <w:r>
              <w:rPr>
                <w:sz w:val="18"/>
              </w:rPr>
              <w:t>✅ 明确分隔多条独立指令&lt;br&gt;✅ 让AI逐条处理复杂任务&lt;br&gt;✅ 告诉AI"这是两件事"</w:t>
            </w:r>
          </w:p>
        </w:tc>
      </w:tr>
      <w:tr>
        <w:tc>
          <w:tcPr>
            <w:tcW w:type="dxa" w:w="4320"/>
          </w:tcPr>
          <w:p>
            <w:r>
              <w:rPr>
                <w:sz w:val="18"/>
              </w:rPr>
              <w:t>**误用后果**</w:t>
            </w:r>
          </w:p>
        </w:tc>
        <w:tc>
          <w:tcPr>
            <w:tcW w:type="dxa" w:w="4320"/>
          </w:tcPr>
          <w:p>
            <w:r>
              <w:rPr>
                <w:sz w:val="18"/>
              </w:rPr>
              <w:t>❌ 连续句号过多 → AI把每句话当成孤岛，丢失连贯性&lt;br&gt;❌ 本该连贯的内容被句号切断 → 输出变得支离破碎</w:t>
            </w:r>
          </w:p>
        </w:tc>
      </w:tr>
      <w:tr>
        <w:tc>
          <w:tcPr>
            <w:tcW w:type="dxa" w:w="4320"/>
          </w:tcPr>
          <w:p>
            <w:r>
              <w:rPr>
                <w:sz w:val="18"/>
              </w:rPr>
              <w:t>**正确用法示例**</w:t>
            </w:r>
          </w:p>
        </w:tc>
        <w:tc>
          <w:tcPr>
            <w:tcW w:type="dxa" w:w="4320"/>
          </w:tcPr>
          <w:p>
            <w:r>
              <w:rPr>
                <w:sz w:val="18"/>
              </w:rPr>
              <w:t>**✅ 正确**：请帮我写一个故事。故事要有反转。主角是个侦探。&lt;br&gt;**❌ 错误**：请帮我写一个故事。请帮我设计人物。请帮我写情节。</w:t>
            </w:r>
          </w:p>
        </w:tc>
      </w:tr>
    </w:tbl>
    <w:p>
      <w:r/>
      <w:r>
        <w:rPr>
          <w:b/>
        </w:rPr>
        <w:t>连续句号 vs 单句号的差异</w:t>
      </w:r>
      <w:r/>
    </w:p>
    <w:p>
      <w:r>
        <w:rPr>
          <w:rFonts w:ascii="Courier New" w:hAnsi="Courier New"/>
          <w:sz w:val="18"/>
        </w:rPr>
        <w:t>连续句号（碎片化）：</w:t>
        <w:br/>
        <w:t>今天吃苹果。明天吃香蕉。后天吃葡萄。</w:t>
        <w:br/>
        <w:br/>
        <w:t>单句号（正常）：</w:t>
        <w:br/>
        <w:t>今天吃苹果，明天吃香蕉，后天吃葡萄。</w:t>
        <w:br/>
        <w:br/>
        <w:t>AI理解差异：</w:t>
        <w:br/>
        <w:t>- 连续句号 → 三件独立的事，可以并行处理</w:t>
        <w:br/>
        <w:t>- 单句号 → 一件事的三个步骤，需要连贯执行</w:t>
      </w:r>
    </w:p>
    <w:p>
      <w:r>
        <w:t>---</w:t>
      </w:r>
    </w:p>
    <w:p>
      <w:pPr>
        <w:pStyle w:val="Heading3"/>
      </w:pPr>
      <w:r>
        <w:t>2. 逗号（，）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逗号意味着"信息还在路上"。AI会认为前面和后面是同一个意思的展开补充，还没说完，需要继续等待。看到逗号，AI会**保持语流连续**，不急着收尾。</w:t>
            </w:r>
          </w:p>
        </w:tc>
      </w:tr>
      <w:tr>
        <w:tc>
          <w:tcPr>
            <w:tcW w:type="dxa" w:w="4320"/>
          </w:tcPr>
          <w:p>
            <w:r>
              <w:rPr>
                <w:sz w:val="18"/>
              </w:rPr>
              <w:t>**对输出的影响**</w:t>
            </w:r>
          </w:p>
        </w:tc>
        <w:tc>
          <w:tcPr>
            <w:tcW w:type="dxa" w:w="4320"/>
          </w:tcPr>
          <w:p>
            <w:r>
              <w:rPr>
                <w:sz w:val="18"/>
              </w:rPr>
              <w:t>AI会把逗号连接的内容视为一个整体，会在**最后一个句号处**才完整表达。逗号让AI"憋大招"，把信息攒到一起输出。</w:t>
            </w:r>
          </w:p>
        </w:tc>
      </w:tr>
      <w:tr>
        <w:tc>
          <w:tcPr>
            <w:tcW w:type="dxa" w:w="4320"/>
          </w:tcPr>
          <w:p>
            <w:r>
              <w:rPr>
                <w:sz w:val="18"/>
              </w:rPr>
              <w:t>**在提示词中的作用**</w:t>
            </w:r>
          </w:p>
        </w:tc>
        <w:tc>
          <w:tcPr>
            <w:tcW w:type="dxa" w:w="4320"/>
          </w:tcPr>
          <w:p>
            <w:r>
              <w:rPr>
                <w:sz w:val="18"/>
              </w:rPr>
              <w:t>✅ 连接相关但不需要分开的指令&lt;br&gt;✅ 保持信息的连贯性&lt;br&gt;✅ 让AI理解"这些都是同一件事"</w:t>
            </w:r>
          </w:p>
        </w:tc>
      </w:tr>
      <w:tr>
        <w:tc>
          <w:tcPr>
            <w:tcW w:type="dxa" w:w="4320"/>
          </w:tcPr>
          <w:p>
            <w:r>
              <w:rPr>
                <w:sz w:val="18"/>
              </w:rPr>
              <w:t>**误用后果**</w:t>
            </w:r>
          </w:p>
        </w:tc>
        <w:tc>
          <w:tcPr>
            <w:tcW w:type="dxa" w:w="4320"/>
          </w:tcPr>
          <w:p>
            <w:r>
              <w:rPr>
                <w:sz w:val="18"/>
              </w:rPr>
              <w:t>❌ 逗号过多 → AI觉得你在一口气说完一件事，等句号才处理，容易**信息过载**&lt;br&gt;❌ 该用句号的地方用了逗号 → AI把本该独立的内容当成一体，导致理解混乱</w:t>
            </w:r>
          </w:p>
        </w:tc>
      </w:tr>
      <w:tr>
        <w:tc>
          <w:tcPr>
            <w:tcW w:type="dxa" w:w="4320"/>
          </w:tcPr>
          <w:p>
            <w:r>
              <w:rPr>
                <w:sz w:val="18"/>
              </w:rPr>
              <w:t>**正确用法示例**</w:t>
            </w:r>
          </w:p>
        </w:tc>
        <w:tc>
          <w:tcPr>
            <w:tcW w:type="dxa" w:w="4320"/>
          </w:tcPr>
          <w:p>
            <w:r>
              <w:rPr>
                <w:sz w:val="18"/>
              </w:rPr>
              <w:t>**✅ 正确**：请写一首诗，关于春天，要有画面感，要押韵，要有意境。&lt;br&gt;**❌ 错误**：请写一首诗关于春天关于画面感关于押韵（没有标点，AI只能靠猜测理解你的意图）</w:t>
            </w:r>
          </w:p>
        </w:tc>
      </w:tr>
    </w:tbl>
    <w:p>
      <w:r/>
      <w:r>
        <w:rPr>
          <w:b/>
        </w:rPr>
        <w:t>逗号过多的问题：罗列导致零散输出</w:t>
      </w:r>
      <w:r/>
    </w:p>
    <w:p>
      <w:r>
        <w:rPr>
          <w:rFonts w:ascii="Courier New" w:hAnsi="Courier New"/>
          <w:sz w:val="18"/>
        </w:rPr>
        <w:t>❌ 逗号过多：</w:t>
        <w:br/>
        <w:t>我想要一个故事，有爱情，有悬疑，有反转，有温情，有成长，有感悟。</w:t>
        <w:br/>
        <w:br/>
        <w:t>AI理解：你在列举关键词，不是一个整体需求</w:t>
        <w:br/>
        <w:t>输出：可能只是简单拼凑这些元素</w:t>
        <w:br/>
        <w:br/>
        <w:t>✅ 适度逗号+句号：</w:t>
        <w:br/>
        <w:t>我想要一个故事，这个故事要有层次感。它包含爱情和悬疑元素，</w:t>
        <w:br/>
        <w:t>在结尾要有反转，同时传递温情的成长感悟。</w:t>
        <w:br/>
        <w:br/>
        <w:t>AI理解：你有一个整体的故事需求，需要结构化输出</w:t>
        <w:br/>
        <w:t>输出：更完整、更有逻辑的故事</w:t>
      </w:r>
    </w:p>
    <w:p>
      <w:r>
        <w:t>---</w:t>
      </w:r>
    </w:p>
    <w:p>
      <w:pPr>
        <w:pStyle w:val="Heading3"/>
      </w:pPr>
      <w:r>
        <w:t>3. 感叹号（！）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感叹号是AI眼中的"情绪放大器"。看到感叹号，AI会判定这需要**额外的情感强度**或**强调**。它会激活AI的"热情模式"，认为用户希望输出更有力度、更有激情。</w:t>
            </w:r>
          </w:p>
        </w:tc>
      </w:tr>
      <w:tr>
        <w:tc>
          <w:tcPr>
            <w:tcW w:type="dxa" w:w="4320"/>
          </w:tcPr>
          <w:p>
            <w:r>
              <w:rPr>
                <w:sz w:val="18"/>
              </w:rPr>
              <w:t>**对输出的影响**</w:t>
            </w:r>
          </w:p>
        </w:tc>
        <w:tc>
          <w:tcPr>
            <w:tcW w:type="dxa" w:w="4320"/>
          </w:tcPr>
          <w:p>
            <w:r>
              <w:rPr>
                <w:sz w:val="18"/>
              </w:rPr>
              <w:t>AI输出会变得更**有力量感**，语气更强烈，选词更激进。对于需要"燃"的场景，感叹号是利器；但对于需要克制的场景，感叹号会让输出失真。</w:t>
            </w:r>
          </w:p>
        </w:tc>
      </w:tr>
      <w:tr>
        <w:tc>
          <w:tcPr>
            <w:tcW w:type="dxa" w:w="4320"/>
          </w:tcPr>
          <w:p>
            <w:r>
              <w:rPr>
                <w:sz w:val="18"/>
              </w:rPr>
              <w:t>**在提示词中的作用**</w:t>
            </w:r>
          </w:p>
        </w:tc>
        <w:tc>
          <w:tcPr>
            <w:tcW w:type="dxa" w:w="4320"/>
          </w:tcPr>
          <w:p>
            <w:r>
              <w:rPr>
                <w:sz w:val="18"/>
              </w:rPr>
              <w:t>✅ 强调重点指令&lt;br&gt;✅ 让AI角色更激动&lt;br&gt;✅ 在需要情感爆发时使用</w:t>
            </w:r>
          </w:p>
        </w:tc>
      </w:tr>
      <w:tr>
        <w:tc>
          <w:tcPr>
            <w:tcW w:type="dxa" w:w="4320"/>
          </w:tcPr>
          <w:p>
            <w:r>
              <w:rPr>
                <w:sz w:val="18"/>
              </w:rPr>
              <w:t>**误用后果**</w:t>
            </w:r>
          </w:p>
        </w:tc>
        <w:tc>
          <w:tcPr>
            <w:tcW w:type="dxa" w:w="4320"/>
          </w:tcPr>
          <w:p>
            <w:r>
              <w:rPr>
                <w:sz w:val="18"/>
              </w:rPr>
              <w:t>❌ 过多感叹号 → AI输出变得**夸张、不自然、用力过猛**&lt;br&gt;❌ 正式场景用感叹号 → 失去专业感，显得幼稚&lt;br&gt;❌ 每个句子都用感叹号 → AI认为整个任务都需要高强度，容易疲劳输出</w:t>
            </w:r>
          </w:p>
        </w:tc>
      </w:tr>
      <w:tr>
        <w:tc>
          <w:tcPr>
            <w:tcW w:type="dxa" w:w="4320"/>
          </w:tcPr>
          <w:p>
            <w:r>
              <w:rPr>
                <w:sz w:val="18"/>
              </w:rPr>
              <w:t>**正确用法示例**</w:t>
            </w:r>
          </w:p>
        </w:tc>
        <w:tc>
          <w:tcPr>
            <w:tcW w:type="dxa" w:w="4320"/>
          </w:tcPr>
          <w:p>
            <w:r>
              <w:rPr>
                <w:sz w:val="18"/>
              </w:rPr>
              <w:t>**✅ 正确**：请用一句话概括这个故事的核心思想！重点突出主角的成长！&lt;br&gt;**❌ 错误**：请写一首诗！！！关于春天！！！超美的！！！&lt;br&gt;**⚠️ 专业场景**：请分析这份报告的数据结构，并给出结论。（不用感叹号，保持专业）</w:t>
            </w:r>
          </w:p>
        </w:tc>
      </w:tr>
    </w:tbl>
    <w:p>
      <w:r/>
      <w:r>
        <w:rPr>
          <w:b/>
        </w:rPr>
        <w:t>一个感叹号 vs 多个感叹号</w:t>
      </w:r>
      <w:r/>
    </w:p>
    <w:p>
      <w:r>
        <w:rPr>
          <w:rFonts w:ascii="Courier New" w:hAnsi="Courier New"/>
          <w:sz w:val="18"/>
        </w:rPr>
        <w:t>一个感叹号：</w:t>
        <w:br/>
        <w:t>请注意这个细节！</w:t>
        <w:br/>
        <w:br/>
        <w:t>AI理解：这是重点，需要强调</w:t>
        <w:br/>
        <w:t>输出：会有意识突出这个细节</w:t>
        <w:br/>
        <w:br/>
        <w:t>多个感叹号：</w:t>
        <w:br/>
        <w:t>请注意这个细节！！！</w:t>
        <w:br/>
        <w:br/>
        <w:t>AI理解：这是超级重点！！情感强度要拉满！！</w:t>
        <w:br/>
        <w:t>输出：可能变得过度激动、不自然</w:t>
        <w:br/>
        <w:br/>
        <w:t>结论：一个就够用，两个是极限，三个以上是"噪音"</w:t>
      </w:r>
    </w:p>
    <w:p>
      <w:r>
        <w:t>---</w:t>
      </w:r>
    </w:p>
    <w:p>
      <w:pPr>
        <w:pStyle w:val="Heading3"/>
      </w:pPr>
      <w:r>
        <w:t>4. 问号（？）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问号是AI的"开关"。看到问号，AI会立刻切换到**回答模式**，认为你需要信息、解释、或者决策。它会调动"检索+推理"能力来应对。</w:t>
            </w:r>
          </w:p>
        </w:tc>
      </w:tr>
      <w:tr>
        <w:tc>
          <w:tcPr>
            <w:tcW w:type="dxa" w:w="4320"/>
          </w:tcPr>
          <w:p>
            <w:r>
              <w:rPr>
                <w:sz w:val="18"/>
              </w:rPr>
              <w:t>**对输出的影响**</w:t>
            </w:r>
          </w:p>
        </w:tc>
        <w:tc>
          <w:tcPr>
            <w:tcW w:type="dxa" w:w="4320"/>
          </w:tcPr>
          <w:p>
            <w:r>
              <w:rPr>
                <w:sz w:val="18"/>
              </w:rPr>
              <w:t>AI会进入**问答状态**，输出会更结构化、更针对性，倾向于给出明确的答案而非继续发散。问号会**收紧**AI的思考范围。</w:t>
            </w:r>
          </w:p>
        </w:tc>
      </w:tr>
      <w:tr>
        <w:tc>
          <w:tcPr>
            <w:tcW w:type="dxa" w:w="4320"/>
          </w:tcPr>
          <w:p>
            <w:r>
              <w:rPr>
                <w:sz w:val="18"/>
              </w:rPr>
              <w:t>**在提示词中的作用**</w:t>
            </w:r>
          </w:p>
        </w:tc>
        <w:tc>
          <w:tcPr>
            <w:tcW w:type="dxa" w:w="4320"/>
          </w:tcPr>
          <w:p>
            <w:r>
              <w:rPr>
                <w:sz w:val="18"/>
              </w:rPr>
              <w:t>✅ 明确告诉AI需要回答问题&lt;br&gt;✅ 引导AI聚焦特定点&lt;br&gt;✅ 避免AI自顾自输出</w:t>
            </w:r>
          </w:p>
        </w:tc>
      </w:tr>
      <w:tr>
        <w:tc>
          <w:tcPr>
            <w:tcW w:type="dxa" w:w="4320"/>
          </w:tcPr>
          <w:p>
            <w:r>
              <w:rPr>
                <w:sz w:val="18"/>
              </w:rPr>
              <w:t>**误用后果**</w:t>
            </w:r>
          </w:p>
        </w:tc>
        <w:tc>
          <w:tcPr>
            <w:tcW w:type="dxa" w:w="4320"/>
          </w:tcPr>
          <w:p>
            <w:r>
              <w:rPr>
                <w:sz w:val="18"/>
              </w:rPr>
              <w:t>❌ 问号过多 → AI一直在"回答"，失去主动性，变成被动响应&lt;br&gt;❌ 反问句用问号 → AI可能去"反驳"而非理解你的真实意图&lt;br&gt;❌ 该用句号的地方用了问号 → AI以为你要问问题，开始"审题"而非执行</w:t>
            </w:r>
          </w:p>
        </w:tc>
      </w:tr>
      <w:tr>
        <w:tc>
          <w:tcPr>
            <w:tcW w:type="dxa" w:w="4320"/>
          </w:tcPr>
          <w:p>
            <w:r>
              <w:rPr>
                <w:sz w:val="18"/>
              </w:rPr>
              <w:t>**正确用法示例**</w:t>
            </w:r>
          </w:p>
        </w:tc>
        <w:tc>
          <w:tcPr>
            <w:tcW w:type="dxa" w:w="4320"/>
          </w:tcPr>
          <w:p>
            <w:r>
              <w:rPr>
                <w:sz w:val="18"/>
              </w:rPr>
              <w:t>**✅ 正确**：这个方案有什么问题？请分析三个主要风险点。&lt;br&gt;**❌ 错误**：我觉得这个想法很好？你觉得呢？？&lt;br&gt;**⚠️ 反问句处理**：别这样做！（不是问句，不要加问号）</w:t>
            </w:r>
          </w:p>
        </w:tc>
      </w:tr>
    </w:tbl>
    <w:p>
      <w:r/>
      <w:r>
        <w:rPr>
          <w:b/>
        </w:rPr>
        <w:t>连续问号的效果</w:t>
      </w:r>
      <w:r/>
    </w:p>
    <w:p>
      <w:r>
        <w:rPr>
          <w:rFonts w:ascii="Courier New" w:hAnsi="Courier New"/>
          <w:sz w:val="18"/>
        </w:rPr>
        <w:t>单个问号：</w:t>
        <w:br/>
        <w:t>这个故事的主题是什么？</w:t>
        <w:br/>
        <w:br/>
        <w:t>AI：分析主题，给出答案</w:t>
        <w:br/>
        <w:br/>
        <w:t>连续问号：</w:t>
        <w:br/>
        <w:t>这个故事的主题是什么？？？</w:t>
        <w:br/>
        <w:br/>
        <w:t>AI理解：你不满意我的回答/这个问题很复杂/需要更深入的答案</w:t>
        <w:br/>
        <w:t>输出：会更深入、更详细、可能给出多个角度的分析</w:t>
        <w:br/>
        <w:br/>
        <w:t>实战技巧：在需要AI深度分析时，可以用双问号"？？"暗示"请更深入"</w:t>
      </w:r>
    </w:p>
    <w:p>
      <w:r>
        <w:t>---</w:t>
      </w:r>
    </w:p>
    <w:p>
      <w:pPr>
        <w:pStyle w:val="Heading3"/>
      </w:pPr>
      <w:r>
        <w:t>5. 省略号（……）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省略号是"留白信号"。AI看到省略号会判定：话没说完，有**未尽之意**，可能需要自己补充，或者保持开放的结论。省略号让AI进入"想象模式"。</w:t>
            </w:r>
          </w:p>
        </w:tc>
      </w:tr>
      <w:tr>
        <w:tc>
          <w:tcPr>
            <w:tcW w:type="dxa" w:w="4320"/>
          </w:tcPr>
          <w:p>
            <w:r>
              <w:rPr>
                <w:sz w:val="18"/>
              </w:rPr>
              <w:t>**对输出的影响**</w:t>
            </w:r>
          </w:p>
        </w:tc>
        <w:tc>
          <w:tcPr>
            <w:tcW w:type="dxa" w:w="4320"/>
          </w:tcPr>
          <w:p>
            <w:r>
              <w:rPr>
                <w:sz w:val="18"/>
              </w:rPr>
              <w:t>AI输出会变得更**含蓄、开放、有余韵**。AI会倾向于给出开放性结论，或者**自己脑补**省略的部分。语气会更柔和，少了"说死"的确定感。</w:t>
            </w:r>
          </w:p>
        </w:tc>
      </w:tr>
      <w:tr>
        <w:tc>
          <w:tcPr>
            <w:tcW w:type="dxa" w:w="4320"/>
          </w:tcPr>
          <w:p>
            <w:r>
              <w:rPr>
                <w:sz w:val="18"/>
              </w:rPr>
              <w:t>**在提示词中的作用**</w:t>
            </w:r>
          </w:p>
        </w:tc>
        <w:tc>
          <w:tcPr>
            <w:tcW w:type="dxa" w:w="4320"/>
          </w:tcPr>
          <w:p>
            <w:r>
              <w:rPr>
                <w:sz w:val="18"/>
              </w:rPr>
              <w:t>✅ 让AI自行补充内容（"根据你的理解……"）&lt;br&gt;✅ 创造开放性结尾&lt;br&gt;✅ 表达犹豫、暧昧、复杂的情感</w:t>
            </w:r>
          </w:p>
        </w:tc>
      </w:tr>
      <w:tr>
        <w:tc>
          <w:tcPr>
            <w:tcW w:type="dxa" w:w="4320"/>
          </w:tcPr>
          <w:p>
            <w:r>
              <w:rPr>
                <w:sz w:val="18"/>
              </w:rPr>
              <w:t>**误用后果**</w:t>
            </w:r>
          </w:p>
        </w:tc>
        <w:tc>
          <w:tcPr>
            <w:tcW w:type="dxa" w:w="4320"/>
          </w:tcPr>
          <w:p>
            <w:r>
              <w:rPr>
                <w:sz w:val="18"/>
              </w:rPr>
              <w:t>❌ 滥用省略号 → AI以为你还没说完，一直等，导致**输出不完整**&lt;br&gt;❌ 命令类指令用省略号 → AI不确定这是不是完整的命令&lt;br&gt;❌ 省略号太多 → AI输出变得"拖沓"、含糊</w:t>
            </w:r>
          </w:p>
        </w:tc>
      </w:tr>
      <w:tr>
        <w:tc>
          <w:tcPr>
            <w:tcW w:type="dxa" w:w="4320"/>
          </w:tcPr>
          <w:p>
            <w:r>
              <w:rPr>
                <w:sz w:val="18"/>
              </w:rPr>
              <w:t>**正确用法示例**</w:t>
            </w:r>
          </w:p>
        </w:tc>
        <w:tc>
          <w:tcPr>
            <w:tcW w:type="dxa" w:w="4320"/>
          </w:tcPr>
          <w:p>
            <w:r>
              <w:rPr>
                <w:sz w:val="18"/>
              </w:rPr>
              <w:t>**✅ 正确**：根据上述分析，这个行业的趋势是……（开放式结尾）&lt;br&gt;**✅ 正确**：请续写这个故事……&lt;br&gt;**❌ 错误**：请帮我写一份报告……我需要完整的分析……你懂了吗……（太多省略号，AI不确定你到底要什么）</w:t>
            </w:r>
          </w:p>
        </w:tc>
      </w:tr>
    </w:tbl>
    <w:p>
      <w:r/>
      <w:r>
        <w:rPr>
          <w:b/>
        </w:rPr>
        <w:t>在提示词中用省略号：AI会自行补充</w:t>
      </w:r>
      <w:r/>
    </w:p>
    <w:p>
      <w:r>
        <w:rPr>
          <w:rFonts w:ascii="Courier New" w:hAnsi="Courier New"/>
          <w:sz w:val="18"/>
        </w:rPr>
        <w:t>不加省略号：</w:t>
        <w:br/>
        <w:t>请续写这个故事。</w:t>
        <w:br/>
        <w:br/>
        <w:t>AI：等待用户提供故事开头</w:t>
        <w:br/>
        <w:br/>
        <w:t>加省略号：</w:t>
        <w:br/>
        <w:t>请续写这个故事……从前有一个……</w:t>
        <w:br/>
        <w:br/>
        <w:t>AI：根据省略号暗示的语境，自己补充后续</w:t>
        <w:br/>
        <w:br/>
        <w:t>开放式：</w:t>
        <w:br/>
        <w:t>对于这个问题，我认为……</w:t>
        <w:br/>
        <w:br/>
        <w:t>AI：给出一个开放性的、留有余地的观点</w:t>
      </w:r>
    </w:p>
    <w:p>
      <w:r>
        <w:t>---</w:t>
      </w:r>
    </w:p>
    <w:p>
      <w:pPr>
        <w:pStyle w:val="Heading3"/>
      </w:pPr>
      <w:r>
        <w:t>6. 顿号（、）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顿号表示**平等并列**。AI看到顿号，会认为这些元素地位相同，没有先后顺序，可以**随意排列或同时处理**。它比逗号更"平等"，比句号更"亲近"。</w:t>
            </w:r>
          </w:p>
        </w:tc>
      </w:tr>
      <w:tr>
        <w:tc>
          <w:tcPr>
            <w:tcW w:type="dxa" w:w="4320"/>
          </w:tcPr>
          <w:p>
            <w:r>
              <w:rPr>
                <w:sz w:val="18"/>
              </w:rPr>
              <w:t>**对输出的影响**</w:t>
            </w:r>
          </w:p>
        </w:tc>
        <w:tc>
          <w:tcPr>
            <w:tcW w:type="dxa" w:w="4320"/>
          </w:tcPr>
          <w:p>
            <w:r>
              <w:rPr>
                <w:sz w:val="18"/>
              </w:rPr>
              <w:t>AI会**平等对待**顿号分隔的每一项，不会因为顺序影响重要性的判断。输出中这些元素会被同等呈现。</w:t>
            </w:r>
          </w:p>
        </w:tc>
      </w:tr>
      <w:tr>
        <w:tc>
          <w:tcPr>
            <w:tcW w:type="dxa" w:w="4320"/>
          </w:tcPr>
          <w:p>
            <w:r>
              <w:rPr>
                <w:sz w:val="18"/>
              </w:rPr>
              <w:t>**在提示词中的作用**</w:t>
            </w:r>
          </w:p>
        </w:tc>
        <w:tc>
          <w:tcPr>
            <w:tcW w:type="dxa" w:w="4320"/>
          </w:tcPr>
          <w:p>
            <w:r>
              <w:rPr>
                <w:sz w:val="18"/>
              </w:rPr>
              <w:t>✅ 罗列同等重要的元素&lt;br&gt;✅ 告诉AI"这些都一样重要"&lt;br&gt;✅ 列举风格、特征、要素</w:t>
            </w:r>
          </w:p>
        </w:tc>
      </w:tr>
      <w:tr>
        <w:tc>
          <w:tcPr>
            <w:tcW w:type="dxa" w:w="4320"/>
          </w:tcPr>
          <w:p>
            <w:r>
              <w:rPr>
                <w:sz w:val="18"/>
              </w:rPr>
              <w:t>**误用后果**</w:t>
            </w:r>
          </w:p>
        </w:tc>
        <w:tc>
          <w:tcPr>
            <w:tcW w:type="dxa" w:w="4320"/>
          </w:tcPr>
          <w:p>
            <w:r>
              <w:rPr>
                <w:sz w:val="18"/>
              </w:rPr>
              <w:t>❌ 顿号和逗号混用 → AI可能误判重要性&lt;br&gt;❌ 有顺序要求时用顿号 → AI随意排列导致逻辑混乱</w:t>
            </w:r>
          </w:p>
        </w:tc>
      </w:tr>
      <w:tr>
        <w:tc>
          <w:tcPr>
            <w:tcW w:type="dxa" w:w="4320"/>
          </w:tcPr>
          <w:p>
            <w:r>
              <w:rPr>
                <w:sz w:val="18"/>
              </w:rPr>
              <w:t>**正确用法示例**</w:t>
            </w:r>
          </w:p>
        </w:tc>
        <w:tc>
          <w:tcPr>
            <w:tcW w:type="dxa" w:w="4320"/>
          </w:tcPr>
          <w:p>
            <w:r>
              <w:rPr>
                <w:sz w:val="18"/>
              </w:rPr>
              <w:t>**✅ 正确**：主角需要有智慧、勇气、善良、正直这些品质。&lt;br&gt;**❌ 错误**：先学习语文、再学习数学、最后学习英语。（有顺序要求，应该用逗号或分号）</w:t>
            </w:r>
          </w:p>
        </w:tc>
      </w:tr>
    </w:tbl>
    <w:p>
      <w:r/>
      <w:r>
        <w:rPr>
          <w:b/>
        </w:rPr>
        <w:t>顿号 vs 逗号的区别：并列 vs 递进</w:t>
      </w:r>
      <w:r/>
    </w:p>
    <w:p>
      <w:r>
        <w:rPr>
          <w:rFonts w:ascii="Courier New" w:hAnsi="Courier New"/>
          <w:sz w:val="18"/>
        </w:rPr>
        <w:t>顿号（并列）：</w:t>
        <w:br/>
        <w:t>苹果、香蕉、葡萄、西瓜</w:t>
        <w:br/>
        <w:br/>
        <w:t>AI理解：这四样是平等的，没有先后之分</w:t>
        <w:br/>
        <w:t>输出：可能任意顺序呈现</w:t>
        <w:br/>
        <w:br/>
        <w:t>逗号（递进/关联）：</w:t>
        <w:br/>
        <w:t>先学会走路，然后学会跑步，最后学会跳跃</w:t>
        <w:br/>
        <w:br/>
        <w:t>AI理解：这是一个递进过程，必须按顺序</w:t>
        <w:br/>
        <w:t>输出：严格按照顺序执行</w:t>
      </w:r>
    </w:p>
    <w:p>
      <w:r>
        <w:t>---</w:t>
      </w:r>
    </w:p>
    <w:p>
      <w:pPr>
        <w:pStyle w:val="Heading3"/>
      </w:pPr>
      <w:r>
        <w:t>7. 分号（；）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分号表示**有关联的并列**。比句号更亲密（因为有关联），比逗号更独立（因为可以单独成立）。AI会把分号连接的内容视为"两个独立但相关的观点"。</w:t>
            </w:r>
          </w:p>
        </w:tc>
      </w:tr>
      <w:tr>
        <w:tc>
          <w:tcPr>
            <w:tcW w:type="dxa" w:w="4320"/>
          </w:tcPr>
          <w:p>
            <w:r>
              <w:rPr>
                <w:sz w:val="18"/>
              </w:rPr>
              <w:t>**对输出的影响**</w:t>
            </w:r>
          </w:p>
        </w:tc>
        <w:tc>
          <w:tcPr>
            <w:tcW w:type="dxa" w:w="4320"/>
          </w:tcPr>
          <w:p>
            <w:r>
              <w:rPr>
                <w:sz w:val="18"/>
              </w:rPr>
              <w:t>AI会在两部分之间建立**逻辑关联**，同时保持各自的独立性。输出会更结构化，层次更清晰。</w:t>
            </w:r>
          </w:p>
        </w:tc>
      </w:tr>
      <w:tr>
        <w:tc>
          <w:tcPr>
            <w:tcW w:type="dxa" w:w="4320"/>
          </w:tcPr>
          <w:p>
            <w:r>
              <w:rPr>
                <w:sz w:val="18"/>
              </w:rPr>
              <w:t>**在提示词中的作用**</w:t>
            </w:r>
          </w:p>
        </w:tc>
        <w:tc>
          <w:tcPr>
            <w:tcW w:type="dxa" w:w="4320"/>
          </w:tcPr>
          <w:p>
            <w:r>
              <w:rPr>
                <w:sz w:val="18"/>
              </w:rPr>
              <w:t>✅ 分隔有关联但独立的句子&lt;br&gt;✅ 表示"一方面...另一方面..."的逻辑&lt;br&gt;✅ 让复杂指令更有条理</w:t>
            </w:r>
          </w:p>
        </w:tc>
      </w:tr>
      <w:tr>
        <w:tc>
          <w:tcPr>
            <w:tcW w:type="dxa" w:w="4320"/>
          </w:tcPr>
          <w:p>
            <w:r>
              <w:rPr>
                <w:sz w:val="18"/>
              </w:rPr>
              <w:t>**误用后果**</w:t>
            </w:r>
          </w:p>
        </w:tc>
        <w:tc>
          <w:tcPr>
            <w:tcW w:type="dxa" w:w="4320"/>
          </w:tcPr>
          <w:p>
            <w:r>
              <w:rPr>
                <w:sz w:val="18"/>
              </w:rPr>
              <w:t>❌ 不相关的内容用分号 → AI强行建立关联，逻辑混乱&lt;br&gt;❌ 分号用太多 → 整体结构变得复杂，难管理</w:t>
            </w:r>
          </w:p>
        </w:tc>
      </w:tr>
      <w:tr>
        <w:tc>
          <w:tcPr>
            <w:tcW w:type="dxa" w:w="4320"/>
          </w:tcPr>
          <w:p>
            <w:r>
              <w:rPr>
                <w:sz w:val="18"/>
              </w:rPr>
              <w:t>**正确用法示例**</w:t>
            </w:r>
          </w:p>
        </w:tc>
        <w:tc>
          <w:tcPr>
            <w:tcW w:type="dxa" w:w="4320"/>
          </w:tcPr>
          <w:p>
            <w:r>
              <w:rPr>
                <w:sz w:val="18"/>
              </w:rPr>
              <w:t>**✅ 正确**：这个方案有优势；也有风险，需要综合考虑。&lt;br&gt;**✅ 正确**：你需要提升技术能力；也需要加强沟通技巧。</w:t>
            </w:r>
          </w:p>
        </w:tc>
      </w:tr>
    </w:tbl>
    <w:p>
      <w:r/>
      <w:r>
        <w:rPr>
          <w:b/>
        </w:rPr>
        <w:t>分号在复杂指令中的结构化作用</w:t>
      </w:r>
      <w:r/>
    </w:p>
    <w:p>
      <w:r>
        <w:rPr>
          <w:rFonts w:ascii="Courier New" w:hAnsi="Courier New"/>
          <w:sz w:val="18"/>
        </w:rPr>
        <w:t>❌ 不用分号（混乱）：</w:t>
        <w:br/>
        <w:t>方案可行但是有风险我们需要考虑但是不能太保守我们需要创新但是也要注意成本</w:t>
        <w:br/>
        <w:br/>
        <w:t>✅ 用分号（清晰）：</w:t>
        <w:br/>
        <w:t>方案可行，但是有风险；我们需要考虑成本，但是不能太保守；</w:t>
        <w:br/>
        <w:t>我们需要创新，但是也要注意可行性。</w:t>
        <w:br/>
        <w:br/>
        <w:t>AI理解：四个观点，两两对立，结构清晰</w:t>
        <w:br/>
        <w:t>输出：会用对比结构呈现</w:t>
      </w:r>
    </w:p>
    <w:p>
      <w:r>
        <w:t>---</w:t>
      </w:r>
    </w:p>
    <w:p>
      <w:pPr>
        <w:pStyle w:val="Heading3"/>
      </w:pPr>
      <w:r>
        <w:t>8. 冒号（：）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冒号是"预告信号"。AI看到冒号就知道：**后面是展开内容**。它会暂停理解，等着接收详细说明。冒号告诉AI："准备好，我要告诉你更多细节了。"</w:t>
            </w:r>
          </w:p>
        </w:tc>
      </w:tr>
      <w:tr>
        <w:tc>
          <w:tcPr>
            <w:tcW w:type="dxa" w:w="4320"/>
          </w:tcPr>
          <w:p>
            <w:r>
              <w:rPr>
                <w:sz w:val="18"/>
              </w:rPr>
              <w:t>**对输出的影响**</w:t>
            </w:r>
          </w:p>
        </w:tc>
        <w:tc>
          <w:tcPr>
            <w:tcW w:type="dxa" w:w="4320"/>
          </w:tcPr>
          <w:p>
            <w:r>
              <w:rPr>
                <w:sz w:val="18"/>
              </w:rPr>
              <w:t>AI会在冒号后**详细展开**，给出完整的解释、列举或步骤。冒号是"详细模式"的开关。</w:t>
            </w:r>
          </w:p>
        </w:tc>
      </w:tr>
      <w:tr>
        <w:tc>
          <w:tcPr>
            <w:tcW w:type="dxa" w:w="4320"/>
          </w:tcPr>
          <w:p>
            <w:r>
              <w:rPr>
                <w:sz w:val="18"/>
              </w:rPr>
              <w:t>**在提示词中的作用**</w:t>
            </w:r>
          </w:p>
        </w:tc>
        <w:tc>
          <w:tcPr>
            <w:tcW w:type="dxa" w:w="4320"/>
          </w:tcPr>
          <w:p>
            <w:r>
              <w:rPr>
                <w:sz w:val="18"/>
              </w:rPr>
              <w:t>✅ 定义角色：例如 "角色：古代诗人"&lt;br&gt;✅ 解释任务：例如 "任务：写一首七言绝句"&lt;br&gt;✅ 列举要素：例如 "要素：情感、意象、韵律"</w:t>
            </w:r>
          </w:p>
        </w:tc>
      </w:tr>
      <w:tr>
        <w:tc>
          <w:tcPr>
            <w:tcW w:type="dxa" w:w="4320"/>
          </w:tcPr>
          <w:p>
            <w:r>
              <w:rPr>
                <w:sz w:val="18"/>
              </w:rPr>
              <w:t>**误用后果**</w:t>
            </w:r>
          </w:p>
        </w:tc>
        <w:tc>
          <w:tcPr>
            <w:tcW w:type="dxa" w:w="4320"/>
          </w:tcPr>
          <w:p>
            <w:r>
              <w:rPr>
                <w:sz w:val="18"/>
              </w:rPr>
              <w:t>❌ 冒号后没有内容 → AI空等，不知道要展开什么&lt;br&gt;❌ 滥用冒号 → AI一直在"准备接收"，思维被打断</w:t>
            </w:r>
          </w:p>
        </w:tc>
      </w:tr>
      <w:tr>
        <w:tc>
          <w:tcPr>
            <w:tcW w:type="dxa" w:w="4320"/>
          </w:tcPr>
          <w:p>
            <w:r>
              <w:rPr>
                <w:sz w:val="18"/>
              </w:rPr>
              <w:t>**正确用法示例**</w:t>
            </w:r>
          </w:p>
        </w:tc>
        <w:tc>
          <w:tcPr>
            <w:tcW w:type="dxa" w:w="4320"/>
          </w:tcPr>
          <w:p>
            <w:r>
              <w:rPr>
                <w:sz w:val="18"/>
              </w:rPr>
              <w:t>**✅ 正确**：角色：一个睿智的老者，说话文绉绉的，喜欢用典故&lt;br&gt;**✅ 正确**：任务：分析这三个段落的修辞手法，并给出改进建议&lt;br&gt;**❌ 错误**：请帮我写一个故事：然后你就开始写了</w:t>
            </w:r>
          </w:p>
        </w:tc>
      </w:tr>
    </w:tbl>
    <w:p>
      <w:r/>
      <w:r>
        <w:rPr>
          <w:b/>
        </w:rPr>
        <w:t>在提示词中用冒号定义结构</w:t>
      </w:r>
      <w:r/>
    </w:p>
    <w:p>
      <w:r>
        <w:rPr>
          <w:rFonts w:ascii="Courier New" w:hAnsi="Courier New"/>
          <w:sz w:val="18"/>
        </w:rPr>
        <w:t>✅ 结构化提示词：</w:t>
        <w:br/>
        <w:t>角色：一位经验丰富的律师</w:t>
        <w:br/>
        <w:t>背景：案件涉及商业纠纷</w:t>
        <w:br/>
        <w:t>目标：说服法官接受我方观点</w:t>
        <w:br/>
        <w:t>语气：严谨、专业、有理有据</w:t>
        <w:br/>
        <w:br/>
        <w:t>AI理解：每个冒号后是对应部分的详细内容，整体结构清晰</w:t>
        <w:br/>
        <w:br/>
        <w:t>❌ 没有冒号：</w:t>
        <w:br/>
        <w:t>角色一位经验丰富的律师背景案件涉及商业纠纷目标说服法官接受我方观点</w:t>
        <w:br/>
        <w:br/>
        <w:t>AI理解：信息堆叠，需要自己猜哪些是一组</w:t>
      </w:r>
    </w:p>
    <w:p>
      <w:r>
        <w:t>---</w:t>
      </w:r>
    </w:p>
    <w:p>
      <w:pPr>
        <w:pStyle w:val="Heading3"/>
      </w:pPr>
      <w:r>
        <w:t>9. 引号（""）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引号是"特殊标记"。它告诉AI：这段内容**不是普通文本**，有特殊含义。可能是引用、对话、强调，或需要**特别处理**的内容。</w:t>
            </w:r>
          </w:p>
        </w:tc>
      </w:tr>
      <w:tr>
        <w:tc>
          <w:tcPr>
            <w:tcW w:type="dxa" w:w="4320"/>
          </w:tcPr>
          <w:p>
            <w:r>
              <w:rPr>
                <w:sz w:val="18"/>
              </w:rPr>
              <w:t>**对输出的影响**</w:t>
            </w:r>
          </w:p>
        </w:tc>
        <w:tc>
          <w:tcPr>
            <w:tcW w:type="dxa" w:w="4320"/>
          </w:tcPr>
          <w:p>
            <w:r>
              <w:rPr>
                <w:sz w:val="18"/>
              </w:rPr>
              <w:t>- 对话内容 → AI会用**口语风格**&lt;br&gt;- 强调内容 → AI会**重点关注**&lt;br&gt;- 特殊含义 → AI会理解为**非字面意思**</w:t>
            </w:r>
          </w:p>
        </w:tc>
      </w:tr>
      <w:tr>
        <w:tc>
          <w:tcPr>
            <w:tcW w:type="dxa" w:w="4320"/>
          </w:tcPr>
          <w:p>
            <w:r>
              <w:rPr>
                <w:sz w:val="18"/>
              </w:rPr>
              <w:t>**在提示词中的作用**</w:t>
            </w:r>
          </w:p>
        </w:tc>
        <w:tc>
          <w:tcPr>
            <w:tcW w:type="dxa" w:w="4320"/>
          </w:tcPr>
          <w:p>
            <w:r>
              <w:rPr>
                <w:sz w:val="18"/>
              </w:rPr>
              <w:t>✅ 引用原文或特定说法&lt;br&gt;✅ 强调需要重点处理的词&lt;br&gt;✅ 区分"AI角色说的话"和"描述性文字"</w:t>
            </w:r>
          </w:p>
        </w:tc>
      </w:tr>
      <w:tr>
        <w:tc>
          <w:tcPr>
            <w:tcW w:type="dxa" w:w="4320"/>
          </w:tcPr>
          <w:p>
            <w:r>
              <w:rPr>
                <w:sz w:val="18"/>
              </w:rPr>
              <w:t>**误用后果**</w:t>
            </w:r>
          </w:p>
        </w:tc>
        <w:tc>
          <w:tcPr>
            <w:tcW w:type="dxa" w:w="4320"/>
          </w:tcPr>
          <w:p>
            <w:r>
              <w:rPr>
                <w:sz w:val="18"/>
              </w:rPr>
              <w:t>❌ 滥用引号 → AI不断切换"特殊模式"，输出不稳定&lt;br&gt;❌ 中文句子用英文引号 → AI可能产生编码误解</w:t>
            </w:r>
          </w:p>
        </w:tc>
      </w:tr>
      <w:tr>
        <w:tc>
          <w:tcPr>
            <w:tcW w:type="dxa" w:w="4320"/>
          </w:tcPr>
          <w:p>
            <w:r>
              <w:rPr>
                <w:sz w:val="18"/>
              </w:rPr>
              <w:t>**正确用法示例**</w:t>
            </w:r>
          </w:p>
        </w:tc>
        <w:tc>
          <w:tcPr>
            <w:tcW w:type="dxa" w:w="4320"/>
          </w:tcPr>
          <w:p>
            <w:r>
              <w:rPr>
                <w:sz w:val="18"/>
              </w:rPr>
              <w:t>**✅ 正确**：请分析这段话："人生如梦"的文学价值&lt;br&gt;**✅ 正确**：角色对话："这个问题……"（AI角色会用特定语气说这句话）&lt;br&gt;**❌ 错误**：请"帮"我"写"一"首"诗（过度使用引号）</w:t>
            </w:r>
          </w:p>
        </w:tc>
      </w:tr>
    </w:tbl>
    <w:p>
      <w:r/>
      <w:r>
        <w:rPr>
          <w:b/>
        </w:rPr>
        <w:t>单引号 vs 双引号的差异</w:t>
      </w:r>
      <w:r/>
    </w:p>
    <w:p>
      <w:r>
        <w:rPr>
          <w:rFonts w:ascii="Courier New" w:hAnsi="Courier New"/>
          <w:sz w:val="18"/>
        </w:rPr>
        <w:t>双引号（""）：</w:t>
        <w:br/>
        <w:t>"今天天气真好"</w:t>
        <w:br/>
        <w:br/>
        <w:t>AI理解：这是对话/引用，或者是需要特别处理的文本</w:t>
        <w:br/>
        <w:t>输出：如果是角色对话，会用口语；如果是引用，会标注来源</w:t>
        <w:br/>
        <w:br/>
        <w:t>单引号（''）：</w:t>
        <w:br/>
        <w:t>'今天天气真好'</w:t>
        <w:br/>
        <w:br/>
        <w:t>AI理解：这是强调/特指，可能是专业术语或特殊概念</w:t>
        <w:br/>
        <w:t>输出：会特别关注这个词本身的含义</w:t>
        <w:br/>
        <w:br/>
        <w:t>中文引号（「」）：</w:t>
        <w:br/>
        <w:t>「今天天气真好」</w:t>
        <w:br/>
        <w:br/>
        <w:t>AI理解：这是对话，主要用于中文小说、剧本场景</w:t>
        <w:br/>
        <w:t>输出：角色对白风格</w:t>
      </w:r>
    </w:p>
    <w:p>
      <w:r>
        <w:t>---</w:t>
      </w:r>
    </w:p>
    <w:p>
      <w:pPr>
        <w:pStyle w:val="Heading3"/>
      </w:pPr>
      <w:r>
        <w:t>10. 破折号（——）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破折号是"话题转折器"。AI看到破折号就知道：**前面说完了，后面是转折或补充**。它会重新校准理解，把破折号后的内容作为"新信息"或"深入解释"处理。</w:t>
            </w:r>
          </w:p>
        </w:tc>
      </w:tr>
      <w:tr>
        <w:tc>
          <w:tcPr>
            <w:tcW w:type="dxa" w:w="4320"/>
          </w:tcPr>
          <w:p>
            <w:r>
              <w:rPr>
                <w:sz w:val="18"/>
              </w:rPr>
              <w:t>**对输出的影响**</w:t>
            </w:r>
          </w:p>
        </w:tc>
        <w:tc>
          <w:tcPr>
            <w:tcW w:type="dxa" w:w="4320"/>
          </w:tcPr>
          <w:p>
            <w:r>
              <w:rPr>
                <w:sz w:val="18"/>
              </w:rPr>
              <w:t>AI会在破折号后给出**转折观点、深入解释、补充说明**。输出会有明显的"但是/实际上/更重要的是"这样的转折感。</w:t>
            </w:r>
          </w:p>
        </w:tc>
      </w:tr>
      <w:tr>
        <w:tc>
          <w:tcPr>
            <w:tcW w:type="dxa" w:w="4320"/>
          </w:tcPr>
          <w:p>
            <w:r>
              <w:rPr>
                <w:sz w:val="18"/>
              </w:rPr>
              <w:t>**在提示词中的作用**</w:t>
            </w:r>
          </w:p>
        </w:tc>
        <w:tc>
          <w:tcPr>
            <w:tcW w:type="dxa" w:w="4320"/>
          </w:tcPr>
          <w:p>
            <w:r>
              <w:rPr>
                <w:sz w:val="18"/>
              </w:rPr>
              <w:t>✅ 补充重要信息&lt;br&gt;✅ 引导AI关注转折&lt;br&gt;✅ 表示"解释如下"</w:t>
            </w:r>
          </w:p>
        </w:tc>
      </w:tr>
      <w:tr>
        <w:tc>
          <w:tcPr>
            <w:tcW w:type="dxa" w:w="4320"/>
          </w:tcPr>
          <w:p>
            <w:r>
              <w:rPr>
                <w:sz w:val="18"/>
              </w:rPr>
              <w:t>**误用后果**</w:t>
            </w:r>
          </w:p>
        </w:tc>
        <w:tc>
          <w:tcPr>
            <w:tcW w:type="dxa" w:w="4320"/>
          </w:tcPr>
          <w:p>
            <w:r>
              <w:rPr>
                <w:sz w:val="18"/>
              </w:rPr>
              <w:t>❌ 频繁使用破折号 → AI输出充满转折，逻辑跳跃&lt;br&gt;❌ 破折号后内容不重要 → AI会把次要信息当成重点</w:t>
            </w:r>
          </w:p>
        </w:tc>
      </w:tr>
      <w:tr>
        <w:tc>
          <w:tcPr>
            <w:tcW w:type="dxa" w:w="4320"/>
          </w:tcPr>
          <w:p>
            <w:r>
              <w:rPr>
                <w:sz w:val="18"/>
              </w:rPr>
              <w:t>**正确用法示例**</w:t>
            </w:r>
          </w:p>
        </w:tc>
        <w:tc>
          <w:tcPr>
            <w:tcW w:type="dxa" w:w="4320"/>
          </w:tcPr>
          <w:p>
            <w:r>
              <w:rPr>
                <w:sz w:val="18"/>
              </w:rPr>
              <w:t>**✅ 正确**：这个方案可行——但风险需要控制&lt;br&gt;**✅ 正确**：AI的本质是工具——如何正确使用它才是关键</w:t>
            </w:r>
          </w:p>
        </w:tc>
      </w:tr>
    </w:tbl>
    <w:p>
      <w:r/>
      <w:r>
        <w:rPr>
          <w:b/>
        </w:rPr>
        <w:t>破折号表示转折、解释、补充</w:t>
      </w:r>
      <w:r/>
    </w:p>
    <w:p>
      <w:r>
        <w:rPr>
          <w:rFonts w:ascii="Courier New" w:hAnsi="Courier New"/>
          <w:sz w:val="18"/>
        </w:rPr>
        <w:t>破折号引导补充：</w:t>
        <w:br/>
        <w:t>人工智能正在改变世界——尤其是教育、医疗、交通领域</w:t>
        <w:br/>
        <w:br/>
        <w:t>AI理解：后面是对"改变世界"的具体说明</w:t>
        <w:br/>
        <w:t>输出：会展开这三个领域的具体变化</w:t>
        <w:br/>
        <w:br/>
        <w:t>破折号引导转折：</w:t>
        <w:br/>
        <w:t>理论上可行——但实际操作中存在太多变量</w:t>
        <w:br/>
        <w:br/>
        <w:t>AI理解：前面是理想情况，后面是现实挑战</w:t>
        <w:br/>
        <w:t>输出：会给出更平衡的分析</w:t>
      </w:r>
    </w:p>
    <w:p>
      <w:r>
        <w:t>---</w:t>
      </w:r>
    </w:p>
    <w:p>
      <w:pPr>
        <w:pStyle w:val="Heading3"/>
      </w:pPr>
      <w:r>
        <w:t>11. 括号（（））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括号是"低优先级信号"。AI看到括号会判定：**这是附加信息，重要但不是核心**。括号内容是"如果能处理就处理，处理不了也可以跳过"的意思。</w:t>
            </w:r>
          </w:p>
        </w:tc>
      </w:tr>
      <w:tr>
        <w:tc>
          <w:tcPr>
            <w:tcW w:type="dxa" w:w="4320"/>
          </w:tcPr>
          <w:p>
            <w:r>
              <w:rPr>
                <w:sz w:val="18"/>
              </w:rPr>
              <w:t>**对输出的影响**</w:t>
            </w:r>
          </w:p>
        </w:tc>
        <w:tc>
          <w:tcPr>
            <w:tcW w:type="dxa" w:w="4320"/>
          </w:tcPr>
          <w:p>
            <w:r>
              <w:rPr>
                <w:sz w:val="18"/>
              </w:rPr>
              <w:t>AI会把括号内容视为**补充说明、约束条件、或备注**。但不会让括号内容主导整体理解。</w:t>
            </w:r>
          </w:p>
        </w:tc>
      </w:tr>
      <w:tr>
        <w:tc>
          <w:tcPr>
            <w:tcW w:type="dxa" w:w="4320"/>
          </w:tcPr>
          <w:p>
            <w:r>
              <w:rPr>
                <w:sz w:val="18"/>
              </w:rPr>
              <w:t>**在提示词中的作用**</w:t>
            </w:r>
          </w:p>
        </w:tc>
        <w:tc>
          <w:tcPr>
            <w:tcW w:type="dxa" w:w="4320"/>
          </w:tcPr>
          <w:p>
            <w:r>
              <w:rPr>
                <w:sz w:val="18"/>
              </w:rPr>
              <w:t>✅ 添加约束条件&lt;br&gt;✅ 说明例外情况&lt;br&gt;✅ 提供背景信息</w:t>
            </w:r>
          </w:p>
        </w:tc>
      </w:tr>
      <w:tr>
        <w:tc>
          <w:tcPr>
            <w:tcW w:type="dxa" w:w="4320"/>
          </w:tcPr>
          <w:p>
            <w:r>
              <w:rPr>
                <w:sz w:val="18"/>
              </w:rPr>
              <w:t>**误用后果**</w:t>
            </w:r>
          </w:p>
        </w:tc>
        <w:tc>
          <w:tcPr>
            <w:tcW w:type="dxa" w:w="4320"/>
          </w:tcPr>
          <w:p>
            <w:r>
              <w:rPr>
                <w:sz w:val="18"/>
              </w:rPr>
              <w:t>❌ 关键指令放括号 → AI可能忽略&lt;br&gt;❌ 括号太多 → AI不断在"主任务"和"次要任务"间切换</w:t>
            </w:r>
          </w:p>
        </w:tc>
      </w:tr>
      <w:tr>
        <w:tc>
          <w:tcPr>
            <w:tcW w:type="dxa" w:w="4320"/>
          </w:tcPr>
          <w:p>
            <w:r>
              <w:rPr>
                <w:sz w:val="18"/>
              </w:rPr>
              <w:t>**正确用法示例**</w:t>
            </w:r>
          </w:p>
        </w:tc>
        <w:tc>
          <w:tcPr>
            <w:tcW w:type="dxa" w:w="4320"/>
          </w:tcPr>
          <w:p>
            <w:r>
              <w:rPr>
                <w:sz w:val="18"/>
              </w:rPr>
              <w:t>**✅ 正确**：请写一首诗（古体诗格式），主题是思乡&lt;br&gt;**✅ 正确**：分析这个案例（考虑市场环境因素）&lt;br&gt;**❌ 错误**：请写（重要）一首诗（必须今天完成）（格式要正确）</w:t>
            </w:r>
          </w:p>
        </w:tc>
      </w:tr>
    </w:tbl>
    <w:p>
      <w:r/>
      <w:r>
        <w:rPr>
          <w:b/>
        </w:rPr>
        <w:t>在提示词中用括号添加约束条件</w:t>
      </w:r>
      <w:r/>
    </w:p>
    <w:p>
      <w:r>
        <w:rPr>
          <w:rFonts w:ascii="Courier New" w:hAnsi="Courier New"/>
          <w:sz w:val="18"/>
        </w:rPr>
        <w:t>✅ 约束清晰：</w:t>
        <w:br/>
        <w:t>请写一封邮件，主要内容是道歉（语气要诚恳，不能太正式）</w:t>
        <w:br/>
        <w:br/>
        <w:t>AI理解：核心是道歉，括号内是风格约束</w:t>
        <w:br/>
        <w:t>输出：符合要求的道歉邮件</w:t>
        <w:br/>
        <w:br/>
        <w:t>❌ 约束太分散：</w:t>
        <w:br/>
        <w:t>请写一封信（关于投诉）（要专业）（要解决问题）</w:t>
        <w:br/>
        <w:br/>
        <w:t>AI理解：三个约束互相独立，不知道哪个更重要</w:t>
        <w:br/>
        <w:t>输出：可能每条都处理一点，但都不深入</w:t>
      </w:r>
    </w:p>
    <w:p>
      <w:r>
        <w:t>---</w:t>
      </w:r>
    </w:p>
    <w:p>
      <w:pPr>
        <w:pStyle w:val="Heading3"/>
      </w:pPr>
      <w:r>
        <w:t>12. 书名号（《》）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书名号是"作品标记"。AI看到书名号会判定：**这是一个完整的作品**，需要整体理解。书名号内容会被识别为风格参考、模仿对象、或特定文本。</w:t>
            </w:r>
          </w:p>
        </w:tc>
      </w:tr>
      <w:tr>
        <w:tc>
          <w:tcPr>
            <w:tcW w:type="dxa" w:w="4320"/>
          </w:tcPr>
          <w:p>
            <w:r>
              <w:rPr>
                <w:sz w:val="18"/>
              </w:rPr>
              <w:t>**对输出的影响**</w:t>
            </w:r>
          </w:p>
        </w:tc>
        <w:tc>
          <w:tcPr>
            <w:tcW w:type="dxa" w:w="4320"/>
          </w:tcPr>
          <w:p>
            <w:r>
              <w:rPr>
                <w:sz w:val="18"/>
              </w:rPr>
              <w:t>AI会把书名号内容识别为**风格参考**，会模仿其风格、语气、结构。对于电影、游戏、歌曲名，同样适用。</w:t>
            </w:r>
          </w:p>
        </w:tc>
      </w:tr>
      <w:tr>
        <w:tc>
          <w:tcPr>
            <w:tcW w:type="dxa" w:w="4320"/>
          </w:tcPr>
          <w:p>
            <w:r>
              <w:rPr>
                <w:sz w:val="18"/>
              </w:rPr>
              <w:t>**在提示词中的作用**</w:t>
            </w:r>
          </w:p>
        </w:tc>
        <w:tc>
          <w:tcPr>
            <w:tcW w:type="dxa" w:w="4320"/>
          </w:tcPr>
          <w:p>
            <w:r>
              <w:rPr>
                <w:sz w:val="18"/>
              </w:rPr>
              <w:t>✅ 指定参考风格&lt;br&gt;✅ 模仿特定作品&lt;br&gt;✅ 引用完整文本</w:t>
            </w:r>
          </w:p>
        </w:tc>
      </w:tr>
      <w:tr>
        <w:tc>
          <w:tcPr>
            <w:tcW w:type="dxa" w:w="4320"/>
          </w:tcPr>
          <w:p>
            <w:r>
              <w:rPr>
                <w:sz w:val="18"/>
              </w:rPr>
              <w:t>**正确用法示例**</w:t>
            </w:r>
          </w:p>
        </w:tc>
        <w:tc>
          <w:tcPr>
            <w:tcW w:type="dxa" w:w="4320"/>
          </w:tcPr>
          <w:p>
            <w:r>
              <w:rPr>
                <w:sz w:val="18"/>
              </w:rPr>
              <w:t>**✅ 正确**：请用《百年孤独》的魔幻现实主义风格，写一段关于故乡的文字&lt;br&gt;**✅ 正确**：参考《盗梦空间》的叙事结构，设计一个故事</w:t>
            </w:r>
          </w:p>
        </w:tc>
      </w:tr>
    </w:tbl>
    <w:p>
      <w:r>
        <w:t>---</w:t>
      </w:r>
    </w:p>
    <w:p>
      <w:pPr>
        <w:pStyle w:val="Heading3"/>
      </w:pPr>
      <w:r>
        <w:t>13. 波浪号（～）</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波浪号传递"轻松感"。AI看到波浪号会判定：**语气轻松，不需要太严肃**。它常见于网络用语，暗示"随意一点"。</w:t>
            </w:r>
          </w:p>
        </w:tc>
      </w:tr>
      <w:tr>
        <w:tc>
          <w:tcPr>
            <w:tcW w:type="dxa" w:w="4320"/>
          </w:tcPr>
          <w:p>
            <w:r>
              <w:rPr>
                <w:sz w:val="18"/>
              </w:rPr>
              <w:t>**对输出的影响**</w:t>
            </w:r>
          </w:p>
        </w:tc>
        <w:tc>
          <w:tcPr>
            <w:tcW w:type="dxa" w:w="4320"/>
          </w:tcPr>
          <w:p>
            <w:r>
              <w:rPr>
                <w:sz w:val="18"/>
              </w:rPr>
              <w:t>AI输出会更**随意、口语化、轻松**。用词不会那么正式，句式更自由。</w:t>
            </w:r>
          </w:p>
        </w:tc>
      </w:tr>
      <w:tr>
        <w:tc>
          <w:tcPr>
            <w:tcW w:type="dxa" w:w="4320"/>
          </w:tcPr>
          <w:p>
            <w:r>
              <w:rPr>
                <w:sz w:val="18"/>
              </w:rPr>
              <w:t>**在提示词中的作用**</w:t>
            </w:r>
          </w:p>
        </w:tc>
        <w:tc>
          <w:tcPr>
            <w:tcW w:type="dxa" w:w="4320"/>
          </w:tcPr>
          <w:p>
            <w:r>
              <w:rPr>
                <w:sz w:val="18"/>
              </w:rPr>
              <w:t>✅ 营造轻松氛围&lt;br&gt;✅ 让AI角色更活泼&lt;br&gt;✅ 网络风格的对话场景</w:t>
            </w:r>
          </w:p>
        </w:tc>
      </w:tr>
      <w:tr>
        <w:tc>
          <w:tcPr>
            <w:tcW w:type="dxa" w:w="4320"/>
          </w:tcPr>
          <w:p>
            <w:r>
              <w:rPr>
                <w:sz w:val="18"/>
              </w:rPr>
              <w:t>**误用后果**</w:t>
            </w:r>
          </w:p>
        </w:tc>
        <w:tc>
          <w:tcPr>
            <w:tcW w:type="dxa" w:w="4320"/>
          </w:tcPr>
          <w:p>
            <w:r>
              <w:rPr>
                <w:sz w:val="18"/>
              </w:rPr>
              <w:t>❌ 正式场景用波浪号 → 显得不专业&lt;br&gt;❌ 多次使用 → AI输出风格过于随意</w:t>
            </w:r>
          </w:p>
        </w:tc>
      </w:tr>
      <w:tr>
        <w:tc>
          <w:tcPr>
            <w:tcW w:type="dxa" w:w="4320"/>
          </w:tcPr>
          <w:p>
            <w:r>
              <w:rPr>
                <w:sz w:val="18"/>
              </w:rPr>
              <w:t>**正确用法示例**</w:t>
            </w:r>
          </w:p>
        </w:tc>
        <w:tc>
          <w:tcPr>
            <w:tcW w:type="dxa" w:w="4320"/>
          </w:tcPr>
          <w:p>
            <w:r>
              <w:rPr>
                <w:sz w:val="18"/>
              </w:rPr>
              <w:t>**✅ 正确**（轻松场景）：帮我写个朋友圈文案吧～不要太正式的那种&lt;br&gt;**❌ 错误**（正式场景）：请将此合同（《合同名称》）～发送至法务部～进行审核</w:t>
            </w:r>
          </w:p>
        </w:tc>
      </w:tr>
    </w:tbl>
    <w:p>
      <w:r>
        <w:t>---</w:t>
      </w:r>
    </w:p>
    <w:p>
      <w:pPr>
        <w:pStyle w:val="Heading3"/>
      </w:pPr>
      <w:r>
        <w:t>14. 斜杠（/）</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斜杠是"选择信号"。AI看到斜杠会判定：**多个选项，选择其一，或全部适用**。斜杠意味着"或/或者/均可"。</w:t>
            </w:r>
          </w:p>
        </w:tc>
      </w:tr>
      <w:tr>
        <w:tc>
          <w:tcPr>
            <w:tcW w:type="dxa" w:w="4320"/>
          </w:tcPr>
          <w:p>
            <w:r>
              <w:rPr>
                <w:sz w:val="18"/>
              </w:rPr>
              <w:t>**对输出的影响**</w:t>
            </w:r>
          </w:p>
        </w:tc>
        <w:tc>
          <w:tcPr>
            <w:tcW w:type="dxa" w:w="4320"/>
          </w:tcPr>
          <w:p>
            <w:r>
              <w:rPr>
                <w:sz w:val="18"/>
              </w:rPr>
              <w:t>AI会在斜杠分隔的选项中**选择一个或处理全部**，取决于上下文。</w:t>
            </w:r>
          </w:p>
        </w:tc>
      </w:tr>
      <w:tr>
        <w:tc>
          <w:tcPr>
            <w:tcW w:type="dxa" w:w="4320"/>
          </w:tcPr>
          <w:p>
            <w:r>
              <w:rPr>
                <w:sz w:val="18"/>
              </w:rPr>
              <w:t>**在提示词中的作用**</w:t>
            </w:r>
          </w:p>
        </w:tc>
        <w:tc>
          <w:tcPr>
            <w:tcW w:type="dxa" w:w="4320"/>
          </w:tcPr>
          <w:p>
            <w:r>
              <w:rPr>
                <w:sz w:val="18"/>
              </w:rPr>
              <w:t>✅ 提供选项&lt;br&gt;✅ 表示替代关系&lt;br&gt;✅ 结构化复杂概念</w:t>
            </w:r>
          </w:p>
        </w:tc>
      </w:tr>
      <w:tr>
        <w:tc>
          <w:tcPr>
            <w:tcW w:type="dxa" w:w="4320"/>
          </w:tcPr>
          <w:p>
            <w:r>
              <w:rPr>
                <w:sz w:val="18"/>
              </w:rPr>
              <w:t>**正确用法示例**</w:t>
            </w:r>
          </w:p>
        </w:tc>
        <w:tc>
          <w:tcPr>
            <w:tcW w:type="dxa" w:w="4320"/>
          </w:tcPr>
          <w:p>
            <w:r>
              <w:rPr>
                <w:sz w:val="18"/>
              </w:rPr>
              <w:t>**✅ 正确**：请以专业/随和/幽默的风格回复&lt;br&gt;**✅ 正确**：支持 Windows/Mac/Linux 系统&lt;br&gt;**✅ 正确**：请分析用户/市场需求</w:t>
            </w:r>
          </w:p>
        </w:tc>
      </w:tr>
    </w:tbl>
    <w:p>
      <w:r>
        <w:t>---</w:t>
      </w:r>
    </w:p>
    <w:p>
      <w:pPr>
        <w:pStyle w:val="Heading3"/>
      </w:pPr>
      <w:r>
        <w:t>15. 空格</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空格是"分词边界"。在中文文本中，空格告诉AI：**这里是一个独立的词或词组**。尤其在中英文混合场景中，空格决定AI如何分词。</w:t>
            </w:r>
          </w:p>
        </w:tc>
      </w:tr>
      <w:tr>
        <w:tc>
          <w:tcPr>
            <w:tcW w:type="dxa" w:w="4320"/>
          </w:tcPr>
          <w:p>
            <w:r>
              <w:rPr>
                <w:sz w:val="18"/>
              </w:rPr>
              <w:t>**对输出的影响**</w:t>
            </w:r>
          </w:p>
        </w:tc>
        <w:tc>
          <w:tcPr>
            <w:tcW w:type="dxa" w:w="4320"/>
          </w:tcPr>
          <w:p>
            <w:r>
              <w:rPr>
                <w:sz w:val="18"/>
              </w:rPr>
              <w:t>- 中英文混合时，空格决定分词边界&lt;br&gt;- 没有空格 → AI可能把英文单词和中文连在一起理解&lt;br&gt;- 正确的空格 → AI能准确识别英文术语</w:t>
            </w:r>
          </w:p>
        </w:tc>
      </w:tr>
      <w:tr>
        <w:tc>
          <w:tcPr>
            <w:tcW w:type="dxa" w:w="4320"/>
          </w:tcPr>
          <w:p>
            <w:r>
              <w:rPr>
                <w:sz w:val="18"/>
              </w:rPr>
              <w:t>**误用后果**</w:t>
            </w:r>
          </w:p>
        </w:tc>
        <w:tc>
          <w:tcPr>
            <w:tcW w:type="dxa" w:w="4320"/>
          </w:tcPr>
          <w:p>
            <w:r>
              <w:rPr>
                <w:sz w:val="18"/>
              </w:rPr>
              <w:t>❌ 中英混用无空格 → AI分词错误，理解偏离&lt;br&gt;❌ "Apple手表" vs "Apple 手表" → AI对后者理解更准确</w:t>
            </w:r>
          </w:p>
        </w:tc>
      </w:tr>
      <w:tr>
        <w:tc>
          <w:tcPr>
            <w:tcW w:type="dxa" w:w="4320"/>
          </w:tcPr>
          <w:p>
            <w:r>
              <w:rPr>
                <w:sz w:val="18"/>
              </w:rPr>
              <w:t>**正确用法示例**</w:t>
            </w:r>
          </w:p>
        </w:tc>
        <w:tc>
          <w:tcPr>
            <w:tcW w:type="dxa" w:w="4320"/>
          </w:tcPr>
          <w:p>
            <w:r>
              <w:rPr>
                <w:sz w:val="18"/>
              </w:rPr>
              <w:t>**✅ 正确**：请帮我优化这段 Python 代码，请用 English 给出注释&lt;br&gt;**❌ 错误**：请帮我优化这段Python代码，请用English给出注释</w:t>
            </w:r>
          </w:p>
        </w:tc>
      </w:tr>
    </w:tbl>
    <w:p>
      <w:r>
        <w:t>---</w:t>
      </w:r>
    </w:p>
    <w:p>
      <w:pPr>
        <w:pStyle w:val="Heading2"/>
      </w:pPr>
      <w:r>
        <w:t>二、英文标点对AI理解的影响</w:t>
      </w:r>
    </w:p>
    <w:p>
      <w:r>
        <w:t xml:space="preserve">&gt; ⚠️ </w:t>
      </w:r>
      <w:r>
        <w:rPr>
          <w:b/>
        </w:rPr>
        <w:t>重要提醒</w:t>
      </w:r>
      <w:r>
        <w:t>：AI底层训练以英文为主，英文标点对AI的影响可能比中文标点</w:t>
      </w:r>
      <w:r>
        <w:rPr>
          <w:b/>
        </w:rPr>
        <w:t>更直接、更强烈</w:t>
      </w:r>
      <w:r>
        <w:t>。</w:t>
      </w:r>
    </w:p>
    <w:p>
      <w:pPr>
        <w:pStyle w:val="Heading3"/>
      </w:pPr>
      <w:r>
        <w:t>1. Period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英文句号是AI最熟悉的结束符号。与中文句号功能相同，但AI对它的"反应速度"更快、理解更准确。</w:t>
            </w:r>
          </w:p>
        </w:tc>
      </w:tr>
      <w:tr>
        <w:tc>
          <w:tcPr>
            <w:tcW w:type="dxa" w:w="4320"/>
          </w:tcPr>
          <w:p>
            <w:r>
              <w:rPr>
                <w:sz w:val="18"/>
              </w:rPr>
              <w:t>**对输出的影响**</w:t>
            </w:r>
          </w:p>
        </w:tc>
        <w:tc>
          <w:tcPr>
            <w:tcW w:type="dxa" w:w="4320"/>
          </w:tcPr>
          <w:p>
            <w:r>
              <w:rPr>
                <w:sz w:val="18"/>
              </w:rPr>
              <w:t>AI会精确地在句号处结束当前句子，切换到下一个独立的信息单元。英文提示词中，句号是控制节奏的**最强工具**。</w:t>
            </w:r>
          </w:p>
        </w:tc>
      </w:tr>
      <w:tr>
        <w:tc>
          <w:tcPr>
            <w:tcW w:type="dxa" w:w="4320"/>
          </w:tcPr>
          <w:p>
            <w:r>
              <w:rPr>
                <w:sz w:val="18"/>
              </w:rPr>
              <w:t>**正确用法示例**</w:t>
            </w:r>
          </w:p>
        </w:tc>
        <w:tc>
          <w:tcPr>
            <w:tcW w:type="dxa" w:w="4320"/>
          </w:tcPr>
          <w:p>
            <w:r>
              <w:rPr>
                <w:sz w:val="18"/>
              </w:rPr>
              <w:t>**✅ 正确**：You are a helpful assistant. You specialize in coding. You speak clearly.&lt;br&gt;**效果**：三条清晰独立的指令，AI逐条处理</w:t>
            </w:r>
          </w:p>
        </w:tc>
      </w:tr>
    </w:tbl>
    <w:p>
      <w:pPr>
        <w:pStyle w:val="Heading3"/>
      </w:pPr>
      <w:r>
        <w:t>2. Comma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英文逗号比中文逗号更"安静"，更多用于**从句分隔**，而非情感连接。AI会把它理解为"补充说明"，而非"等我说完"。</w:t>
            </w:r>
          </w:p>
        </w:tc>
      </w:tr>
      <w:tr>
        <w:tc>
          <w:tcPr>
            <w:tcW w:type="dxa" w:w="4320"/>
          </w:tcPr>
          <w:p>
            <w:r>
              <w:rPr>
                <w:sz w:val="18"/>
              </w:rPr>
              <w:t>**正确用法示例**</w:t>
            </w:r>
          </w:p>
        </w:tc>
        <w:tc>
          <w:tcPr>
            <w:tcW w:type="dxa" w:w="4320"/>
          </w:tcPr>
          <w:p>
            <w:r>
              <w:rPr>
                <w:sz w:val="18"/>
              </w:rPr>
              <w:t>The function should be efficient, readable, and maintainable.&lt;br&gt;**AI理解**：三个并列的质量要求</w:t>
            </w:r>
          </w:p>
        </w:tc>
      </w:tr>
    </w:tbl>
    <w:p>
      <w:pPr>
        <w:pStyle w:val="Heading3"/>
      </w:pPr>
      <w:r>
        <w:t>3. Semicolon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分号在英文中表示**强关联的独立句子**。比逗号更独立，比句号更亲密。AI会用分号建立"独立但相关"的逻辑。</w:t>
            </w:r>
          </w:p>
        </w:tc>
      </w:tr>
      <w:tr>
        <w:tc>
          <w:tcPr>
            <w:tcW w:type="dxa" w:w="4320"/>
          </w:tcPr>
          <w:p>
            <w:r>
              <w:rPr>
                <w:sz w:val="18"/>
              </w:rPr>
              <w:t>**正确用法示例**</w:t>
            </w:r>
          </w:p>
        </w:tc>
        <w:tc>
          <w:tcPr>
            <w:tcW w:type="dxa" w:w="4320"/>
          </w:tcPr>
          <w:p>
            <w:r>
              <w:rPr>
                <w:sz w:val="18"/>
              </w:rPr>
              <w:t>The market is volatile; however, long-term trends remain positive.&lt;br&gt;**AI理解**：两个观点，但明确关联</w:t>
            </w:r>
          </w:p>
        </w:tc>
      </w:tr>
    </w:tbl>
    <w:p>
      <w:pPr>
        <w:pStyle w:val="Heading3"/>
      </w:pPr>
      <w:r>
        <w:t>4. Exclamation Mark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英文感叹号比中文感叹号**更强烈**。AI会判定需要更高的情感强度和更大的输出力度。</w:t>
            </w:r>
          </w:p>
        </w:tc>
      </w:tr>
      <w:tr>
        <w:tc>
          <w:tcPr>
            <w:tcW w:type="dxa" w:w="4320"/>
          </w:tcPr>
          <w:p>
            <w:r>
              <w:rPr>
                <w:sz w:val="18"/>
              </w:rPr>
              <w:t>**正确用法示例**</w:t>
            </w:r>
          </w:p>
        </w:tc>
        <w:tc>
          <w:tcPr>
            <w:tcW w:type="dxa" w:w="4320"/>
          </w:tcPr>
          <w:p>
            <w:r>
              <w:rPr>
                <w:sz w:val="18"/>
              </w:rPr>
              <w:t>**✅ 正确**：Focus on the key insight! Do not overcomplicate!&lt;br&gt;**⚠️ 注意**：英文感叹号情感强度更高，一个就够了</w:t>
            </w:r>
          </w:p>
        </w:tc>
      </w:tr>
    </w:tbl>
    <w:p>
      <w:pPr>
        <w:pStyle w:val="Heading3"/>
      </w:pPr>
      <w:r>
        <w:t>5. Question Mark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与中文问号相同，触发AI的"回答模式"。英文问号还会影响AI的**语言风格**，倾向于使用更直接的回答结构。</w:t>
            </w:r>
          </w:p>
        </w:tc>
      </w:tr>
      <w:tr>
        <w:tc>
          <w:tcPr>
            <w:tcW w:type="dxa" w:w="4320"/>
          </w:tcPr>
          <w:p>
            <w:r>
              <w:rPr>
                <w:sz w:val="18"/>
              </w:rPr>
              <w:t>**正确用法示例**</w:t>
            </w:r>
          </w:p>
        </w:tc>
        <w:tc>
          <w:tcPr>
            <w:tcW w:type="dxa" w:w="4320"/>
          </w:tcPr>
          <w:p>
            <w:r>
              <w:rPr>
                <w:sz w:val="18"/>
              </w:rPr>
              <w:t>What are the three main risks? Please explain each one briefly.&lt;br&gt;**AI理解**：需要回答三个问题，会结构化输出</w:t>
            </w:r>
          </w:p>
        </w:tc>
      </w:tr>
    </w:tbl>
    <w:p>
      <w:pPr>
        <w:pStyle w:val="Heading3"/>
      </w:pPr>
      <w:r>
        <w:t>6. Colon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英文冒号与中文冒号功能类似，但AI对它的"结构化期待"更强。冒号后通常期待**列表、定义或详细说明**。</w:t>
            </w:r>
          </w:p>
        </w:tc>
      </w:tr>
      <w:tr>
        <w:tc>
          <w:tcPr>
            <w:tcW w:type="dxa" w:w="4320"/>
          </w:tcPr>
          <w:p>
            <w:r>
              <w:rPr>
                <w:sz w:val="18"/>
              </w:rPr>
              <w:t>**正确用法示例**</w:t>
            </w:r>
          </w:p>
        </w:tc>
        <w:tc>
          <w:tcPr>
            <w:tcW w:type="dxa" w:w="4320"/>
          </w:tcPr>
          <w:p>
            <w:r>
              <w:rPr>
                <w:sz w:val="18"/>
              </w:rPr>
              <w:t>**✅ 正确**：Role: You are a senior software engineer. Experience: 10+ years.&lt;br&gt;**✅ 正确**（JSON风格）：{"role": "developer", "task": "code_review"}</w:t>
            </w:r>
          </w:p>
        </w:tc>
      </w:tr>
    </w:tbl>
    <w:p>
      <w:pPr>
        <w:pStyle w:val="Heading3"/>
      </w:pPr>
      <w:r>
        <w:t>7. Brackets [] and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方括号 [] 在英文中表示**可选内容**，大括号 {} 常用于**编程/数据结构**。AI会判定括号内是"可能存在也可能不存在"的元素。</w:t>
            </w:r>
          </w:p>
        </w:tc>
      </w:tr>
      <w:tr>
        <w:tc>
          <w:tcPr>
            <w:tcW w:type="dxa" w:w="4320"/>
          </w:tcPr>
          <w:p>
            <w:r>
              <w:rPr>
                <w:sz w:val="18"/>
              </w:rPr>
              <w:t>**对输出的影响**</w:t>
            </w:r>
          </w:p>
        </w:tc>
        <w:tc>
          <w:tcPr>
            <w:tcW w:type="dxa" w:w="4320"/>
          </w:tcPr>
          <w:p>
            <w:r>
              <w:rPr>
                <w:sz w:val="18"/>
              </w:rPr>
              <w:t>- [Optional] → 这部分可能不需要&lt;br&gt;- {variable} → 需要填充的占位符</w:t>
            </w:r>
          </w:p>
        </w:tc>
      </w:tr>
      <w:tr>
        <w:tc>
          <w:tcPr>
            <w:tcW w:type="dxa" w:w="4320"/>
          </w:tcPr>
          <w:p>
            <w:r>
              <w:rPr>
                <w:sz w:val="18"/>
              </w:rPr>
              <w:t>**正确用法示例**</w:t>
            </w:r>
          </w:p>
        </w:tc>
        <w:tc>
          <w:tcPr>
            <w:tcW w:type="dxa" w:w="4320"/>
          </w:tcPr>
          <w:p>
            <w:r>
              <w:rPr>
                <w:sz w:val="18"/>
              </w:rPr>
              <w:t>**✅ 正确**：Please summarize [this document] in 100 words.&lt;br&gt;**✅ 正确**：Use the {name} variable to store the result.</w:t>
            </w:r>
          </w:p>
        </w:tc>
      </w:tr>
    </w:tbl>
    <w:p>
      <w:pPr>
        <w:pStyle w:val="Heading3"/>
      </w:pPr>
      <w:r>
        <w:t>8. Parentheses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英文括号与中文括号功能相同，但更常用于**技术说明、函数参数、补充定义**。</w:t>
            </w:r>
          </w:p>
        </w:tc>
      </w:tr>
      <w:tr>
        <w:tc>
          <w:tcPr>
            <w:tcW w:type="dxa" w:w="4320"/>
          </w:tcPr>
          <w:p>
            <w:r>
              <w:rPr>
                <w:sz w:val="18"/>
              </w:rPr>
              <w:t>**正确用法示例**</w:t>
            </w:r>
          </w:p>
        </w:tc>
        <w:tc>
          <w:tcPr>
            <w:tcW w:type="dxa" w:w="4320"/>
          </w:tcPr>
          <w:p>
            <w:r>
              <w:rPr>
                <w:sz w:val="18"/>
              </w:rPr>
              <w:t>**✅ 正确**：The function takes two parameters (input, output).&lt;br&gt;**✅ 正确**：Python (a popular language) is widely used.</w:t>
            </w:r>
          </w:p>
        </w:tc>
      </w:tr>
    </w:tbl>
    <w:p>
      <w:pPr>
        <w:pStyle w:val="Heading3"/>
      </w:pPr>
      <w:r>
        <w:t>9. Quotes "" and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 双引号 "" → 引用、对话&lt;br&gt;- 单引号 '' → 强调、术语、特指</w:t>
            </w:r>
          </w:p>
        </w:tc>
      </w:tr>
      <w:tr>
        <w:tc>
          <w:tcPr>
            <w:tcW w:type="dxa" w:w="4320"/>
          </w:tcPr>
          <w:p>
            <w:r>
              <w:rPr>
                <w:sz w:val="18"/>
              </w:rPr>
              <w:t>**正确用法示例**</w:t>
            </w:r>
          </w:p>
        </w:tc>
        <w:tc>
          <w:tcPr>
            <w:tcW w:type="dxa" w:w="4320"/>
          </w:tcPr>
          <w:p>
            <w:r>
              <w:rPr>
                <w:sz w:val="18"/>
              </w:rPr>
              <w:t>**✅ 正确**：Explain the concept of "machine learning".&lt;br&gt;**✅ 正确**：The word 'data' appears 50 times in this document.</w:t>
            </w:r>
          </w:p>
        </w:tc>
      </w:tr>
    </w:tbl>
    <w:p>
      <w:pPr>
        <w:pStyle w:val="Heading3"/>
      </w:pPr>
      <w:r>
        <w:t>10. Ellipsis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英文省略号比中文省略号……更直接，暗示"还没说完"或"留给你想象"。AI会进入**开放式等待**模式。</w:t>
            </w:r>
          </w:p>
        </w:tc>
      </w:tr>
      <w:tr>
        <w:tc>
          <w:tcPr>
            <w:tcW w:type="dxa" w:w="4320"/>
          </w:tcPr>
          <w:p>
            <w:r>
              <w:rPr>
                <w:sz w:val="18"/>
              </w:rPr>
              <w:t>**正确用法示例**</w:t>
            </w:r>
          </w:p>
        </w:tc>
        <w:tc>
          <w:tcPr>
            <w:tcW w:type="dxa" w:w="4320"/>
          </w:tcPr>
          <w:p>
            <w:r>
              <w:rPr>
                <w:sz w:val="18"/>
              </w:rPr>
              <w:t>**✅ 正确**：Continue the story where it left off...&lt;br&gt;**✅ 正确**：And then what happened...</w:t>
            </w:r>
          </w:p>
        </w:tc>
      </w:tr>
    </w:tbl>
    <w:p>
      <w:pPr>
        <w:pStyle w:val="Heading3"/>
      </w:pPr>
      <w:r>
        <w:t>11. Hyphen (-) vs Em dash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 连字符 - → 复合词、连接&lt;br&gt;- 破折号 — → 转折、补充、强调</w:t>
            </w:r>
          </w:p>
        </w:tc>
      </w:tr>
      <w:tr>
        <w:tc>
          <w:tcPr>
            <w:tcW w:type="dxa" w:w="4320"/>
          </w:tcPr>
          <w:p>
            <w:r>
              <w:rPr>
                <w:sz w:val="18"/>
              </w:rPr>
              <w:t>**正确用法示例**</w:t>
            </w:r>
          </w:p>
        </w:tc>
        <w:tc>
          <w:tcPr>
            <w:tcW w:type="dxa" w:w="4320"/>
          </w:tcPr>
          <w:p>
            <w:r>
              <w:rPr>
                <w:sz w:val="18"/>
              </w:rPr>
              <w:t>**✅ 正确**（连字符）：well-known, high-quality, long-term&lt;br&gt;**✅ 正确**（破折号）：The project is approved—thanks to your effort.</w:t>
            </w:r>
          </w:p>
        </w:tc>
      </w:tr>
    </w:tbl>
    <w:p>
      <w:pPr>
        <w:pStyle w:val="Heading3"/>
      </w:pPr>
      <w:r>
        <w:t>12. Slash (/)</w:t>
      </w:r>
    </w:p>
    <w:tbl>
      <w:tblPr>
        <w:tblStyle w:val="TableGrid"/>
        <w:tblW w:type="auto" w:w="0"/>
        <w:tblLook w:firstColumn="1" w:firstRow="1" w:lastColumn="0" w:lastRow="0" w:noHBand="0" w:noVBand="1" w:val="04A0"/>
      </w:tblPr>
      <w:tblGrid>
        <w:gridCol w:w="4320"/>
        <w:gridCol w:w="4320"/>
      </w:tblGrid>
      <w:tr>
        <w:tc>
          <w:tcPr>
            <w:tcW w:type="dxa" w:w="4320"/>
          </w:tcPr>
          <w:p>
            <w:r>
              <w:rPr>
                <w:sz w:val="18"/>
              </w:rPr>
              <w:t>维度</w:t>
            </w:r>
          </w:p>
        </w:tc>
        <w:tc>
          <w:tcPr>
            <w:tcW w:type="dxa" w:w="4320"/>
          </w:tcPr>
          <w:p>
            <w:r>
              <w:rPr>
                <w:sz w:val="18"/>
              </w:rPr>
              <w:t>内容</w:t>
            </w:r>
          </w:p>
        </w:tc>
      </w:tr>
      <w:tr>
        <w:tc>
          <w:tcPr>
            <w:tcW w:type="dxa" w:w="4320"/>
          </w:tcPr>
          <w:p>
            <w:r>
              <w:rPr>
                <w:sz w:val="18"/>
              </w:rPr>
              <w:t>**AI的理解逻辑**</w:t>
            </w:r>
          </w:p>
        </w:tc>
        <w:tc>
          <w:tcPr>
            <w:tcW w:type="dxa" w:w="4320"/>
          </w:tcPr>
          <w:p>
            <w:r>
              <w:rPr>
                <w:sz w:val="18"/>
              </w:rPr>
              <w:t>斜杠表示"或/和"。AI会判定为选择关系或并列关系。</w:t>
            </w:r>
          </w:p>
        </w:tc>
      </w:tr>
      <w:tr>
        <w:tc>
          <w:tcPr>
            <w:tcW w:type="dxa" w:w="4320"/>
          </w:tcPr>
          <w:p>
            <w:r>
              <w:rPr>
                <w:sz w:val="18"/>
              </w:rPr>
              <w:t>**正确用法示例**</w:t>
            </w:r>
          </w:p>
        </w:tc>
        <w:tc>
          <w:tcPr>
            <w:tcW w:type="dxa" w:w="4320"/>
          </w:tcPr>
          <w:p>
            <w:r>
              <w:rPr>
                <w:sz w:val="18"/>
              </w:rPr>
              <w:t>**✅ 正确**：Please support Windows/Mac/Linux.&lt;br&gt;**✅ 正确**：Use online/offline mode as needed.</w:t>
            </w:r>
          </w:p>
        </w:tc>
      </w:tr>
    </w:tbl>
    <w:p>
      <w:r>
        <w:t>---</w:t>
      </w:r>
    </w:p>
    <w:p>
      <w:pPr>
        <w:pStyle w:val="Heading2"/>
      </w:pPr>
      <w:r>
        <w:t>三、标点组合对AI的影响</w:t>
      </w:r>
    </w:p>
    <w:p>
      <w:pPr>
        <w:pStyle w:val="Heading3"/>
      </w:pPr>
      <w:r>
        <w:t>常见标点组合效果</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sz w:val="18"/>
              </w:rPr>
              <w:t>组合</w:t>
            </w:r>
          </w:p>
        </w:tc>
        <w:tc>
          <w:tcPr>
            <w:tcW w:type="dxa" w:w="2160"/>
          </w:tcPr>
          <w:p>
            <w:r>
              <w:rPr>
                <w:sz w:val="18"/>
              </w:rPr>
              <w:t>AI的理解</w:t>
            </w:r>
          </w:p>
        </w:tc>
        <w:tc>
          <w:tcPr>
            <w:tcW w:type="dxa" w:w="2160"/>
          </w:tcPr>
          <w:p>
            <w:r>
              <w:rPr>
                <w:sz w:val="18"/>
              </w:rPr>
              <w:t>对输出的影响</w:t>
            </w:r>
          </w:p>
        </w:tc>
        <w:tc>
          <w:tcPr>
            <w:tcW w:type="dxa" w:w="2160"/>
          </w:tcPr>
          <w:p>
            <w:r>
              <w:rPr>
                <w:sz w:val="18"/>
              </w:rPr>
              <w:t>示例</w:t>
            </w:r>
          </w:p>
        </w:tc>
      </w:tr>
      <w:tr>
        <w:tc>
          <w:tcPr>
            <w:tcW w:type="dxa" w:w="2160"/>
          </w:tcPr>
          <w:p>
            <w:r>
              <w:rPr>
                <w:sz w:val="18"/>
              </w:rPr>
              <w:t>**？！**</w:t>
            </w:r>
          </w:p>
        </w:tc>
        <w:tc>
          <w:tcPr>
            <w:tcW w:type="dxa" w:w="2160"/>
          </w:tcPr>
          <w:p>
            <w:r>
              <w:rPr>
                <w:sz w:val="18"/>
              </w:rPr>
              <w:t>质疑+强烈情绪</w:t>
            </w:r>
          </w:p>
        </w:tc>
        <w:tc>
          <w:tcPr>
            <w:tcW w:type="dxa" w:w="2160"/>
          </w:tcPr>
          <w:p>
            <w:r>
              <w:rPr>
                <w:sz w:val="18"/>
              </w:rPr>
              <w:t>AI会给出**更强烈、更坚定**的回应，带有辩护性质</w:t>
            </w:r>
          </w:p>
        </w:tc>
        <w:tc>
          <w:tcPr>
            <w:tcW w:type="dxa" w:w="2160"/>
          </w:tcPr>
          <w:p>
            <w:r>
              <w:rPr>
                <w:sz w:val="18"/>
              </w:rPr>
              <w:t>你确定这是对的？！</w:t>
            </w:r>
          </w:p>
        </w:tc>
      </w:tr>
      <w:tr>
        <w:tc>
          <w:tcPr>
            <w:tcW w:type="dxa" w:w="2160"/>
          </w:tcPr>
          <w:p>
            <w:r>
              <w:rPr>
                <w:sz w:val="18"/>
              </w:rPr>
              <w:t>**……！**</w:t>
            </w:r>
          </w:p>
        </w:tc>
        <w:tc>
          <w:tcPr>
            <w:tcW w:type="dxa" w:w="2160"/>
          </w:tcPr>
          <w:p>
            <w:r>
              <w:rPr>
                <w:sz w:val="18"/>
              </w:rPr>
              <w:t>犹豫后爆发</w:t>
            </w:r>
          </w:p>
        </w:tc>
        <w:tc>
          <w:tcPr>
            <w:tcW w:type="dxa" w:w="2160"/>
          </w:tcPr>
          <w:p>
            <w:r>
              <w:rPr>
                <w:sz w:val="18"/>
              </w:rPr>
              <w:t>AI输出会先含蓄、后激烈，**情绪曲线明显**</w:t>
            </w:r>
          </w:p>
        </w:tc>
        <w:tc>
          <w:tcPr>
            <w:tcW w:type="dxa" w:w="2160"/>
          </w:tcPr>
          <w:p>
            <w:r>
              <w:rPr>
                <w:sz w:val="18"/>
              </w:rPr>
              <w:t>这个想法……！太棒了！</w:t>
            </w:r>
          </w:p>
        </w:tc>
      </w:tr>
      <w:tr>
        <w:tc>
          <w:tcPr>
            <w:tcW w:type="dxa" w:w="2160"/>
          </w:tcPr>
          <w:p>
            <w:r>
              <w:rPr>
                <w:sz w:val="18"/>
              </w:rPr>
              <w:t>**……？**</w:t>
            </w:r>
          </w:p>
        </w:tc>
        <w:tc>
          <w:tcPr>
            <w:tcW w:type="dxa" w:w="2160"/>
          </w:tcPr>
          <w:p>
            <w:r>
              <w:rPr>
                <w:sz w:val="18"/>
              </w:rPr>
              <w:t>疑惑+追问</w:t>
            </w:r>
          </w:p>
        </w:tc>
        <w:tc>
          <w:tcPr>
            <w:tcW w:type="dxa" w:w="2160"/>
          </w:tcPr>
          <w:p>
            <w:r>
              <w:rPr>
                <w:sz w:val="18"/>
              </w:rPr>
              <w:t>AI会给出**更深入、更多角度**的分析</w:t>
            </w:r>
          </w:p>
        </w:tc>
        <w:tc>
          <w:tcPr>
            <w:tcW w:type="dxa" w:w="2160"/>
          </w:tcPr>
          <w:p>
            <w:r>
              <w:rPr>
                <w:sz w:val="18"/>
              </w:rPr>
              <w:t>从这个角度……？</w:t>
            </w:r>
          </w:p>
        </w:tc>
      </w:tr>
      <w:tr>
        <w:tc>
          <w:tcPr>
            <w:tcW w:type="dxa" w:w="2160"/>
          </w:tcPr>
          <w:p>
            <w:r>
              <w:rPr>
                <w:sz w:val="18"/>
              </w:rPr>
              <w:t>**。。。**</w:t>
            </w:r>
          </w:p>
        </w:tc>
        <w:tc>
          <w:tcPr>
            <w:tcW w:type="dxa" w:w="2160"/>
          </w:tcPr>
          <w:p>
            <w:r>
              <w:rPr>
                <w:sz w:val="18"/>
              </w:rPr>
              <w:t>英文省略号</w:t>
            </w:r>
          </w:p>
        </w:tc>
        <w:tc>
          <w:tcPr>
            <w:tcW w:type="dxa" w:w="2160"/>
          </w:tcPr>
          <w:p>
            <w:r>
              <w:rPr>
                <w:sz w:val="18"/>
              </w:rPr>
              <w:t>AI进入开放式等待，**留白感更强**</w:t>
            </w:r>
          </w:p>
        </w:tc>
        <w:tc>
          <w:tcPr>
            <w:tcW w:type="dxa" w:w="2160"/>
          </w:tcPr>
          <w:p>
            <w:r>
              <w:rPr>
                <w:sz w:val="18"/>
              </w:rPr>
              <w:t>Wait... what just happened...</w:t>
            </w:r>
          </w:p>
        </w:tc>
      </w:tr>
      <w:tr>
        <w:tc>
          <w:tcPr>
            <w:tcW w:type="dxa" w:w="2160"/>
          </w:tcPr>
          <w:p>
            <w:r>
              <w:rPr>
                <w:sz w:val="18"/>
              </w:rPr>
              <w:t>**……**</w:t>
            </w:r>
          </w:p>
        </w:tc>
        <w:tc>
          <w:tcPr>
            <w:tcW w:type="dxa" w:w="2160"/>
          </w:tcPr>
          <w:p>
            <w:r>
              <w:rPr>
                <w:sz w:val="18"/>
              </w:rPr>
              <w:t>中文省略号</w:t>
            </w:r>
          </w:p>
        </w:tc>
        <w:tc>
          <w:tcPr>
            <w:tcW w:type="dxa" w:w="2160"/>
          </w:tcPr>
          <w:p>
            <w:r>
              <w:rPr>
                <w:sz w:val="18"/>
              </w:rPr>
              <w:t>AI输出含蓄、有余韵，**不把话说死**</w:t>
            </w:r>
          </w:p>
        </w:tc>
        <w:tc>
          <w:tcPr>
            <w:tcW w:type="dxa" w:w="2160"/>
          </w:tcPr>
          <w:p>
            <w:r>
              <w:rPr>
                <w:sz w:val="18"/>
              </w:rPr>
              <w:t>关于这个问题……</w:t>
            </w:r>
          </w:p>
        </w:tc>
      </w:tr>
      <w:tr>
        <w:tc>
          <w:tcPr>
            <w:tcW w:type="dxa" w:w="2160"/>
          </w:tcPr>
          <w:p>
            <w:r>
              <w:rPr>
                <w:sz w:val="18"/>
              </w:rPr>
              <w:t>**" " + ：**</w:t>
            </w:r>
          </w:p>
        </w:tc>
        <w:tc>
          <w:tcPr>
            <w:tcW w:type="dxa" w:w="2160"/>
          </w:tcPr>
          <w:p>
            <w:r>
              <w:rPr>
                <w:sz w:val="18"/>
              </w:rPr>
              <w:t>引用+展开</w:t>
            </w:r>
          </w:p>
        </w:tc>
        <w:tc>
          <w:tcPr>
            <w:tcW w:type="dxa" w:w="2160"/>
          </w:tcPr>
          <w:p>
            <w:r>
              <w:rPr>
                <w:sz w:val="18"/>
              </w:rPr>
              <w:t>AI会先**引用原话**，再详细分析</w:t>
            </w:r>
          </w:p>
        </w:tc>
        <w:tc>
          <w:tcPr>
            <w:tcW w:type="dxa" w:w="2160"/>
          </w:tcPr>
          <w:p>
            <w:r>
              <w:rPr>
                <w:sz w:val="18"/>
              </w:rPr>
              <w:t>"人应该独立思考"：这句话揭示了……</w:t>
            </w:r>
          </w:p>
        </w:tc>
      </w:tr>
      <w:tr>
        <w:tc>
          <w:tcPr>
            <w:tcW w:type="dxa" w:w="2160"/>
          </w:tcPr>
          <w:p>
            <w:r>
              <w:rPr>
                <w:sz w:val="18"/>
              </w:rPr>
              <w:t>**（）+ ——**</w:t>
            </w:r>
          </w:p>
        </w:tc>
        <w:tc>
          <w:tcPr>
            <w:tcW w:type="dxa" w:w="2160"/>
          </w:tcPr>
          <w:p>
            <w:r>
              <w:rPr>
                <w:sz w:val="18"/>
              </w:rPr>
              <w:t>补充+转折</w:t>
            </w:r>
          </w:p>
        </w:tc>
        <w:tc>
          <w:tcPr>
            <w:tcW w:type="dxa" w:w="2160"/>
          </w:tcPr>
          <w:p>
            <w:r>
              <w:rPr>
                <w:sz w:val="18"/>
              </w:rPr>
              <w:t>AI先给出**次要信息**，再做**重点转折**</w:t>
            </w:r>
          </w:p>
        </w:tc>
        <w:tc>
          <w:tcPr>
            <w:tcW w:type="dxa" w:w="2160"/>
          </w:tcPr>
          <w:p>
            <w:r>
              <w:rPr>
                <w:sz w:val="18"/>
              </w:rPr>
              <w:t>（从技术角度）——但更关键的是商业价值</w:t>
            </w:r>
          </w:p>
        </w:tc>
      </w:tr>
      <w:tr>
        <w:tc>
          <w:tcPr>
            <w:tcW w:type="dxa" w:w="2160"/>
          </w:tcPr>
          <w:p>
            <w:r>
              <w:rPr>
                <w:sz w:val="18"/>
              </w:rPr>
              <w:t>**：/**</w:t>
            </w:r>
          </w:p>
        </w:tc>
        <w:tc>
          <w:tcPr>
            <w:tcW w:type="dxa" w:w="2160"/>
          </w:tcPr>
          <w:p>
            <w:r>
              <w:rPr>
                <w:sz w:val="18"/>
              </w:rPr>
              <w:t>分类/切换</w:t>
            </w:r>
          </w:p>
        </w:tc>
        <w:tc>
          <w:tcPr>
            <w:tcW w:type="dxa" w:w="2160"/>
          </w:tcPr>
          <w:p>
            <w:r>
              <w:rPr>
                <w:sz w:val="18"/>
              </w:rPr>
              <w:t>AI会切换到**不同视角或分类**</w:t>
            </w:r>
          </w:p>
        </w:tc>
        <w:tc>
          <w:tcPr>
            <w:tcW w:type="dxa" w:w="2160"/>
          </w:tcPr>
          <w:p>
            <w:r>
              <w:rPr>
                <w:sz w:val="18"/>
              </w:rPr>
              <w:t>技术角度：/ 商业角度：/ 用户角度：</w:t>
            </w:r>
          </w:p>
        </w:tc>
      </w:tr>
    </w:tbl>
    <w:p>
      <w:pPr>
        <w:pStyle w:val="Heading3"/>
      </w:pPr>
      <w:r>
        <w:t>组合使用技巧</w:t>
      </w:r>
    </w:p>
    <w:p>
      <w:r>
        <w:rPr>
          <w:rFonts w:ascii="Courier New" w:hAnsi="Courier New"/>
          <w:sz w:val="18"/>
        </w:rPr>
        <w:t>✅ 让AI情绪升温：</w:t>
        <w:br/>
        <w:t>你真的觉得这样可以吗？？？我觉得——完全没有问题！</w:t>
        <w:br/>
        <w:br/>
        <w:t>AI：感受到你的强烈情绪，输出会更坚定、有力</w:t>
        <w:br/>
        <w:br/>
        <w:t>✅ 让AI深入思考：</w:t>
        <w:br/>
        <w:t>这个问题……从经济角度看……从文化角度看……</w:t>
        <w:br/>
        <w:br/>
        <w:t>AI：进入多维度分析模式，给出全面分析</w:t>
        <w:br/>
        <w:br/>
        <w:t>✅ 让AI引用并发挥：</w:t>
        <w:br/>
        <w:t>"路漫漫其修远兮"——这句话的意思是……</w:t>
        <w:br/>
        <w:br/>
        <w:t>AI：引用原句，深入解释含义</w:t>
      </w:r>
    </w:p>
    <w:p>
      <w:r>
        <w:t>---</w:t>
      </w:r>
    </w:p>
    <w:p>
      <w:pPr>
        <w:pStyle w:val="Heading2"/>
      </w:pPr>
      <w:r>
        <w:t>四、标点在提示词工程中的实战应用</w:t>
      </w:r>
    </w:p>
    <w:p>
      <w:pPr>
        <w:pStyle w:val="Heading3"/>
      </w:pPr>
      <w:r>
        <w:t>1. 结构化提示词的标点用法</w:t>
      </w:r>
    </w:p>
    <w:p>
      <w:r>
        <w:rPr>
          <w:rFonts w:ascii="Courier New" w:hAnsi="Courier New"/>
          <w:sz w:val="18"/>
        </w:rPr>
        <w:t>✅ 标准结构化格式：</w:t>
        <w:br/>
        <w:t>角色：你是一位资深产品经理</w:t>
        <w:br/>
        <w:t>背景：负责一款B2B SaaS产品</w:t>
        <w:br/>
        <w:t>目标：提升用户留存率至40%</w:t>
        <w:br/>
        <w:t>约束：（不能超过500字）（用数据说话）</w:t>
        <w:br/>
        <w:t>风格：专业、简洁、有洞察</w:t>
        <w:br/>
        <w:br/>
        <w:t>AI理解：每个部分职责清晰，整体结构完整</w:t>
        <w:br/>
        <w:t>输出：符合产品经理专业语气的分析报告</w:t>
      </w:r>
    </w:p>
    <w:tbl>
      <w:tblPr>
        <w:tblStyle w:val="TableGrid"/>
        <w:tblW w:type="auto" w:w="0"/>
        <w:tblLook w:firstColumn="1" w:firstRow="1" w:lastColumn="0" w:lastRow="0" w:noHBand="0" w:noVBand="1" w:val="04A0"/>
      </w:tblPr>
      <w:tblGrid>
        <w:gridCol w:w="2880"/>
        <w:gridCol w:w="2880"/>
        <w:gridCol w:w="2880"/>
      </w:tblGrid>
      <w:tr>
        <w:tc>
          <w:tcPr>
            <w:tcW w:type="dxa" w:w="2880"/>
          </w:tcPr>
          <w:p>
            <w:r>
              <w:rPr>
                <w:sz w:val="18"/>
              </w:rPr>
              <w:t>标点</w:t>
            </w:r>
          </w:p>
        </w:tc>
        <w:tc>
          <w:tcPr>
            <w:tcW w:type="dxa" w:w="2880"/>
          </w:tcPr>
          <w:p>
            <w:r>
              <w:rPr>
                <w:sz w:val="18"/>
              </w:rPr>
              <w:t>用途</w:t>
            </w:r>
          </w:p>
        </w:tc>
        <w:tc>
          <w:tcPr>
            <w:tcW w:type="dxa" w:w="2880"/>
          </w:tcPr>
          <w:p>
            <w:r>
              <w:rPr>
                <w:sz w:val="18"/>
              </w:rPr>
              <w:t>示例</w:t>
            </w:r>
          </w:p>
        </w:tc>
      </w:tr>
      <w:tr>
        <w:tc>
          <w:tcPr>
            <w:tcW w:type="dxa" w:w="2880"/>
          </w:tcPr>
          <w:p>
            <w:r>
              <w:rPr>
                <w:sz w:val="18"/>
              </w:rPr>
              <w:t>冒号（：）</w:t>
            </w:r>
          </w:p>
        </w:tc>
        <w:tc>
          <w:tcPr>
            <w:tcW w:type="dxa" w:w="2880"/>
          </w:tcPr>
          <w:p>
            <w:r>
              <w:rPr>
                <w:sz w:val="18"/>
              </w:rPr>
              <w:t>定义角色、任务、背景</w:t>
            </w:r>
          </w:p>
        </w:tc>
        <w:tc>
          <w:tcPr>
            <w:tcW w:type="dxa" w:w="2880"/>
          </w:tcPr>
          <w:p>
            <w:r>
              <w:rPr>
                <w:sz w:val="18"/>
              </w:rPr>
              <w:t>角色：资深律师</w:t>
            </w:r>
          </w:p>
        </w:tc>
      </w:tr>
      <w:tr>
        <w:tc>
          <w:tcPr>
            <w:tcW w:type="dxa" w:w="2880"/>
          </w:tcPr>
          <w:p>
            <w:r>
              <w:rPr>
                <w:sz w:val="18"/>
              </w:rPr>
              <w:t>句号（。）</w:t>
            </w:r>
          </w:p>
        </w:tc>
        <w:tc>
          <w:tcPr>
            <w:tcW w:type="dxa" w:w="2880"/>
          </w:tcPr>
          <w:p>
            <w:r>
              <w:rPr>
                <w:sz w:val="18"/>
              </w:rPr>
              <w:t>分隔独立的指令块</w:t>
            </w:r>
          </w:p>
        </w:tc>
        <w:tc>
          <w:tcPr>
            <w:tcW w:type="dxa" w:w="2880"/>
          </w:tcPr>
          <w:p>
            <w:r>
              <w:rPr>
                <w:sz w:val="18"/>
              </w:rPr>
              <w:t>先分析数据。总结规律。提出建议。</w:t>
            </w:r>
          </w:p>
        </w:tc>
      </w:tr>
      <w:tr>
        <w:tc>
          <w:tcPr>
            <w:tcW w:type="dxa" w:w="2880"/>
          </w:tcPr>
          <w:p>
            <w:r>
              <w:rPr>
                <w:sz w:val="18"/>
              </w:rPr>
              <w:t>括号（（））</w:t>
            </w:r>
          </w:p>
        </w:tc>
        <w:tc>
          <w:tcPr>
            <w:tcW w:type="dxa" w:w="2880"/>
          </w:tcPr>
          <w:p>
            <w:r>
              <w:rPr>
                <w:sz w:val="18"/>
              </w:rPr>
              <w:t>添加约束条件、补充说明</w:t>
            </w:r>
          </w:p>
        </w:tc>
        <w:tc>
          <w:tcPr>
            <w:tcW w:type="dxa" w:w="2880"/>
          </w:tcPr>
          <w:p>
            <w:r>
              <w:rPr>
                <w:sz w:val="18"/>
              </w:rPr>
              <w:t>（不超过300字）（用专业术语）</w:t>
            </w:r>
          </w:p>
        </w:tc>
      </w:tr>
      <w:tr>
        <w:tc>
          <w:tcPr>
            <w:tcW w:type="dxa" w:w="2880"/>
          </w:tcPr>
          <w:p>
            <w:r>
              <w:rPr>
                <w:sz w:val="18"/>
              </w:rPr>
              <w:t>斜杠（/）</w:t>
            </w:r>
          </w:p>
        </w:tc>
        <w:tc>
          <w:tcPr>
            <w:tcW w:type="dxa" w:w="2880"/>
          </w:tcPr>
          <w:p>
            <w:r>
              <w:rPr>
                <w:sz w:val="18"/>
              </w:rPr>
              <w:t>提供选项、表示替代</w:t>
            </w:r>
          </w:p>
        </w:tc>
        <w:tc>
          <w:tcPr>
            <w:tcW w:type="dxa" w:w="2880"/>
          </w:tcPr>
          <w:p>
            <w:r>
              <w:rPr>
                <w:sz w:val="18"/>
              </w:rPr>
              <w:t>用专业/通俗的语言</w:t>
            </w:r>
          </w:p>
        </w:tc>
      </w:tr>
      <w:tr>
        <w:tc>
          <w:tcPr>
            <w:tcW w:type="dxa" w:w="2880"/>
          </w:tcPr>
          <w:p>
            <w:r>
              <w:rPr>
                <w:sz w:val="18"/>
              </w:rPr>
              <w:t>顿号（、）</w:t>
            </w:r>
          </w:p>
        </w:tc>
        <w:tc>
          <w:tcPr>
            <w:tcW w:type="dxa" w:w="2880"/>
          </w:tcPr>
          <w:p>
            <w:r>
              <w:rPr>
                <w:sz w:val="18"/>
              </w:rPr>
              <w:t>列举同等重要的要素</w:t>
            </w:r>
          </w:p>
        </w:tc>
        <w:tc>
          <w:tcPr>
            <w:tcW w:type="dxa" w:w="2880"/>
          </w:tcPr>
          <w:p>
            <w:r>
              <w:rPr>
                <w:sz w:val="18"/>
              </w:rPr>
              <w:t>创新性、可行性、盈利性</w:t>
            </w:r>
          </w:p>
        </w:tc>
      </w:tr>
      <w:tr>
        <w:tc>
          <w:tcPr>
            <w:tcW w:type="dxa" w:w="2880"/>
          </w:tcPr>
          <w:p>
            <w:r>
              <w:rPr>
                <w:sz w:val="18"/>
              </w:rPr>
              <w:t>分号（；）</w:t>
            </w:r>
          </w:p>
        </w:tc>
        <w:tc>
          <w:tcPr>
            <w:tcW w:type="dxa" w:w="2880"/>
          </w:tcPr>
          <w:p>
            <w:r>
              <w:rPr>
                <w:sz w:val="18"/>
              </w:rPr>
              <w:t>分隔有关联但独立的内容</w:t>
            </w:r>
          </w:p>
        </w:tc>
        <w:tc>
          <w:tcPr>
            <w:tcW w:type="dxa" w:w="2880"/>
          </w:tcPr>
          <w:p>
            <w:r>
              <w:rPr>
                <w:sz w:val="18"/>
              </w:rPr>
              <w:t>分析优势；指出风险；给出建议</w:t>
            </w:r>
          </w:p>
        </w:tc>
      </w:tr>
    </w:tbl>
    <w:p>
      <w:pPr>
        <w:pStyle w:val="Heading3"/>
      </w:pPr>
      <w:r>
        <w:t>2. 对话中标点对AI角色扮演的影响</w:t>
      </w:r>
    </w:p>
    <w:p>
      <w:r>
        <w:rPr>
          <w:rFonts w:ascii="Courier New" w:hAnsi="Courier New"/>
          <w:sz w:val="18"/>
        </w:rPr>
        <w:t>✅ 同一角色，不同标点，不同表现：</w:t>
        <w:br/>
        <w:br/>
        <w:t>角色说话用感叹号（激动）：</w:t>
        <w:br/>
        <w:t>"我们必须马上行动！"</w:t>
        <w:br/>
        <w:br/>
        <w:t>AI角色：激动、急迫、情绪外露</w:t>
        <w:br/>
        <w:br/>
        <w:t>角色说话用省略号（含蓄）：</w:t>
        <w:br/>
        <w:t>"也许……事情没有那么简单……"</w:t>
        <w:br/>
        <w:br/>
        <w:t>AI角色：犹豫、暧昧、意味深长</w:t>
        <w:br/>
        <w:br/>
        <w:t>角色说话用问号（反问）：</w:t>
        <w:br/>
        <w:t>"你觉得这样对吗？"</w:t>
        <w:br/>
        <w:br/>
        <w:t>AI角色：质疑、挑战、带有审视感</w:t>
        <w:br/>
        <w:br/>
        <w:t>角色说话用句号（平静）：</w:t>
        <w:br/>
        <w:t>"我明白了。"</w:t>
        <w:br/>
        <w:br/>
        <w:t>AI角色：冷静、克制、言简意赅</w:t>
      </w:r>
    </w:p>
    <w:p>
      <w:pPr>
        <w:pStyle w:val="Heading3"/>
      </w:pPr>
      <w:r>
        <w:t>3. 剧本创作中标点的特殊作用</w:t>
      </w:r>
    </w:p>
    <w:p>
      <w:r>
        <w:rPr>
          <w:rFonts w:ascii="Courier New" w:hAnsi="Courier New"/>
          <w:sz w:val="18"/>
        </w:rPr>
        <w:t>✅ 台词标点影响语气：</w:t>
        <w:br/>
        <w:br/>
        <w:t>普通对话：</w:t>
        <w:br/>
        <w:t>"你好" → 中性问候</w:t>
        <w:br/>
        <w:t>"你好！" → 热情问候</w:t>
        <w:br/>
        <w:t>"你好……" → 迟疑、试探的问候</w:t>
        <w:br/>
        <w:t>"你好？" → 惊讶、困惑的问候</w:t>
        <w:br/>
        <w:br/>
        <w:t>✅ 舞台指示的标点影响场景理解：</w:t>
        <w:br/>
        <w:br/>
        <w:t>平静场景：</w:t>
        <w:br/>
        <w:t>灯光渐暗。（暗示结束）</w:t>
        <w:br/>
        <w:br/>
        <w:t>紧张场景：</w:t>
        <w:br/>
        <w:t>灯光闪烁——突然全灭！（暗示转折/危机）</w:t>
        <w:br/>
        <w:br/>
        <w:t>✅ 对话标签的标点影响角色语气：</w:t>
        <w:br/>
        <w:br/>
        <w:t>他问："..." → 中性询问</w:t>
        <w:br/>
        <w:t>他笑着说："..." → 轻松对话</w:t>
        <w:br/>
        <w:t>他冷笑道："..." → 冷漠/讽刺</w:t>
      </w:r>
    </w:p>
    <w:p>
      <w:pPr>
        <w:pStyle w:val="Heading3"/>
      </w:pPr>
      <w:r>
        <w:t>4. 标点影响AI判断"风格"的案例</w:t>
      </w:r>
    </w:p>
    <w:tbl>
      <w:tblPr>
        <w:tblStyle w:val="TableGrid"/>
        <w:tblW w:type="auto" w:w="0"/>
        <w:tblLook w:firstColumn="1" w:firstRow="1" w:lastColumn="0" w:lastRow="0" w:noHBand="0" w:noVBand="1" w:val="04A0"/>
      </w:tblPr>
      <w:tblGrid>
        <w:gridCol w:w="2880"/>
        <w:gridCol w:w="2880"/>
        <w:gridCol w:w="2880"/>
      </w:tblGrid>
      <w:tr>
        <w:tc>
          <w:tcPr>
            <w:tcW w:type="dxa" w:w="2880"/>
          </w:tcPr>
          <w:p>
            <w:r>
              <w:rPr>
                <w:sz w:val="18"/>
              </w:rPr>
              <w:t>标点风格</w:t>
            </w:r>
          </w:p>
        </w:tc>
        <w:tc>
          <w:tcPr>
            <w:tcW w:type="dxa" w:w="2880"/>
          </w:tcPr>
          <w:p>
            <w:r>
              <w:rPr>
                <w:sz w:val="18"/>
              </w:rPr>
              <w:t>AI判定的文本风格</w:t>
            </w:r>
          </w:p>
        </w:tc>
        <w:tc>
          <w:tcPr>
            <w:tcW w:type="dxa" w:w="2880"/>
          </w:tcPr>
          <w:p>
            <w:r>
              <w:rPr>
                <w:sz w:val="18"/>
              </w:rPr>
              <w:t>适用场景</w:t>
            </w:r>
          </w:p>
        </w:tc>
      </w:tr>
      <w:tr>
        <w:tc>
          <w:tcPr>
            <w:tcW w:type="dxa" w:w="2880"/>
          </w:tcPr>
          <w:p>
            <w:r>
              <w:rPr>
                <w:sz w:val="18"/>
              </w:rPr>
              <w:t>多句号、冒号、分号</w:t>
            </w:r>
          </w:p>
        </w:tc>
        <w:tc>
          <w:tcPr>
            <w:tcW w:type="dxa" w:w="2880"/>
          </w:tcPr>
          <w:p>
            <w:r>
              <w:rPr>
                <w:sz w:val="18"/>
              </w:rPr>
              <w:t>正式、严谨</w:t>
            </w:r>
          </w:p>
        </w:tc>
        <w:tc>
          <w:tcPr>
            <w:tcW w:type="dxa" w:w="2880"/>
          </w:tcPr>
          <w:p>
            <w:r>
              <w:rPr>
                <w:sz w:val="18"/>
              </w:rPr>
              <w:t>商务报告、学术分析</w:t>
            </w:r>
          </w:p>
        </w:tc>
      </w:tr>
      <w:tr>
        <w:tc>
          <w:tcPr>
            <w:tcW w:type="dxa" w:w="2880"/>
          </w:tcPr>
          <w:p>
            <w:r>
              <w:rPr>
                <w:sz w:val="18"/>
              </w:rPr>
              <w:t>多逗号、感叹号、省略号</w:t>
            </w:r>
          </w:p>
        </w:tc>
        <w:tc>
          <w:tcPr>
            <w:tcW w:type="dxa" w:w="2880"/>
          </w:tcPr>
          <w:p>
            <w:r>
              <w:rPr>
                <w:sz w:val="18"/>
              </w:rPr>
              <w:t>口语化、情感化</w:t>
            </w:r>
          </w:p>
        </w:tc>
        <w:tc>
          <w:tcPr>
            <w:tcW w:type="dxa" w:w="2880"/>
          </w:tcPr>
          <w:p>
            <w:r>
              <w:rPr>
                <w:sz w:val="18"/>
              </w:rPr>
              <w:t>日常对话、社交媒体</w:t>
            </w:r>
          </w:p>
        </w:tc>
      </w:tr>
      <w:tr>
        <w:tc>
          <w:tcPr>
            <w:tcW w:type="dxa" w:w="2880"/>
          </w:tcPr>
          <w:p>
            <w:r>
              <w:rPr>
                <w:sz w:val="18"/>
              </w:rPr>
              <w:t>多引号、书名号</w:t>
            </w:r>
          </w:p>
        </w:tc>
        <w:tc>
          <w:tcPr>
            <w:tcW w:type="dxa" w:w="2880"/>
          </w:tcPr>
          <w:p>
            <w:r>
              <w:rPr>
                <w:sz w:val="18"/>
              </w:rPr>
              <w:t>引用多、学术感</w:t>
            </w:r>
          </w:p>
        </w:tc>
        <w:tc>
          <w:tcPr>
            <w:tcW w:type="dxa" w:w="2880"/>
          </w:tcPr>
          <w:p>
            <w:r>
              <w:rPr>
                <w:sz w:val="18"/>
              </w:rPr>
              <w:t>论文、书评</w:t>
            </w:r>
          </w:p>
        </w:tc>
      </w:tr>
      <w:tr>
        <w:tc>
          <w:tcPr>
            <w:tcW w:type="dxa" w:w="2880"/>
          </w:tcPr>
          <w:p>
            <w:r>
              <w:rPr>
                <w:sz w:val="18"/>
              </w:rPr>
              <w:t>多破折号、问号</w:t>
            </w:r>
          </w:p>
        </w:tc>
        <w:tc>
          <w:tcPr>
            <w:tcW w:type="dxa" w:w="2880"/>
          </w:tcPr>
          <w:p>
            <w:r>
              <w:rPr>
                <w:sz w:val="18"/>
              </w:rPr>
              <w:t>思辨性、分析性</w:t>
            </w:r>
          </w:p>
        </w:tc>
        <w:tc>
          <w:tcPr>
            <w:tcW w:type="dxa" w:w="2880"/>
          </w:tcPr>
          <w:p>
            <w:r>
              <w:rPr>
                <w:sz w:val="18"/>
              </w:rPr>
              <w:t>评论、辩论</w:t>
            </w:r>
          </w:p>
        </w:tc>
      </w:tr>
      <w:tr>
        <w:tc>
          <w:tcPr>
            <w:tcW w:type="dxa" w:w="2880"/>
          </w:tcPr>
          <w:p>
            <w:r>
              <w:rPr>
                <w:sz w:val="18"/>
              </w:rPr>
              <w:t>少标点、短句</w:t>
            </w:r>
          </w:p>
        </w:tc>
        <w:tc>
          <w:tcPr>
            <w:tcW w:type="dxa" w:w="2880"/>
          </w:tcPr>
          <w:p>
            <w:r>
              <w:rPr>
                <w:sz w:val="18"/>
              </w:rPr>
              <w:t>快节奏、简洁</w:t>
            </w:r>
          </w:p>
        </w:tc>
        <w:tc>
          <w:tcPr>
            <w:tcW w:type="dxa" w:w="2880"/>
          </w:tcPr>
          <w:p>
            <w:r>
              <w:rPr>
                <w:sz w:val="18"/>
              </w:rPr>
              <w:t>新闻标题、行动指令</w:t>
            </w:r>
          </w:p>
        </w:tc>
      </w:tr>
    </w:tbl>
    <w:p>
      <w:r>
        <w:rPr>
          <w:rFonts w:ascii="Courier New" w:hAnsi="Courier New"/>
          <w:sz w:val="18"/>
        </w:rPr>
        <w:t>✅ 风格匹配示例：</w:t>
        <w:br/>
        <w:br/>
        <w:t>正式风格（论文）：</w:t>
        <w:br/>
        <w:t>本文分析了人工智能技术的发展趋势。主要结论如下：首先，技术进步呈指数级增长。其次，应用场景不断拓展。最后，伦理问题日益突出。</w:t>
        <w:br/>
        <w:br/>
        <w:t>口语风格（对话）：</w:t>
        <w:br/>
        <w:t>你有没有发现啊，现在AI真的越来越厉害了……而且感觉它还在一直学……</w:t>
        <w:br/>
        <w:br/>
        <w:t>AI会根据你输入的标点风格来调整输出风格，所以：</w:t>
        <w:br/>
        <w:t>想输出正式文本 → 输入正式风格的标点</w:t>
        <w:br/>
        <w:t>想输出口语文本 → 输入口语风格的标点</w:t>
      </w:r>
    </w:p>
    <w:p>
      <w:r>
        <w:t>---</w:t>
      </w:r>
    </w:p>
    <w:p>
      <w:pPr>
        <w:pStyle w:val="Heading2"/>
      </w:pPr>
      <w:r>
        <w:t>五、标点使用的常见误区</w:t>
      </w:r>
    </w:p>
    <w:p>
      <w:pPr>
        <w:pStyle w:val="Heading3"/>
      </w:pPr>
      <w:r>
        <w:t>误区一：标点缺失导致AI理解混乱</w:t>
      </w:r>
    </w:p>
    <w:tbl>
      <w:tblPr>
        <w:tblStyle w:val="TableGrid"/>
        <w:tblW w:type="auto" w:w="0"/>
        <w:tblLook w:firstColumn="1" w:firstRow="1" w:lastColumn="0" w:lastRow="0" w:noHBand="0" w:noVBand="1" w:val="04A0"/>
      </w:tblPr>
      <w:tblGrid>
        <w:gridCol w:w="2880"/>
        <w:gridCol w:w="2880"/>
        <w:gridCol w:w="2880"/>
      </w:tblGrid>
      <w:tr>
        <w:tc>
          <w:tcPr>
            <w:tcW w:type="dxa" w:w="2880"/>
          </w:tcPr>
          <w:p>
            <w:r>
              <w:rPr>
                <w:sz w:val="18"/>
              </w:rPr>
              <w:t>错误写法</w:t>
            </w:r>
          </w:p>
        </w:tc>
        <w:tc>
          <w:tcPr>
            <w:tcW w:type="dxa" w:w="2880"/>
          </w:tcPr>
          <w:p>
            <w:r>
              <w:rPr>
                <w:sz w:val="18"/>
              </w:rPr>
              <w:t>AI理解</w:t>
            </w:r>
          </w:p>
        </w:tc>
        <w:tc>
          <w:tcPr>
            <w:tcW w:type="dxa" w:w="2880"/>
          </w:tcPr>
          <w:p>
            <w:r>
              <w:rPr>
                <w:sz w:val="18"/>
              </w:rPr>
              <w:t>正确写法</w:t>
            </w:r>
          </w:p>
        </w:tc>
      </w:tr>
      <w:tr>
        <w:tc>
          <w:tcPr>
            <w:tcW w:type="dxa" w:w="2880"/>
          </w:tcPr>
          <w:p>
            <w:r>
              <w:rPr>
                <w:sz w:val="18"/>
              </w:rPr>
              <w:t>请帮我想一个有趣的故事关于友谊</w:t>
            </w:r>
          </w:p>
        </w:tc>
        <w:tc>
          <w:tcPr>
            <w:tcW w:type="dxa" w:w="2880"/>
          </w:tcPr>
          <w:p>
            <w:r>
              <w:rPr>
                <w:sz w:val="18"/>
              </w:rPr>
              <w:t>AI可能把"故事关于友谊"当成一个词组</w:t>
            </w:r>
          </w:p>
        </w:tc>
        <w:tc>
          <w:tcPr>
            <w:tcW w:type="dxa" w:w="2880"/>
          </w:tcPr>
          <w:p>
            <w:r>
              <w:rPr>
                <w:sz w:val="18"/>
              </w:rPr>
              <w:t>请帮我想一个有趣的故事，关于友谊</w:t>
            </w:r>
          </w:p>
        </w:tc>
      </w:tr>
      <w:tr>
        <w:tc>
          <w:tcPr>
            <w:tcW w:type="dxa" w:w="2880"/>
          </w:tcPr>
          <w:p>
            <w:r>
              <w:rPr>
                <w:sz w:val="18"/>
              </w:rPr>
              <w:t>这个产品价格便宜质量好</w:t>
            </w:r>
          </w:p>
        </w:tc>
        <w:tc>
          <w:tcPr>
            <w:tcW w:type="dxa" w:w="2880"/>
          </w:tcPr>
          <w:p>
            <w:r>
              <w:rPr>
                <w:sz w:val="18"/>
              </w:rPr>
              <w:t>AI可能理解为"价格便宜质量好"是产品的一个特点</w:t>
            </w:r>
          </w:p>
        </w:tc>
        <w:tc>
          <w:tcPr>
            <w:tcW w:type="dxa" w:w="2880"/>
          </w:tcPr>
          <w:p>
            <w:r>
              <w:rPr>
                <w:sz w:val="18"/>
              </w:rPr>
              <w:t>这个产品价格便宜，质量好</w:t>
            </w:r>
          </w:p>
        </w:tc>
      </w:tr>
      <w:tr>
        <w:tc>
          <w:tcPr>
            <w:tcW w:type="dxa" w:w="2880"/>
          </w:tcPr>
          <w:p>
            <w:r>
              <w:rPr>
                <w:sz w:val="18"/>
              </w:rPr>
              <w:t>我想要一个苹果手机</w:t>
            </w:r>
          </w:p>
        </w:tc>
        <w:tc>
          <w:tcPr>
            <w:tcW w:type="dxa" w:w="2880"/>
          </w:tcPr>
          <w:p>
            <w:r>
              <w:rPr>
                <w:sz w:val="18"/>
              </w:rPr>
              <w:t>AI可能把"苹果手机"当成一个新词</w:t>
            </w:r>
          </w:p>
        </w:tc>
        <w:tc>
          <w:tcPr>
            <w:tcW w:type="dxa" w:w="2880"/>
          </w:tcPr>
          <w:p>
            <w:r>
              <w:rPr>
                <w:sz w:val="18"/>
              </w:rPr>
              <w:t>我想要一个苹果，手机</w:t>
            </w:r>
          </w:p>
        </w:tc>
      </w:tr>
    </w:tbl>
    <w:p>
      <w:pPr>
        <w:pStyle w:val="Heading3"/>
      </w:pPr>
      <w:r>
        <w:t>误区二：标点过多导致AI输出碎片化</w:t>
      </w:r>
    </w:p>
    <w:tbl>
      <w:tblPr>
        <w:tblStyle w:val="TableGrid"/>
        <w:tblW w:type="auto" w:w="0"/>
        <w:tblLook w:firstColumn="1" w:firstRow="1" w:lastColumn="0" w:lastRow="0" w:noHBand="0" w:noVBand="1" w:val="04A0"/>
      </w:tblPr>
      <w:tblGrid>
        <w:gridCol w:w="2880"/>
        <w:gridCol w:w="2880"/>
        <w:gridCol w:w="2880"/>
      </w:tblGrid>
      <w:tr>
        <w:tc>
          <w:tcPr>
            <w:tcW w:type="dxa" w:w="2880"/>
          </w:tcPr>
          <w:p>
            <w:r>
              <w:rPr>
                <w:sz w:val="18"/>
              </w:rPr>
              <w:t>错误写法</w:t>
            </w:r>
          </w:p>
        </w:tc>
        <w:tc>
          <w:tcPr>
            <w:tcW w:type="dxa" w:w="2880"/>
          </w:tcPr>
          <w:p>
            <w:r>
              <w:rPr>
                <w:sz w:val="18"/>
              </w:rPr>
              <w:t>AI理解</w:t>
            </w:r>
          </w:p>
        </w:tc>
        <w:tc>
          <w:tcPr>
            <w:tcW w:type="dxa" w:w="2880"/>
          </w:tcPr>
          <w:p>
            <w:r>
              <w:rPr>
                <w:sz w:val="18"/>
              </w:rPr>
              <w:t>正确写法</w:t>
            </w:r>
          </w:p>
        </w:tc>
      </w:tr>
      <w:tr>
        <w:tc>
          <w:tcPr>
            <w:tcW w:type="dxa" w:w="2880"/>
          </w:tcPr>
          <w:p>
            <w:r>
              <w:rPr>
                <w:sz w:val="18"/>
              </w:rPr>
              <w:t>请！帮！我！写！一！首！诗！</w:t>
            </w:r>
          </w:p>
        </w:tc>
        <w:tc>
          <w:tcPr>
            <w:tcW w:type="dxa" w:w="2880"/>
          </w:tcPr>
          <w:p>
            <w:r>
              <w:rPr>
                <w:sz w:val="18"/>
              </w:rPr>
              <w:t>AI进入"高强度模式"，每字都当成重点</w:t>
            </w:r>
          </w:p>
        </w:tc>
        <w:tc>
          <w:tcPr>
            <w:tcW w:type="dxa" w:w="2880"/>
          </w:tcPr>
          <w:p>
            <w:r>
              <w:rPr>
                <w:sz w:val="18"/>
              </w:rPr>
              <w:t>请帮我写一首诗！</w:t>
            </w:r>
          </w:p>
        </w:tc>
      </w:tr>
      <w:tr>
        <w:tc>
          <w:tcPr>
            <w:tcW w:type="dxa" w:w="2880"/>
          </w:tcPr>
          <w:p>
            <w:r>
              <w:rPr>
                <w:sz w:val="18"/>
              </w:rPr>
              <w:t>要创新！！要突破！！要独特！！</w:t>
            </w:r>
          </w:p>
        </w:tc>
        <w:tc>
          <w:tcPr>
            <w:tcW w:type="dxa" w:w="2880"/>
          </w:tcPr>
          <w:p>
            <w:r>
              <w:rPr>
                <w:sz w:val="18"/>
              </w:rPr>
              <w:t>AI被感叹号淹没，不知道哪个最重要</w:t>
            </w:r>
          </w:p>
        </w:tc>
        <w:tc>
          <w:tcPr>
            <w:tcW w:type="dxa" w:w="2880"/>
          </w:tcPr>
          <w:p>
            <w:r>
              <w:rPr>
                <w:sz w:val="18"/>
              </w:rPr>
              <w:t>要创新，要突破，要独特（核心目标用感叹号）</w:t>
            </w:r>
          </w:p>
        </w:tc>
      </w:tr>
    </w:tbl>
    <w:p>
      <w:pPr>
        <w:pStyle w:val="Heading3"/>
      </w:pPr>
      <w:r>
        <w:t>误区三：中英文标点混用导致AI分词错误</w:t>
      </w:r>
    </w:p>
    <w:tbl>
      <w:tblPr>
        <w:tblStyle w:val="TableGrid"/>
        <w:tblW w:type="auto" w:w="0"/>
        <w:tblLook w:firstColumn="1" w:firstRow="1" w:lastColumn="0" w:lastRow="0" w:noHBand="0" w:noVBand="1" w:val="04A0"/>
      </w:tblPr>
      <w:tblGrid>
        <w:gridCol w:w="2880"/>
        <w:gridCol w:w="2880"/>
        <w:gridCol w:w="2880"/>
      </w:tblGrid>
      <w:tr>
        <w:tc>
          <w:tcPr>
            <w:tcW w:type="dxa" w:w="2880"/>
          </w:tcPr>
          <w:p>
            <w:r>
              <w:rPr>
                <w:sz w:val="18"/>
              </w:rPr>
              <w:t>错误写法</w:t>
            </w:r>
          </w:p>
        </w:tc>
        <w:tc>
          <w:tcPr>
            <w:tcW w:type="dxa" w:w="2880"/>
          </w:tcPr>
          <w:p>
            <w:r>
              <w:rPr>
                <w:sz w:val="18"/>
              </w:rPr>
              <w:t>AI理解</w:t>
            </w:r>
          </w:p>
        </w:tc>
        <w:tc>
          <w:tcPr>
            <w:tcW w:type="dxa" w:w="2880"/>
          </w:tcPr>
          <w:p>
            <w:r>
              <w:rPr>
                <w:sz w:val="18"/>
              </w:rPr>
              <w:t>正确写法</w:t>
            </w:r>
          </w:p>
        </w:tc>
      </w:tr>
      <w:tr>
        <w:tc>
          <w:tcPr>
            <w:tcW w:type="dxa" w:w="2880"/>
          </w:tcPr>
          <w:p>
            <w:r>
              <w:rPr>
                <w:sz w:val="18"/>
              </w:rPr>
              <w:t>Hello，你好</w:t>
            </w:r>
          </w:p>
        </w:tc>
        <w:tc>
          <w:tcPr>
            <w:tcW w:type="dxa" w:w="2880"/>
          </w:tcPr>
          <w:p>
            <w:r>
              <w:rPr>
                <w:sz w:val="18"/>
              </w:rPr>
              <w:t>中英文混合，标点不统一</w:t>
            </w:r>
          </w:p>
        </w:tc>
        <w:tc>
          <w:tcPr>
            <w:tcW w:type="dxa" w:w="2880"/>
          </w:tcPr>
          <w:p>
            <w:r>
              <w:rPr>
                <w:sz w:val="18"/>
              </w:rPr>
              <w:t>Hello，你好。（中文句号）或 Hello. 你好.</w:t>
            </w:r>
          </w:p>
        </w:tc>
      </w:tr>
      <w:tr>
        <w:tc>
          <w:tcPr>
            <w:tcW w:type="dxa" w:w="2880"/>
          </w:tcPr>
          <w:p>
            <w:r>
              <w:rPr>
                <w:sz w:val="18"/>
              </w:rPr>
              <w:t>Python(编程语言)</w:t>
            </w:r>
          </w:p>
        </w:tc>
        <w:tc>
          <w:tcPr>
            <w:tcW w:type="dxa" w:w="2880"/>
          </w:tcPr>
          <w:p>
            <w:r>
              <w:rPr>
                <w:sz w:val="18"/>
              </w:rPr>
              <w:t>括号类型不匹配</w:t>
            </w:r>
          </w:p>
        </w:tc>
        <w:tc>
          <w:tcPr>
            <w:tcW w:type="dxa" w:w="2880"/>
          </w:tcPr>
          <w:p>
            <w:r>
              <w:rPr>
                <w:sz w:val="18"/>
              </w:rPr>
              <w:t>Python（编程语言） 或 Python (programming language)</w:t>
            </w:r>
          </w:p>
        </w:tc>
      </w:tr>
      <w:tr>
        <w:tc>
          <w:tcPr>
            <w:tcW w:type="dxa" w:w="2880"/>
          </w:tcPr>
          <w:p>
            <w:r>
              <w:rPr>
                <w:sz w:val="18"/>
              </w:rPr>
              <w:t>"引号混用"</w:t>
            </w:r>
          </w:p>
        </w:tc>
        <w:tc>
          <w:tcPr>
            <w:tcW w:type="dxa" w:w="2880"/>
          </w:tcPr>
          <w:p>
            <w:r>
              <w:rPr>
                <w:sz w:val="18"/>
              </w:rPr>
              <w:t>中文文本用英文引号</w:t>
            </w:r>
          </w:p>
        </w:tc>
        <w:tc>
          <w:tcPr>
            <w:tcW w:type="dxa" w:w="2880"/>
          </w:tcPr>
          <w:p>
            <w:r>
              <w:rPr>
                <w:sz w:val="18"/>
              </w:rPr>
              <w:t>"引号统一" 或「引号统一」</w:t>
            </w:r>
          </w:p>
        </w:tc>
      </w:tr>
    </w:tbl>
    <w:p>
      <w:pPr>
        <w:pStyle w:val="Heading3"/>
      </w:pPr>
      <w:r>
        <w:t>误区四：全角半角标点对AI的影响</w:t>
      </w:r>
    </w:p>
    <w:tbl>
      <w:tblPr>
        <w:tblStyle w:val="TableGrid"/>
        <w:tblW w:type="auto" w:w="0"/>
        <w:tblLook w:firstColumn="1" w:firstRow="1" w:lastColumn="0" w:lastRow="0" w:noHBand="0" w:noVBand="1" w:val="04A0"/>
      </w:tblPr>
      <w:tblGrid>
        <w:gridCol w:w="2880"/>
        <w:gridCol w:w="2880"/>
        <w:gridCol w:w="2880"/>
      </w:tblGrid>
      <w:tr>
        <w:tc>
          <w:tcPr>
            <w:tcW w:type="dxa" w:w="2880"/>
          </w:tcPr>
          <w:p>
            <w:r>
              <w:rPr>
                <w:sz w:val="18"/>
              </w:rPr>
              <w:t>全角标点</w:t>
            </w:r>
          </w:p>
        </w:tc>
        <w:tc>
          <w:tcPr>
            <w:tcW w:type="dxa" w:w="2880"/>
          </w:tcPr>
          <w:p>
            <w:r>
              <w:rPr>
                <w:sz w:val="18"/>
              </w:rPr>
              <w:t>半角标点</w:t>
            </w:r>
          </w:p>
        </w:tc>
        <w:tc>
          <w:tcPr>
            <w:tcW w:type="dxa" w:w="2880"/>
          </w:tcPr>
          <w:p>
            <w:r>
              <w:rPr>
                <w:sz w:val="18"/>
              </w:rPr>
              <w:t>AI理解差异</w:t>
            </w:r>
          </w:p>
        </w:tc>
      </w:tr>
      <w:tr>
        <w:tc>
          <w:tcPr>
            <w:tcW w:type="dxa" w:w="2880"/>
          </w:tcPr>
          <w:p>
            <w:r>
              <w:rPr>
                <w:sz w:val="18"/>
              </w:rPr>
              <w:t>，</w:t>
            </w:r>
          </w:p>
        </w:tc>
        <w:tc>
          <w:tcPr>
            <w:tcW w:type="dxa" w:w="2880"/>
          </w:tcPr>
          <w:p>
            <w:r>
              <w:rPr>
                <w:sz w:val="18"/>
              </w:rPr>
              <w:t>,</w:t>
            </w:r>
          </w:p>
        </w:tc>
        <w:tc>
          <w:tcPr>
            <w:tcW w:type="dxa" w:w="2880"/>
          </w:tcPr>
          <w:p>
            <w:r>
              <w:rPr>
                <w:sz w:val="18"/>
              </w:rPr>
              <w:t>中文文本建议用全角，与英文区分</w:t>
            </w:r>
          </w:p>
        </w:tc>
      </w:tr>
      <w:tr>
        <w:tc>
          <w:tcPr>
            <w:tcW w:type="dxa" w:w="2880"/>
          </w:tcPr>
          <w:p>
            <w:r>
              <w:rPr>
                <w:sz w:val="18"/>
              </w:rPr>
              <w:t>。</w:t>
            </w:r>
          </w:p>
        </w:tc>
        <w:tc>
          <w:tcPr>
            <w:tcW w:type="dxa" w:w="2880"/>
          </w:tcPr>
          <w:p>
            <w:r>
              <w:rPr>
                <w:sz w:val="18"/>
              </w:rPr>
              <w:t>.</w:t>
            </w:r>
          </w:p>
        </w:tc>
        <w:tc>
          <w:tcPr>
            <w:tcW w:type="dxa" w:w="2880"/>
          </w:tcPr>
          <w:p>
            <w:r>
              <w:rPr>
                <w:sz w:val="18"/>
              </w:rPr>
              <w:t>同上</w:t>
            </w:r>
          </w:p>
        </w:tc>
      </w:tr>
      <w:tr>
        <w:tc>
          <w:tcPr>
            <w:tcW w:type="dxa" w:w="2880"/>
          </w:tcPr>
          <w:p>
            <w:r>
              <w:rPr>
                <w:sz w:val="18"/>
              </w:rPr>
              <w:t>、</w:t>
            </w:r>
          </w:p>
        </w:tc>
        <w:tc>
          <w:tcPr>
            <w:tcW w:type="dxa" w:w="2880"/>
          </w:tcPr>
          <w:p>
            <w:r>
              <w:rPr>
                <w:sz w:val="18"/>
              </w:rPr>
              <w:t>/</w:t>
            </w:r>
          </w:p>
        </w:tc>
        <w:tc>
          <w:tcPr>
            <w:tcW w:type="dxa" w:w="2880"/>
          </w:tcPr>
          <w:p>
            <w:r>
              <w:rPr>
                <w:sz w:val="18"/>
              </w:rPr>
              <w:t>同上</w:t>
            </w:r>
          </w:p>
        </w:tc>
      </w:tr>
      <w:tr>
        <w:tc>
          <w:tcPr>
            <w:tcW w:type="dxa" w:w="2880"/>
          </w:tcPr>
          <w:p>
            <w:r>
              <w:rPr>
                <w:sz w:val="18"/>
              </w:rPr>
              <w:t>——</w:t>
            </w:r>
          </w:p>
        </w:tc>
        <w:tc>
          <w:tcPr>
            <w:tcW w:type="dxa" w:w="2880"/>
          </w:tcPr>
          <w:p>
            <w:r>
              <w:rPr>
                <w:sz w:val="18"/>
              </w:rPr>
              <w:t>-- 或 —</w:t>
            </w:r>
          </w:p>
        </w:tc>
        <w:tc>
          <w:tcPr>
            <w:tcW w:type="dxa" w:w="2880"/>
          </w:tcPr>
          <w:p>
            <w:r>
              <w:rPr>
                <w:sz w:val="18"/>
              </w:rPr>
              <w:t>同上</w:t>
            </w:r>
          </w:p>
        </w:tc>
      </w:tr>
      <w:tr>
        <w:tc>
          <w:tcPr>
            <w:tcW w:type="dxa" w:w="2880"/>
          </w:tcPr>
          <w:p>
            <w:r>
              <w:rPr>
                <w:sz w:val="18"/>
              </w:rPr>
              <w:t>（）</w:t>
            </w:r>
          </w:p>
        </w:tc>
        <w:tc>
          <w:tcPr>
            <w:tcW w:type="dxa" w:w="2880"/>
          </w:tcPr>
          <w:p>
            <w:r>
              <w:rPr>
                <w:sz w:val="18"/>
              </w:rPr>
              <w:t>()</w:t>
            </w:r>
          </w:p>
        </w:tc>
        <w:tc>
          <w:tcPr>
            <w:tcW w:type="dxa" w:w="2880"/>
          </w:tcPr>
          <w:p>
            <w:r>
              <w:rPr>
                <w:sz w:val="18"/>
              </w:rPr>
              <w:t>同上</w:t>
            </w:r>
          </w:p>
        </w:tc>
      </w:tr>
      <w:tr>
        <w:tc>
          <w:tcPr>
            <w:tcW w:type="dxa" w:w="2880"/>
          </w:tcPr>
          <w:p>
            <w:r>
              <w:rPr>
                <w:sz w:val="18"/>
              </w:rPr>
              <w:t>！？：；</w:t>
            </w:r>
          </w:p>
        </w:tc>
        <w:tc>
          <w:tcPr>
            <w:tcW w:type="dxa" w:w="2880"/>
          </w:tcPr>
          <w:p>
            <w:r>
              <w:rPr>
                <w:sz w:val="18"/>
              </w:rPr>
              <w:t>!?:;,</w:t>
            </w:r>
          </w:p>
        </w:tc>
        <w:tc>
          <w:tcPr>
            <w:tcW w:type="dxa" w:w="2880"/>
          </w:tcPr>
          <w:p>
            <w:r>
              <w:rPr>
                <w:sz w:val="18"/>
              </w:rPr>
              <w:t>混合文本建议保持一致</w:t>
            </w:r>
          </w:p>
        </w:tc>
      </w:tr>
    </w:tbl>
    <w:p>
      <w:pPr>
        <w:pStyle w:val="Heading3"/>
      </w:pPr>
      <w:r>
        <w:t>误区五：不用标点（纯空格分隔）</w:t>
      </w:r>
    </w:p>
    <w:tbl>
      <w:tblPr>
        <w:tblStyle w:val="TableGrid"/>
        <w:tblW w:type="auto" w:w="0"/>
        <w:tblLook w:firstColumn="1" w:firstRow="1" w:lastColumn="0" w:lastRow="0" w:noHBand="0" w:noVBand="1" w:val="04A0"/>
      </w:tblPr>
      <w:tblGrid>
        <w:gridCol w:w="2880"/>
        <w:gridCol w:w="2880"/>
        <w:gridCol w:w="2880"/>
      </w:tblGrid>
      <w:tr>
        <w:tc>
          <w:tcPr>
            <w:tcW w:type="dxa" w:w="2880"/>
          </w:tcPr>
          <w:p>
            <w:r>
              <w:rPr>
                <w:sz w:val="18"/>
              </w:rPr>
              <w:t>错误写法</w:t>
            </w:r>
          </w:p>
        </w:tc>
        <w:tc>
          <w:tcPr>
            <w:tcW w:type="dxa" w:w="2880"/>
          </w:tcPr>
          <w:p>
            <w:r>
              <w:rPr>
                <w:sz w:val="18"/>
              </w:rPr>
              <w:t>AI理解</w:t>
            </w:r>
          </w:p>
        </w:tc>
        <w:tc>
          <w:tcPr>
            <w:tcW w:type="dxa" w:w="2880"/>
          </w:tcPr>
          <w:p>
            <w:r>
              <w:rPr>
                <w:sz w:val="18"/>
              </w:rPr>
              <w:t>正确写法</w:t>
            </w:r>
          </w:p>
        </w:tc>
      </w:tr>
      <w:tr>
        <w:tc>
          <w:tcPr>
            <w:tcW w:type="dxa" w:w="2880"/>
          </w:tcPr>
          <w:p>
            <w:r>
              <w:rPr>
                <w:sz w:val="18"/>
              </w:rPr>
              <w:t>请帮我写一个有趣的故事关于友谊和成长</w:t>
            </w:r>
          </w:p>
        </w:tc>
        <w:tc>
          <w:tcPr>
            <w:tcW w:type="dxa" w:w="2880"/>
          </w:tcPr>
          <w:p>
            <w:r>
              <w:rPr>
                <w:sz w:val="18"/>
              </w:rPr>
              <w:t>AI只能靠猜测理解意图，容易出错</w:t>
            </w:r>
          </w:p>
        </w:tc>
        <w:tc>
          <w:tcPr>
            <w:tcW w:type="dxa" w:w="2880"/>
          </w:tcPr>
          <w:p>
            <w:r>
              <w:rPr>
                <w:sz w:val="18"/>
              </w:rPr>
              <w:t>请帮我写一个有趣的故事，关于友谊和成长</w:t>
            </w:r>
          </w:p>
        </w:tc>
      </w:tr>
      <w:tr>
        <w:tc>
          <w:tcPr>
            <w:tcW w:type="dxa" w:w="2880"/>
          </w:tcPr>
          <w:p>
            <w:r>
              <w:rPr>
                <w:sz w:val="18"/>
              </w:rPr>
              <w:t>分析数据得出结论提出建议</w:t>
            </w:r>
          </w:p>
        </w:tc>
        <w:tc>
          <w:tcPr>
            <w:tcW w:type="dxa" w:w="2880"/>
          </w:tcPr>
          <w:p>
            <w:r>
              <w:rPr>
                <w:sz w:val="18"/>
              </w:rPr>
              <w:t>AI把三个动词当成一个连续动作</w:t>
            </w:r>
          </w:p>
        </w:tc>
        <w:tc>
          <w:tcPr>
            <w:tcW w:type="dxa" w:w="2880"/>
          </w:tcPr>
          <w:p>
            <w:r>
              <w:rPr>
                <w:sz w:val="18"/>
              </w:rPr>
              <w:t>分析数据。得出结论。提出建议。</w:t>
            </w:r>
          </w:p>
        </w:tc>
      </w:tr>
    </w:tbl>
    <w:p>
      <w:r>
        <w:t>---</w:t>
      </w:r>
    </w:p>
    <w:p>
      <w:pPr>
        <w:pStyle w:val="Heading2"/>
      </w:pPr>
      <w:r>
        <w:t>六、标点控制的万能公式</w:t>
      </w:r>
    </w:p>
    <w:p>
      <w:pPr>
        <w:pStyle w:val="Heading3"/>
      </w:pPr>
      <w:r>
        <w:t>1. 怎么用标点让AI输出更精确</w:t>
      </w:r>
    </w:p>
    <w:p>
      <w:r>
        <w:rPr>
          <w:rFonts w:ascii="Courier New" w:hAnsi="Courier New"/>
          <w:sz w:val="18"/>
        </w:rPr>
        <w:t>✅ 核心公式：核心指令 + 标点分隔 + 细化说明</w:t>
        <w:br/>
        <w:br/>
        <w:t>示例：</w:t>
        <w:br/>
        <w:t>写一篇文章（关于AI的未来）[结构：引言-正文-结论]（2000字）</w:t>
        <w:br/>
        <w:br/>
        <w:t>公式拆解：</w:t>
        <w:br/>
        <w:t>- 逗号/括号 → 核心任务</w:t>
        <w:br/>
        <w:t>- 括号 → 细化约束</w:t>
        <w:br/>
        <w:t>- 方括号 → 结构要求</w:t>
      </w:r>
    </w:p>
    <w:p>
      <w:pPr>
        <w:pStyle w:val="Heading3"/>
      </w:pPr>
      <w:r>
        <w:t>2. 怎么用标点控制AI输出的节奏</w:t>
      </w:r>
    </w:p>
    <w:p>
      <w:r>
        <w:rPr>
          <w:rFonts w:ascii="Courier New" w:hAnsi="Courier New"/>
          <w:sz w:val="18"/>
        </w:rPr>
        <w:t>✅ 核心公式：快节奏 = 短句 + 句号</w:t>
        <w:br/>
        <w:t>✅ 核心公式：慢节奏 = 长句 + 逗号 + 省略号</w:t>
        <w:br/>
        <w:br/>
        <w:t>快节奏示例：</w:t>
        <w:br/>
        <w:t>灯光闪烁。音乐停止。有人倒下。一切都结束了。</w:t>
        <w:br/>
        <w:br/>
        <w:t>慢节奏示例：</w:t>
        <w:br/>
        <w:t>那天晚上，风吹过窗帘，月光洒在地上，一切看起来那么平静……</w:t>
        <w:br/>
        <w:br/>
        <w:t>AI会根据你的标点节奏来调整输出节奏。</w:t>
      </w:r>
    </w:p>
    <w:p>
      <w:pPr>
        <w:pStyle w:val="Heading3"/>
      </w:pPr>
      <w:r>
        <w:t>3. 怎么用标点控制AI输出的情感强度</w:t>
      </w:r>
    </w:p>
    <w:p>
      <w:r>
        <w:rPr>
          <w:rFonts w:ascii="Courier New" w:hAnsi="Courier New"/>
          <w:sz w:val="18"/>
        </w:rPr>
        <w:t>✅ 核心公式：情感强度 = 感叹号数量 + 问号类型 + 省略号</w:t>
        <w:br/>
        <w:br/>
        <w:t>低强度（理性、客观）：</w:t>
        <w:br/>
        <w:t>请分析这份报告的主要数据。</w:t>
        <w:br/>
        <w:br/>
        <w:t>中强度（关注、重点）：</w:t>
        <w:br/>
        <w:t>请分析这份报告的主要数据！重点关注第三部分。</w:t>
        <w:br/>
        <w:br/>
        <w:t>高强度（情感、强调）：</w:t>
        <w:br/>
        <w:t>这份报告的数据太重要了！第三部分必须重点分析！！！</w:t>
      </w:r>
    </w:p>
    <w:p>
      <w:pPr>
        <w:pStyle w:val="Heading3"/>
      </w:pPr>
      <w:r>
        <w:t>4. 怎么用标点建立复杂指令的层次结构</w:t>
      </w:r>
    </w:p>
    <w:p>
      <w:r>
        <w:rPr>
          <w:rFonts w:ascii="Courier New" w:hAnsi="Courier New"/>
          <w:sz w:val="18"/>
        </w:rPr>
        <w:t>✅ 核心公式：层次 = 句号（第一层）+ 分号（第二层）+ 逗号（第三层）+ 括号（补充层）</w:t>
        <w:br/>
        <w:br/>
        <w:t>示例：</w:t>
        <w:br/>
        <w:br/>
        <w:t>第一层：核心任务</w:t>
        <w:br/>
        <w:t>写一篇关于AI的文章。</w:t>
        <w:br/>
        <w:br/>
        <w:t>第二层：主要方向</w:t>
        <w:br/>
        <w:t>分析技术发展趋势；探讨应用场景；讨论伦理挑战。</w:t>
        <w:br/>
        <w:br/>
        <w:t>第三层：具体要求</w:t>
        <w:br/>
        <w:t>需要包含历史回顾、现状分析、未来预测三个方面。</w:t>
        <w:br/>
        <w:br/>
        <w:t>第四层：补充约束</w:t>
        <w:br/>
        <w:t>（不超过3000字）（用专业但易懂的语言）</w:t>
        <w:br/>
        <w:br/>
        <w:t>AI会按层次理解，从核心到细节，层层深入。</w:t>
      </w:r>
    </w:p>
    <w:p>
      <w:r>
        <w:t>---</w:t>
      </w:r>
    </w:p>
    <w:p>
      <w:pPr>
        <w:pStyle w:val="Heading2"/>
      </w:pPr>
      <w:r>
        <w:t>快速参考表</w:t>
      </w:r>
    </w:p>
    <w:tbl>
      <w:tblPr>
        <w:tblStyle w:val="TableGrid"/>
        <w:tblW w:type="auto" w:w="0"/>
        <w:tblLook w:firstColumn="1" w:firstRow="1" w:lastColumn="0" w:lastRow="0" w:noHBand="0" w:noVBand="1" w:val="04A0"/>
      </w:tblPr>
      <w:tblGrid>
        <w:gridCol w:w="2880"/>
        <w:gridCol w:w="2880"/>
        <w:gridCol w:w="2880"/>
      </w:tblGrid>
      <w:tr>
        <w:tc>
          <w:tcPr>
            <w:tcW w:type="dxa" w:w="2880"/>
          </w:tcPr>
          <w:p>
            <w:r>
              <w:rPr>
                <w:sz w:val="18"/>
              </w:rPr>
              <w:t>想要的效果</w:t>
            </w:r>
          </w:p>
        </w:tc>
        <w:tc>
          <w:tcPr>
            <w:tcW w:type="dxa" w:w="2880"/>
          </w:tcPr>
          <w:p>
            <w:r>
              <w:rPr>
                <w:sz w:val="18"/>
              </w:rPr>
              <w:t>使用的标点</w:t>
            </w:r>
          </w:p>
        </w:tc>
        <w:tc>
          <w:tcPr>
            <w:tcW w:type="dxa" w:w="2880"/>
          </w:tcPr>
          <w:p>
            <w:r>
              <w:rPr>
                <w:sz w:val="18"/>
              </w:rPr>
              <w:t>示例</w:t>
            </w:r>
          </w:p>
        </w:tc>
      </w:tr>
      <w:tr>
        <w:tc>
          <w:tcPr>
            <w:tcW w:type="dxa" w:w="2880"/>
          </w:tcPr>
          <w:p>
            <w:r>
              <w:rPr>
                <w:sz w:val="18"/>
              </w:rPr>
              <w:t>分隔独立任务</w:t>
            </w:r>
          </w:p>
        </w:tc>
        <w:tc>
          <w:tcPr>
            <w:tcW w:type="dxa" w:w="2880"/>
          </w:tcPr>
          <w:p>
            <w:r>
              <w:rPr>
                <w:sz w:val="18"/>
              </w:rPr>
              <w:t>句号（。）</w:t>
            </w:r>
          </w:p>
        </w:tc>
        <w:tc>
          <w:tcPr>
            <w:tcW w:type="dxa" w:w="2880"/>
          </w:tcPr>
          <w:p>
            <w:r>
              <w:rPr>
                <w:sz w:val="18"/>
              </w:rPr>
              <w:t>先分析数据。总结规律。提出建议。</w:t>
            </w:r>
          </w:p>
        </w:tc>
      </w:tr>
      <w:tr>
        <w:tc>
          <w:tcPr>
            <w:tcW w:type="dxa" w:w="2880"/>
          </w:tcPr>
          <w:p>
            <w:r>
              <w:rPr>
                <w:sz w:val="18"/>
              </w:rPr>
              <w:t>保持内容连贯</w:t>
            </w:r>
          </w:p>
        </w:tc>
        <w:tc>
          <w:tcPr>
            <w:tcW w:type="dxa" w:w="2880"/>
          </w:tcPr>
          <w:p>
            <w:r>
              <w:rPr>
                <w:sz w:val="18"/>
              </w:rPr>
              <w:t>逗号（，）</w:t>
            </w:r>
          </w:p>
        </w:tc>
        <w:tc>
          <w:tcPr>
            <w:tcW w:type="dxa" w:w="2880"/>
          </w:tcPr>
          <w:p>
            <w:r>
              <w:rPr>
                <w:sz w:val="18"/>
              </w:rPr>
              <w:t>这个故事有趣、感人、有深度</w:t>
            </w:r>
          </w:p>
        </w:tc>
      </w:tr>
      <w:tr>
        <w:tc>
          <w:tcPr>
            <w:tcW w:type="dxa" w:w="2880"/>
          </w:tcPr>
          <w:p>
            <w:r>
              <w:rPr>
                <w:sz w:val="18"/>
              </w:rPr>
              <w:t>强调重点</w:t>
            </w:r>
          </w:p>
        </w:tc>
        <w:tc>
          <w:tcPr>
            <w:tcW w:type="dxa" w:w="2880"/>
          </w:tcPr>
          <w:p>
            <w:r>
              <w:rPr>
                <w:sz w:val="18"/>
              </w:rPr>
              <w:t>感叹号（！）</w:t>
            </w:r>
          </w:p>
        </w:tc>
        <w:tc>
          <w:tcPr>
            <w:tcW w:type="dxa" w:w="2880"/>
          </w:tcPr>
          <w:p>
            <w:r>
              <w:rPr>
                <w:sz w:val="18"/>
              </w:rPr>
              <w:t>请注意这个关键点！</w:t>
            </w:r>
          </w:p>
        </w:tc>
      </w:tr>
      <w:tr>
        <w:tc>
          <w:tcPr>
            <w:tcW w:type="dxa" w:w="2880"/>
          </w:tcPr>
          <w:p>
            <w:r>
              <w:rPr>
                <w:sz w:val="18"/>
              </w:rPr>
              <w:t>要求回答</w:t>
            </w:r>
          </w:p>
        </w:tc>
        <w:tc>
          <w:tcPr>
            <w:tcW w:type="dxa" w:w="2880"/>
          </w:tcPr>
          <w:p>
            <w:r>
              <w:rPr>
                <w:sz w:val="18"/>
              </w:rPr>
              <w:t>问号（？）</w:t>
            </w:r>
          </w:p>
        </w:tc>
        <w:tc>
          <w:tcPr>
            <w:tcW w:type="dxa" w:w="2880"/>
          </w:tcPr>
          <w:p>
            <w:r>
              <w:rPr>
                <w:sz w:val="18"/>
              </w:rPr>
              <w:t>这个方案可行吗？</w:t>
            </w:r>
          </w:p>
        </w:tc>
      </w:tr>
      <w:tr>
        <w:tc>
          <w:tcPr>
            <w:tcW w:type="dxa" w:w="2880"/>
          </w:tcPr>
          <w:p>
            <w:r>
              <w:rPr>
                <w:sz w:val="18"/>
              </w:rPr>
              <w:t>开放性结尾</w:t>
            </w:r>
          </w:p>
        </w:tc>
        <w:tc>
          <w:tcPr>
            <w:tcW w:type="dxa" w:w="2880"/>
          </w:tcPr>
          <w:p>
            <w:r>
              <w:rPr>
                <w:sz w:val="18"/>
              </w:rPr>
              <w:t>省略号（……）</w:t>
            </w:r>
          </w:p>
        </w:tc>
        <w:tc>
          <w:tcPr>
            <w:tcW w:type="dxa" w:w="2880"/>
          </w:tcPr>
          <w:p>
            <w:r>
              <w:rPr>
                <w:sz w:val="18"/>
              </w:rPr>
              <w:t>故事的最后……</w:t>
            </w:r>
          </w:p>
        </w:tc>
      </w:tr>
      <w:tr>
        <w:tc>
          <w:tcPr>
            <w:tcW w:type="dxa" w:w="2880"/>
          </w:tcPr>
          <w:p>
            <w:r>
              <w:rPr>
                <w:sz w:val="18"/>
              </w:rPr>
              <w:t>并列平等项</w:t>
            </w:r>
          </w:p>
        </w:tc>
        <w:tc>
          <w:tcPr>
            <w:tcW w:type="dxa" w:w="2880"/>
          </w:tcPr>
          <w:p>
            <w:r>
              <w:rPr>
                <w:sz w:val="18"/>
              </w:rPr>
              <w:t>顿号（、）</w:t>
            </w:r>
          </w:p>
        </w:tc>
        <w:tc>
          <w:tcPr>
            <w:tcW w:type="dxa" w:w="2880"/>
          </w:tcPr>
          <w:p>
            <w:r>
              <w:rPr>
                <w:sz w:val="18"/>
              </w:rPr>
              <w:t>苹果、香蕉、葡萄</w:t>
            </w:r>
          </w:p>
        </w:tc>
      </w:tr>
      <w:tr>
        <w:tc>
          <w:tcPr>
            <w:tcW w:type="dxa" w:w="2880"/>
          </w:tcPr>
          <w:p>
            <w:r>
              <w:rPr>
                <w:sz w:val="18"/>
              </w:rPr>
              <w:t>相关独立项</w:t>
            </w:r>
          </w:p>
        </w:tc>
        <w:tc>
          <w:tcPr>
            <w:tcW w:type="dxa" w:w="2880"/>
          </w:tcPr>
          <w:p>
            <w:r>
              <w:rPr>
                <w:sz w:val="18"/>
              </w:rPr>
              <w:t>分号（；）</w:t>
            </w:r>
          </w:p>
        </w:tc>
        <w:tc>
          <w:tcPr>
            <w:tcW w:type="dxa" w:w="2880"/>
          </w:tcPr>
          <w:p>
            <w:r>
              <w:rPr>
                <w:sz w:val="18"/>
              </w:rPr>
              <w:t>有优势；也有风险</w:t>
            </w:r>
          </w:p>
        </w:tc>
      </w:tr>
      <w:tr>
        <w:tc>
          <w:tcPr>
            <w:tcW w:type="dxa" w:w="2880"/>
          </w:tcPr>
          <w:p>
            <w:r>
              <w:rPr>
                <w:sz w:val="18"/>
              </w:rPr>
              <w:t>预告详情</w:t>
            </w:r>
          </w:p>
        </w:tc>
        <w:tc>
          <w:tcPr>
            <w:tcW w:type="dxa" w:w="2880"/>
          </w:tcPr>
          <w:p>
            <w:r>
              <w:rPr>
                <w:sz w:val="18"/>
              </w:rPr>
              <w:t>冒号（：）</w:t>
            </w:r>
          </w:p>
        </w:tc>
        <w:tc>
          <w:tcPr>
            <w:tcW w:type="dxa" w:w="2880"/>
          </w:tcPr>
          <w:p>
            <w:r>
              <w:rPr>
                <w:sz w:val="18"/>
              </w:rPr>
              <w:t>任务：写一首诗</w:t>
            </w:r>
          </w:p>
        </w:tc>
      </w:tr>
      <w:tr>
        <w:tc>
          <w:tcPr>
            <w:tcW w:type="dxa" w:w="2880"/>
          </w:tcPr>
          <w:p>
            <w:r>
              <w:rPr>
                <w:sz w:val="18"/>
              </w:rPr>
              <w:t>引用/对话</w:t>
            </w:r>
          </w:p>
        </w:tc>
        <w:tc>
          <w:tcPr>
            <w:tcW w:type="dxa" w:w="2880"/>
          </w:tcPr>
          <w:p>
            <w:r>
              <w:rPr>
                <w:sz w:val="18"/>
              </w:rPr>
              <w:t>引号（""）</w:t>
            </w:r>
          </w:p>
        </w:tc>
        <w:tc>
          <w:tcPr>
            <w:tcW w:type="dxa" w:w="2880"/>
          </w:tcPr>
          <w:p>
            <w:r>
              <w:rPr>
                <w:sz w:val="18"/>
              </w:rPr>
              <w:t>"这个问题……"</w:t>
            </w:r>
          </w:p>
        </w:tc>
      </w:tr>
      <w:tr>
        <w:tc>
          <w:tcPr>
            <w:tcW w:type="dxa" w:w="2880"/>
          </w:tcPr>
          <w:p>
            <w:r>
              <w:rPr>
                <w:sz w:val="18"/>
              </w:rPr>
              <w:t>转折/补充</w:t>
            </w:r>
          </w:p>
        </w:tc>
        <w:tc>
          <w:tcPr>
            <w:tcW w:type="dxa" w:w="2880"/>
          </w:tcPr>
          <w:p>
            <w:r>
              <w:rPr>
                <w:sz w:val="18"/>
              </w:rPr>
              <w:t>破折号（——）</w:t>
            </w:r>
          </w:p>
        </w:tc>
        <w:tc>
          <w:tcPr>
            <w:tcW w:type="dxa" w:w="2880"/>
          </w:tcPr>
          <w:p>
            <w:r>
              <w:rPr>
                <w:sz w:val="18"/>
              </w:rPr>
              <w:t>可行——但有风险</w:t>
            </w:r>
          </w:p>
        </w:tc>
      </w:tr>
      <w:tr>
        <w:tc>
          <w:tcPr>
            <w:tcW w:type="dxa" w:w="2880"/>
          </w:tcPr>
          <w:p>
            <w:r>
              <w:rPr>
                <w:sz w:val="18"/>
              </w:rPr>
              <w:t>补充说明</w:t>
            </w:r>
          </w:p>
        </w:tc>
        <w:tc>
          <w:tcPr>
            <w:tcW w:type="dxa" w:w="2880"/>
          </w:tcPr>
          <w:p>
            <w:r>
              <w:rPr>
                <w:sz w:val="18"/>
              </w:rPr>
              <w:t>括号（（））</w:t>
            </w:r>
          </w:p>
        </w:tc>
        <w:tc>
          <w:tcPr>
            <w:tcW w:type="dxa" w:w="2880"/>
          </w:tcPr>
          <w:p>
            <w:r>
              <w:rPr>
                <w:sz w:val="18"/>
              </w:rPr>
              <w:t>写一首诗（古体）</w:t>
            </w:r>
          </w:p>
        </w:tc>
      </w:tr>
      <w:tr>
        <w:tc>
          <w:tcPr>
            <w:tcW w:type="dxa" w:w="2880"/>
          </w:tcPr>
          <w:p>
            <w:r>
              <w:rPr>
                <w:sz w:val="18"/>
              </w:rPr>
              <w:t>选择/替代</w:t>
            </w:r>
          </w:p>
        </w:tc>
        <w:tc>
          <w:tcPr>
            <w:tcW w:type="dxa" w:w="2880"/>
          </w:tcPr>
          <w:p>
            <w:r>
              <w:rPr>
                <w:sz w:val="18"/>
              </w:rPr>
              <w:t>斜杠（/）</w:t>
            </w:r>
          </w:p>
        </w:tc>
        <w:tc>
          <w:tcPr>
            <w:tcW w:type="dxa" w:w="2880"/>
          </w:tcPr>
          <w:p>
            <w:r>
              <w:rPr>
                <w:sz w:val="18"/>
              </w:rPr>
              <w:t>Windows/Mac/Linux</w:t>
            </w:r>
          </w:p>
        </w:tc>
      </w:tr>
      <w:tr>
        <w:tc>
          <w:tcPr>
            <w:tcW w:type="dxa" w:w="2880"/>
          </w:tcPr>
          <w:p>
            <w:r>
              <w:rPr>
                <w:sz w:val="18"/>
              </w:rPr>
              <w:t>轻松语气</w:t>
            </w:r>
          </w:p>
        </w:tc>
        <w:tc>
          <w:tcPr>
            <w:tcW w:type="dxa" w:w="2880"/>
          </w:tcPr>
          <w:p>
            <w:r>
              <w:rPr>
                <w:sz w:val="18"/>
              </w:rPr>
              <w:t>波浪号（～）</w:t>
            </w:r>
          </w:p>
        </w:tc>
        <w:tc>
          <w:tcPr>
            <w:tcW w:type="dxa" w:w="2880"/>
          </w:tcPr>
          <w:p>
            <w:r>
              <w:rPr>
                <w:sz w:val="18"/>
              </w:rPr>
              <w:t>随便写写～</w:t>
            </w:r>
          </w:p>
        </w:tc>
      </w:tr>
      <w:tr>
        <w:tc>
          <w:tcPr>
            <w:tcW w:type="dxa" w:w="2880"/>
          </w:tcPr>
          <w:p>
            <w:r>
              <w:rPr>
                <w:sz w:val="18"/>
              </w:rPr>
              <w:t>风格参考</w:t>
            </w:r>
          </w:p>
        </w:tc>
        <w:tc>
          <w:tcPr>
            <w:tcW w:type="dxa" w:w="2880"/>
          </w:tcPr>
          <w:p>
            <w:r>
              <w:rPr>
                <w:sz w:val="18"/>
              </w:rPr>
              <w:t>书名号（《》）</w:t>
            </w:r>
          </w:p>
        </w:tc>
        <w:tc>
          <w:tcPr>
            <w:tcW w:type="dxa" w:w="2880"/>
          </w:tcPr>
          <w:p>
            <w:r>
              <w:rPr>
                <w:sz w:val="18"/>
              </w:rPr>
              <w:t>参考《XXX》的风格</w:t>
            </w:r>
          </w:p>
        </w:tc>
      </w:tr>
    </w:tbl>
    <w:p>
      <w:r>
        <w:t>---</w:t>
      </w:r>
    </w:p>
    <w:p>
      <w:r>
        <w:t xml:space="preserve">&gt; </w:t>
      </w:r>
      <w:r>
        <w:rPr>
          <w:b/>
        </w:rPr>
        <w:t>最后提醒</w:t>
      </w:r>
      <w:r>
        <w:t>：标点符号是AI理解人类语言的"路标"。正确的标点让AI走对路，错误的标点让AI迷路。</w:t>
      </w:r>
    </w:p>
    <w:p>
      <w:r>
        <w:t>&gt;</w:t>
      </w:r>
    </w:p>
    <w:p>
      <w:r>
        <w:t>&gt; 记住一个原则：</w:t>
      </w:r>
      <w:r>
        <w:rPr>
          <w:b/>
        </w:rPr>
        <w:t>让AI清晰知道你在说什么、想要什么、怎么要</w:t>
      </w:r>
      <w:r>
        <w:t>。标点就是实现这个目标的最简单工具。</w:t>
      </w:r>
    </w:p>
    <w:sectPr>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Document Governance Team</dc:creator>
  <cp:keywords/>
  <dc:description>generated by python-docx</dc:description>
  <cp:lastModifiedBy/>
  <cp:revision>1</cp:revision>
  <dcterms:created xsi:type="dcterms:W3CDTF">2013-12-23T23:15:00Z</dcterms:created>
  <dcterms:modified xsi:type="dcterms:W3CDTF">2013-12-23T23:15:00Z</dcterms:modified>
  <cp:category/>
</cp:coreProperties>
</file>