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AI视觉细节控制逻辑表</w:t>
      </w:r>
    </w:p>
    <w:p>
      <w:r>
        <w:t xml:space="preserve">&gt; </w:t>
      </w:r>
      <w:r>
        <w:rPr>
          <w:b/>
        </w:rPr>
        <w:t>使用说明</w:t>
      </w:r>
      <w:r>
        <w:t>：本表格旨在帮助内容创作者理解AI对视觉细节的理解逻辑，掌握正确描述方式，避免常见的生成翻车。表格按维度分类，每个维度都包含"用户常见说法"、"AI实际理解"、"典型翻车场景"、"翻车原因"、"正确描述方式"和"示例对比"六个方面。</w:t>
      </w:r>
    </w:p>
    <w:p>
      <w:r>
        <w:t>---</w:t>
      </w:r>
    </w:p>
    <w:p>
      <w:pPr>
        <w:pStyle w:val="Heading2"/>
      </w:pPr>
      <w:r>
        <w:t>一、空间结构理解</w:t>
      </w:r>
    </w:p>
    <w:p>
      <w:pPr>
        <w:pStyle w:val="Heading3"/>
      </w:pPr>
      <w:r>
        <w:t>1.1 室内空间结构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**房间布局**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"客厅里有一张沙发"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生成一张沙发，可能在房间任何位置，甚至飘在空中或穿透墙壁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说"客厅里有沙发"，结果沙发一半在墙里，另一半在门外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AI不理解"室内"意味着封闭空间，物体应放在可站立的地面上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明确说明家具的具体位置关系："沙发靠墙摆放，正对着电视墙"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❌"客厅有沙发" → 沙发飘在空中&lt;br&gt;✅"沙发靠北墙摆放，面朝南侧"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**门窗位置**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"窗外是花园"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可能生成门或窗，但位置随机，或者窗外的景色和实际位置不符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说"从窗户看出去是花园"，结果窗户开在厨房墙上，窗外是城市天际线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AI不关联"房间功能"和"窗外景色"的逻辑关系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用方位+参照物定位："主卧朝南，窗户面向院子，种着玫瑰花"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❌"卧室窗户外面是花园" → 窗外是摩天大楼&lt;br&gt;✅"主卧朝南窗户，窗外是一片玫瑰花园，阳光照进来"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**家具摆放**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"桌子上放着书"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桌子可能不存在，书可能放在空中、地上或桌子上但比例失衡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说"书桌上放着电脑"，结果电脑比桌子还大，或者书漂浮在桌子上方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AI不维护物体与承载面的物理关系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描述物体与家具的具体关系："电脑显示器放在书桌中央，键盘放在显示器前方"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❌"桌上放着电脑" → 电脑悬浮或比例失调&lt;br&gt;✅"27寸显示器摆在书桌正中，键盘紧贴显示器下方"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**上下楼层**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"他在楼上睡觉"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可能生成人物在某种"楼上"的场景，但不明确是哪一层楼或楼梯关系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说"从楼下往楼上看"，结果视角混乱，人物同时出现在多个楼层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AI不理解建筑层级的物理连续性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明确层级和视角关系："二楼卧室里，人物躺在床上，镜头从一楼楼梯口向上拍摄"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❌"人物在楼上" → 视角混乱&lt;br&gt;✅"二楼卧室，棕色大床上，男性躺着，面朝镜头，窗外是夜色"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**楼梯走廊**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"走廊尽头是卧室"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可能生成走廊，但卧室位置随机，走廊可能没有尽头或尽头是墙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说"沿着走廊走到尽头"，结果走廊无限延伸或者尽头是悬崖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AI不维护空间的连通性和目的性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描述具体路线和终点："长走廊，两侧是白色墙壁，尽头左转是主卧，门半开着"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❌"走廊尽头是卧室" → 走廊无限延伸&lt;br&gt;✅"5米长走廊，墙壁刷白，尽头左转进入主卧，门虚掩着"</w:t>
            </w:r>
          </w:p>
        </w:tc>
      </w:tr>
    </w:tbl>
    <w:p>
      <w:pPr>
        <w:pStyle w:val="Heading3"/>
      </w:pPr>
      <w:r>
        <w:t>1.2 室外空间结构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**街道场景**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"街道上有人走着"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生成街道，可能有人，但人和街道的位置关系、比例都可能是错的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说"街道上有个女人在走"，结果女人比房子还高，或者走在房子上面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AI不维护"人在地面上行走"的物理常识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描述人的位置和街道的具体特征："双向车道沥青路面，路边梧桐树，一个穿红裙的女人在人行道上行走"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❌"街道上有人" → 人比楼高&lt;br&gt;✅"沥青双向街道，路边法国梧桐，一个红裙女性在人行道右侧行走，比例正常"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**广场空间**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"广场中央有喷泉"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可能生成喷泉，但可能在广场边缘、角落，或者喷泉比广场还大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说"广场中央有音乐喷泉"，结果喷泉在广场外，广场空无一物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AI不理解"中央"的数学概念，容易生成在边缘或随机位置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用方位词和参照物："圆形广场，直径50米，中央是三层叠水喷泉，四周是石雕围栏"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❌"广场中央有喷泉" → 喷泉在角落&lt;br&gt;✅"圆形广场直径50米，阶梯式音乐喷泉在正中心，四周有石凳环绕"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**自然地形**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"小河旁边有棵树"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可能生成河流和树，但它们的相对位置、水和树的比例关系不确定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说"河边有棵垂柳"，结果树长在水里，或者树在水对面，距离很远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AI不维护"水边植被"的自然逻辑关系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描述具体位置关系和细节："河岸青石板铺就，水面距岸80厘米，一棵垂柳斜伸向水面，树干直径30厘米"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❌"河边有树" → 树在水里或距离很远&lt;br&gt;✅"石砌河岸，水位距岸约半米，倾斜的垂柳枝条快要触碰水面"</w:t>
            </w:r>
          </w:p>
        </w:tc>
      </w:tr>
    </w:tbl>
    <w:p>
      <w:pPr>
        <w:pStyle w:val="Heading3"/>
      </w:pPr>
      <w:r>
        <w:t>1.3 建筑结构理解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**房屋外观**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"一栋白色的房子"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生成白色建筑，可能没有门、窗、屋顶比例正确，甚至可能生成抽象白色块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说"白色欧式小楼"，结果生成没有门窗的白色方块，或者窗户长在屋顶上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AI不维护建筑的基本结构逻辑，不理解"房屋"需要门、窗、屋顶等元素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详细描述建筑特征："独栋二层小楼，奶白色外墙，深蓝色波形瓦屋顶，对开深棕色大门，两侧各一扇拱形落地窗"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❌"白色房子" → 没有门窗的白色方块&lt;br&gt;✅"两层白色小楼，深蓝瓦顶，深棕对开门，拱形窗，门前两级石阶"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**内外空间**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"从门外看屋内"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可能生成门，或者门不存在，或者门外看到的"屋内"和实际不符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说"从门外看进去"，结果门消失了，墙壁变成透明，或者屋内场景在门外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AI不区分"门内"和"门外"的视角逻辑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明确视角位置和视线方向："站在玄关处，门半开，向内看，客厅米色沙发，暖黄落地灯"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❌"从门外看进去" → 墙壁变透明&lt;br&gt;✅"门开着一条缝，从门缝向内看，客厅浅灰沙发，角落落地灯亮着"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**屋顶墙壁**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"墙壁上挂着画"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可能生成画，但画可能挂在空中、地上、墙上但位置不合理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说"墙上挂着一幅油画"，结果画悬浮在房屋外面，或者挂在地板上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AI不维护"墙上挂画"的物理逻辑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描述画的精确位置："客厅沙发上方墙面中央，挂着一幅60x80厘米的风景油画，画框黑色"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❌"墙上有画" → 画挂在地板上&lt;br&gt;✅"沙发正上方30厘米处，一幅60x80cm风景油画，深木色画框"</w:t>
            </w:r>
          </w:p>
        </w:tc>
      </w:tr>
    </w:tbl>
    <w:p>
      <w:pPr>
        <w:pStyle w:val="Heading3"/>
      </w:pPr>
      <w:r>
        <w:t>1.4 透视关系理解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**近大远小**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"一条长长的路"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可能生成道路，但道路的透视关系可能混乱，近处和远处物体比例异常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说"延伸到远方的小路"，结果近处和远处路面宽度一样，路两边的树也一样高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AI不理解透视的数学关系，容易生成"平铺"而非"纵深"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描述透视特征和消失点："林荫小路，路面从下往上逐渐变窄，消失在天际线中央，两侧树木近高远低"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❌"一条长长的路" → 前后一样宽&lt;br&gt;✅"透视小路，宽度从前景60%延伸到远景5%，消失在远方地平线"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**消失点**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"铁轨延伸到远方"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可能生成铁轨，但消失点位置可能不对，或者没有消失效果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说"铁轨伸向天边"，结果铁轨是平行线，或者消失在画面顶部而不是中心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AI不主动构建符合透视规则的场景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明确消失点位置："两条铁轨在画面中央地平线处交汇，蓝天白云，远方有小镇轮廓"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❌"铁轨伸向远方" → 铁轨平行&lt;br&gt;✅"纵深构图，铁轨在画面中心地平线处交汇成一点，远景有蒸汽火车头"</w:t>
            </w:r>
          </w:p>
        </w:tc>
      </w:tr>
    </w:tbl>
    <w:p>
      <w:pPr>
        <w:pStyle w:val="Heading3"/>
      </w:pPr>
      <w:r>
        <w:t>1.5 AI空间理解盲区与应对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**穿墙问题**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"他走进房间"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生成人物，但人物可能穿过墙壁、穿过门框、从窗户进入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说"他推门进屋"，结果人物从墙壁中间"渗透"进去，或者整个人穿过门框但门没开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AI没有"固体碰撞"概念，认为墙壁和人物可以重叠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明确门的开关状态和人物的进入方式："他推开深棕色木门，门向内开，他跨过门槛进入客厅"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❌"走进房间" → 人穿墙&lt;br&gt;✅"木质门向内打开，他抬脚跨过20厘米门槛，完整进入房间"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**内外混淆**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"车内场景"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生成"车"和"人"，但人可能在车外、车顶、或者车内但比例异常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说"车内自拍"，结果人物坐在车顶自拍，或者人物比车还大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AI理解"车"和"人"是分开的元素，不理解"人在车内部"的空间包含关系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明确车的位置和人物在车内的具体位置："驾驶座上坐着穿黑色皮夹克的男性，镜头从副驾驶座位置拍摄，方向盘在前景虚化"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❌"车内场景" → 人坐车顶&lt;br&gt;✅"人物坐在汽车主驾驶座，双手握方向盘，镜头从右后座拍摄，透过车窗能看到街景"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**前后混淆**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"他站在我前面"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可能生成人物，但人物和"我"的位置关系不确定，可能生成背后、侧面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说"他面对着我"，结果他背对着镜头/观众，或者两人侧面对视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AI不维护观察者和被观察者的相对位置关系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明确相对位置和朝向："男性面对镜头站立，穿蓝色衬衫，双手自然下垂，镜头视角与人物平视"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❌"他面对着我" → 背对镜头&lt;br&gt;✅"男性正面面对镜头，双脚与肩同宽，镜头正对人物面部高度拍摄"</w:t>
            </w:r>
          </w:p>
        </w:tc>
      </w:tr>
    </w:tbl>
    <w:p>
      <w:r>
        <w:t>---</w:t>
      </w:r>
    </w:p>
    <w:p>
      <w:pPr>
        <w:pStyle w:val="Heading2"/>
      </w:pPr>
      <w:r>
        <w:t>二、人物动作理解</w:t>
      </w:r>
    </w:p>
    <w:p>
      <w:pPr>
        <w:pStyle w:val="Heading3"/>
      </w:pPr>
      <w:r>
        <w:t>2.1 基础动作控制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**站立动作**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"人物站着"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生成直立人形，但可能僵硬、不自然，或者手的位置奇怪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说"女孩站着"，结果生成僵硬站立的女孩，手臂以不自然的角度伸出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AI不理解"自然站立"的人体姿态平衡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描述具体姿态："女性自然站立，重心在右脚，左脚稍向前伸，肩膀放松，手臂自然垂于身体两侧"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❌"人物站着" → 僵硬直立&lt;br&gt;✅"女性双脚分开与肩同宽，重心均匀，双手自然下垂，肩部放松"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**坐姿动作**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"他坐在椅子上"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生成人物坐在某种椅子上，但椅子可能没有腿、悬浮、或者人物姿势扭曲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说"男人坐在椅子上"，结果生成人物坐在没有椅腿的椅子上方，或者椅子比人还小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AI不维护"坐"需要支撑面的物理关系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描述椅子的具体形态和坐姿："标准餐椅，木质椅腿，座位高度45厘米，男性臀部完全在椅面上，大腿水平"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❌"坐在椅子上" → 椅子悬浮&lt;br&gt;✅"坐高45cm的木质餐椅，臀部完全接触椅面，大腿与地面平行，小腿自然下垂"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**躺卧动作**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"她躺在床上"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生成女性和床，但可能女性悬浮在床的上方、或者比例异常、或者姿势扭曲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说"女人躺在床上休息"，结果女人平躺在床单上方，像漂浮，或者头和身体连接处扭曲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AI不维护"躺"需要身体和支撑面接触的关系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描述身体与床的接触关系："女性侧躺在1.8米双人床上，浅灰色床单，脸枕在枕头上，身体曲线自然贴合床垫"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❌"躺在床上" → 悬浮或姿势扭曲&lt;br&gt;✅"女性侧卧在双人床左侧，脸枕白色枕头，身体线条自然弯曲贴合床垫"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**行走动作**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"他在走路"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生成直立人形在移动中，但腿部动作可能违反人体工学，或者身体不协调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说"男人走路"，结果两条腿以完全不可能的方式交叉，或者身体向后倾斜走路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AI不理解行走的生物力学原理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描述步态细节："男性正面向镜头方向行走，左腿向前迈出，脚跟着地，右臂自然摆动，步速中等"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❌"在走路" → 腿部动作违反人体工学&lt;br&gt;✅"正面行走视角，左腿前迈脚跟着地，右腿在后准备离地，对侧手臂摆动"</w:t>
            </w:r>
          </w:p>
        </w:tc>
      </w:tr>
    </w:tbl>
    <w:p>
      <w:pPr>
        <w:pStyle w:val="Heading3"/>
      </w:pPr>
      <w:r>
        <w:t>2.2 复杂动作理解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**转身动作**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"他转过身来"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可能生成旋转的人形，但旋转的方向、幅度不确定，可能生成扭曲的形态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说"男人转过身"，结果生成人体180度扭转但头还在原位，或者身体像麻花一样扭曲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AI不理解"转身"是连续动作，有起点和终点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描述转动的起点和终点："男性背对镜头，右侧肩膀向前转30度，正逐渐转向正面，但还未完全转过来"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❌"转过身来" → 头身分离/麻花扭曲&lt;br&gt;✅"男性3/4侧身，背对镜头转为正面的过渡姿态，转动幅度约45度"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**推门动作**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"他推门进入"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生成人物和门，但可能门不开、人穿门、或者手的位置不对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说"男人推门"，结果门没动，人已经进去，或者手穿过门板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AI不维护推门需要手接触门把、门向内/外开的逻辑链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描述动作的物理过程："男性右手握住门把手，向内推动，深棕色木门开至90度，他抬左脚跨过门槛"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❌"推门进入" → 穿门/门不动的穿墙&lt;br&gt;✅"右手握住黄铜门把手前推，木门向内开30度，左脚抬起准备跨入"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**拿起放下**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"他拿起苹果"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生成人物手中有某种物体，但物体可能突然出现、没有拿的动作、或者手和物体关系奇怪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说"她拿起桌上的苹果"，结果苹果已经握在手里，没有"拿起"的过程，或者苹果比手还大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AI不理解"拿起"是手从空到有的连续动作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描述手和物体的接触瞬间："右手手指正在合拢握住红色苹果，手掌和苹果接触，桌面上的苹果位置已空"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❌"拿起苹果" → 苹果无中生有&lt;br&gt;✅"女性右手手指包裹住红色苹果，苹果完全在掌心范围内，原来的桌面位置空置"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**拥抱动作**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"他们拥抱在一起"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生成两个人形接触，但拥抱的方式、位置、力度感都不对，可能生成悬浮接触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说"情侣拥抱"，结果两人身体悬浮接触，或者头部穿过对方身体，或者只有手指尖接触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AI不维护"拥抱"需要身体大面积接触、有力度感、情感表达的关系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描述拥抱的具体形态："两人面对面，男性双臂环抱女性腰背部，女性双手搭在男性肩上，两人胸部紧贴"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❌"拥抱" → 悬浮/穿身&lt;br&gt;✅"女性面部贴靠男性颈侧，双臂环绕男性背部，男性双臂环抱女性腰际，躯干紧贴"</w:t>
            </w:r>
          </w:p>
        </w:tc>
      </w:tr>
    </w:tbl>
    <w:p>
      <w:pPr>
        <w:pStyle w:val="Heading3"/>
      </w:pPr>
      <w:r>
        <w:t>2.3 动作方向控制（重点！）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**背对镜头**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"背对镜头站着"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可能生成人物，但方向随机，可能正面、侧面，或者身体和脸的方向不一致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说"女人背对镜头"，结果生成女人正对镜头，或者头转向后面但身体正对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AI不理解"镜头"作为观察者的存在，容易把"背对"理解为"某种方向"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明确身体轴线和镜头的位置关系："女性背部完整朝向镜头，长发垂落肩后，镜头视角在她正后方3米，高度1.6米"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❌"背对镜头" → 正面面对镜头&lt;br&gt;✅"女性背影完整呈现在画面中央，头发及腰，镜头在她正后方拍摄她的后背"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**面对镜头**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"面对镜头微笑"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可能生成面部，但微笑的幅度、眼神方向都不确定，可能斜视、俯视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说"他面对镜头"，结果生成人物眼睛看向别处，或者脸部侧向一边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AI不维护"面对"和"看"的因果关系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精确描述面部朝向和视线："男性面部正面朝向镜头，眼睛直视镜头中央，双眼瞳孔位于画面1/3水平线"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❌"面对镜头" → 眼睛看向别处&lt;br&gt;✅"男性正脸面对镜头，双眼正视镜头，鼻尖在画面中轴线，两侧对称"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**走向镜头**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"他向镜头走来"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可能生成移动中的人物，但可能向后走、悬浮走、或者整个人倒退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说"男人向镜头走来"，结果男人倒退着走，或者脚向前走但身体后仰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AI不理解"向镜头走"的方向性和视角关系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描述步伐方向和透视效果："男性脚尖朝向镜头方向行走，越走越近，近大远小透视明确，步幅正常"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❌"向镜头走来" → 后退走/悬浮&lt;br&gt;✅"男性脚尖朝镜头方向行走，逐渐放大靠近，视距缩短，步态正常"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**远离镜头**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"他离开房间"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可能生成人物，但可能不是走向门外，或者整个人悬浮着后退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说"他走向门口离开"，结果人物向后漂浮，或者穿过墙壁离开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AI不维护"离开"的空间逻辑和物理性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描述离开的具体路径："男性背朝门口站立，向后退出房间，左脚先退，跨过门槛，门框逐渐进入画面"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❌"离开房间" → 悬浮后退/穿墙&lt;br&gt;✅"人物背朝门口退去，左脚先退跨过门槛，身影逐渐缩小，门框在身后放大"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**进屋方向**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"他背对镜头进屋"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这是最容易翻车的描述！AI可能生成面对镜头进屋、侧身进屋、甚至从窗户进屋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说"背对镜头进屋"，结果生成男人面对镜头走进来，好像在迎接谁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"进"是一个方向性动词，但AI把它当成"进入"这个状态，而不是"进入时的朝向"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必须同时描述身体朝向和进入动作："男性背部朝向镜头，正朝门的方向走去，左手已经触及门把手，准备推门进入"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❌"背对镜头进屋" → 面对镜头进屋&lt;br&gt;✅"男性背影朝向镜头，正走向门口，左手触碰门把手，身体前倾即将跨入门内"</w:t>
            </w:r>
          </w:p>
        </w:tc>
      </w:tr>
    </w:tbl>
    <w:p>
      <w:pPr>
        <w:pStyle w:val="Heading3"/>
      </w:pPr>
      <w:r>
        <w:t>2.4 动作连贯性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sz w:val="18"/>
              </w:rPr>
              <w:t>控制维度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翻车原因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**连续动作**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"她先坐下然后看书"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可能生成两个独立状态，但缺少"坐下"到"看书"的过渡，可能直接跳到最终状态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说"女人坐下看书"，结果生成女人已经坐好手里已经有书，没有"坐下"的过程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AI不维护时间连续性，每帧都是独立生成的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分解动作为多个状态，或描述最终状态避免中间态："女性刚在沙发上坐定，膝盖上放着合起的书，一只手正要翻开封面"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❌"先坐下再看书" → 直接跳到看书状态&lt;br&gt;✅"女性臀部刚接触沙发坐垫，手里拿着合起的书，正准备翻开第一页"</w:t>
            </w:r>
          </w:p>
        </w:tc>
      </w:tr>
      <w:tr>
        <w:tc>
          <w:tcPr>
            <w:tcW w:type="dxa" w:w="1234"/>
          </w:tcPr>
          <w:p>
            <w:r>
              <w:rPr>
                <w:sz w:val="18"/>
              </w:rPr>
              <w:t>**动作逻辑**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"他拿起刀切菜"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生成刀和菜，但可能刀不接触菜、刀悬浮、或者切的动作违反物理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说"厨师切菜"，结果刀悬浮在菜上方，或者刀穿过砧板，或者菜自己裂开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AI不维护工具和对象的物理接触关系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描述接触瞬间："厨师右手握刀，刃口正接触砧板上土豆表面，手腕向下用力，刀身倾斜45度"</w:t>
            </w:r>
          </w:p>
        </w:tc>
        <w:tc>
          <w:tcPr>
            <w:tcW w:type="dxa" w:w="1234"/>
          </w:tcPr>
          <w:p>
            <w:r>
              <w:rPr>
                <w:sz w:val="18"/>
              </w:rPr>
              <w:t>❌"切菜" → 刀不碰菜&lt;br&gt;✅"厨师手握菜刀，刀刃斜切进砧板上番茄，切面湿润，刀柄在掌心"</w:t>
            </w:r>
          </w:p>
        </w:tc>
      </w:tr>
    </w:tbl>
    <w:p>
      <w:pPr>
        <w:pStyle w:val="Heading3"/>
      </w:pPr>
      <w:r>
        <w:t>2.5 AI动作理解核心问题总结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翻车表现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根本原因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**方向性问题**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"背对进屋"变成"面对进屋"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AI不理解动作的方向性，"进"是朝里的，但AI更关注"进"这个状态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必须同时描述身体朝向和动作方向，不要只说动作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**物体一致性**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拿起苹果，放下变香蕉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AI不维护物体在动作前后的连续性，每帧独立生成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在每个场景中单独描述关键物体，必要时重复描述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**物理碰撞**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穿墙、穿门、人悬浮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AI没有重力、碰撞、摩擦等物理概念，物体可以任意重叠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明确物体间的接触关系，描述"跨过""推开""坐在"等物理过程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**姿态合理性**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手脚扭曲、关节反向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AI不理解人体结构和关节运动范围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描述具体姿态时加人体工学限制，如"肘部微弯""膝盖不反向弯曲"</w:t>
            </w:r>
          </w:p>
        </w:tc>
      </w:tr>
    </w:tbl>
    <w:p>
      <w:r>
        <w:t>---</w:t>
      </w:r>
    </w:p>
    <w:p>
      <w:pPr>
        <w:pStyle w:val="Heading2"/>
      </w:pPr>
      <w:r>
        <w:t>三、人物表情与情绪理解</w:t>
      </w:r>
    </w:p>
    <w:p>
      <w:pPr>
        <w:pStyle w:val="Heading3"/>
      </w:pPr>
      <w:r>
        <w:t>3.1 情绪强度梯度（重点！）</w:t>
      </w:r>
    </w:p>
    <w:p>
      <w:pPr>
        <w:pStyle w:val="Heading4"/>
      </w:pPr>
      <w:r>
        <w:t>生气系列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强度等级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**微怒（1级）**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"他有点生气"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可能生成眉心微皱，或者完全没表情，甚至生成微笑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说"有点生气"，结果出来的是面无表情或者微笑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"中年男性眉头微蹙，嘴角平直，眼神略显冷淡，写实风格，微表情"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**生气（2级）**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"他生气了"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可能生成眉头紧锁、嘴角下压，或者生成漫画式愤怒符号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说"他生气了"，可能生成眉头紧皱，或者头上冒出小火焰图标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"男性眉头内皱，眉间距缩短，嘴唇抿成一条直线，眼神带有压迫感，无夸张特效"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**暴怒（3级）**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"他很生气"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可能生成面部通红、血管暴起，或者火焰、雷电效果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说"他火冒三丈"，结果生成真的头上冒火、或者电闪雷鸣的夸张场景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"男性面部肌肉紧绷，眉头拧在一起，嘴唇抿紧发白，下颌略微前顶，瞳孔收缩，写实风格"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**怒不可遏（4级）**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"他气炸了"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可能生成人物爆炸、化为火焰、或者全身燃烧的极端场景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说"气到爆炸"，AI直接生成人体爆炸或燃烧的恐怖画面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"男性面部因愤怒而通红，眉头拧成川字，双眼圆睁，咬牙切齿，面部肌肉颤抖，近景特写"</w:t>
            </w:r>
          </w:p>
        </w:tc>
      </w:tr>
    </w:tbl>
    <w:p>
      <w:pPr>
        <w:pStyle w:val="Heading4"/>
      </w:pPr>
      <w:r>
        <w:t>开心系列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强度等级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**微笑（1级）**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"她微笑"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可能生成标准8颗牙微笑，或者不对称的笑容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说"微笑"，可能生成标准牙科广告式的假笑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"女性嘴角上扬约15度，眼睛微眯，眼尾轻微上翘，自然放松的浅笑"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**开心（2级）**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"她很开心"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可能生成张嘴大笑，或者生成爱心符号从头部冒出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说"很开心"，可能生成满屏爱心特效或者夸张的大笑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"女性露出上排牙齿，嘴角上扬25度，苹果肌轻微隆起，眼睛弯成月牙，自然愉悦"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**大笑（3级）**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"她大笑"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可能生成嘴张到不合理的角度，或者生成漫画式夸张表情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说"大笑"，可能生成嘴占整张脸一半的畸形表情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"女性张嘴露出上下一排牙齿，嘴角向耳根方向拉伸，面颊肌肉上抬，眼睛眯成缝"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**狂喜（4级）**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"她高兴坏了"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可能生成人物漂浮、心脏变大、或者夸张到失控的表情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说"狂喜"，可能生成人物身体扭曲或者抽象表达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"女性仰头张嘴大笑，双手举起，双肩耸起，面部肌肉充分拉伸，写实摄影风格"</w:t>
            </w:r>
          </w:p>
        </w:tc>
      </w:tr>
    </w:tbl>
    <w:p>
      <w:pPr>
        <w:pStyle w:val="Heading4"/>
      </w:pPr>
      <w:r>
        <w:t>悲伤系列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强度等级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**失落（1级）**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"她有点难过"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可能生成面无表情，或者眉毛轻微下压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说"有点难过"，结果出来的是完全没表情的扑克脸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"女性眉尾轻微下垂，眼睛平视，嘴角微微下撇，眼神空洞，写实风格"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**难过（2级）**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"她很难过"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可能生成眉头皱紧、嘴角严重下压，或者眼泪如水龙头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说"难过"，可能生成眼泪成河或者瀑布式流泪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"女性眉头内皱上抬，嘴角下压明显，下唇轻微前凸，眼眶泛红但无泪水，写实风格"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**哭泣（3级）**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"她在哭"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可能生成眼睛流水、面部扭曲、或者漫画式泪如雨下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说"哭泣"，可能生成眼睛像水龙头一样流水，比例失衡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"女性眼泪从眼眶溢出，顺颧骨流下，眉头皱紧，嘴唇微颤，鼻翼轻微翕动"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**崩溃（4级）**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"她哭到崩溃"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可能生成面部扭曲变形、眼睛消失、或者抽象表达悲伤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说"崩溃大哭"，可能生成恐怖片级别的扭曲面孔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"女性面部肌肉因哭泣而变形，眼泪大颗滚落，嘴唇颤抖，下巴肌肉紧绷，近景写实"</w:t>
            </w:r>
          </w:p>
        </w:tc>
      </w:tr>
    </w:tbl>
    <w:p>
      <w:pPr>
        <w:pStyle w:val="Heading4"/>
      </w:pPr>
      <w:r>
        <w:t>恐惧系列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强度等级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**紧张（1级）**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"她有点紧张"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可能生成眨眼频繁、手放嘴边等刻板动作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说"紧张"，可能生成经典"紧张到咬手指"的刻板画面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"女性手指绞在一起，视线闪烁不定，嘴唇轻微抿紧，眉心微蹙，轻度紧张"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**害怕（2级）**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"她很害怕"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可能生成瞪大眼睛、张大嘴巴，或者抽象的恐惧符号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说"害怕"，可能生成眼睛占脸一半、瞳孔变成黑色圆点的恐怖效果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"女性双眼睁大，瞳孔扩张，眼白露出增多，嘴巴微张，手臂紧缩在胸前，写实风格"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**恐惧（3级）**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"她恐惧"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可能生成身体发抖的抽象表达，或者眼睛变成黑色空洞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说"恐惧"，可能生成眼睛变成两个黑洞的恐怖画面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"女性面部苍白，双眼圆睁瞳孔放大，嘴巴张开，颈部肌肉紧绷，侧身后退姿态"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**绝望（4级）**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"她绝望了"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可能生成眼神空洞、身体萎缩，或者抽象的死亡符号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说"绝望"，可能生成人物化为灰烬或者变成幽灵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"女性眼神涣散失去焦点，嘴唇颤抖，面部无血色，身体蜷缩，瘫坐在地，写实摄影"</w:t>
            </w:r>
          </w:p>
        </w:tc>
      </w:tr>
    </w:tbl>
    <w:p>
      <w:pPr>
        <w:pStyle w:val="Heading3"/>
      </w:pPr>
      <w:r>
        <w:t>3.2 AI情绪强度理解偏差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偏差类型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具体表现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产生原因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修正方法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**夸张符号化**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说"生气"就画火、说"开心"就冒爱心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AI训练数据中漫画/表情包风格图片过多，学会了"愤怒=火焰"这种符号映射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明确标注"写实摄影风格""电影质感""无特效符号""自然表情"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**强度失控**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"有点生气"变成"暴怒"，"微怒"变成"面无表情"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AI不理解情绪强度的细微差异，容易滑向极端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使用精确的强度描述，如"眉心微蹙"而不是"生气"，避免模糊词汇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**字面理解**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"火冒三丈"真的画火，"气得冒烟"真的画烟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AI对成语的字面理解能力强，不理解这是比喻手法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比喻义要明确说"比喻""形容"，字面意思要说"真实火焰""实际烟雾"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**表情固化**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所有"开心"都是张嘴大笑，所有"悲伤"都是泪流满面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训练数据中的表情被高度标签化，缺乏细腻变化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描述具体肌肉动作而非情绪标签，如"眼尾轻微上翘"而非"开心"</w:t>
            </w:r>
          </w:p>
        </w:tc>
      </w:tr>
    </w:tbl>
    <w:p>
      <w:pPr>
        <w:pStyle w:val="Heading3"/>
      </w:pPr>
      <w:r>
        <w:t>3.3 微表情控制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微表情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使用场景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**眉头微皱**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"眉头轻微皱起，眉心处有细微褶皱"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轻微不满、思考、困惑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"眉头内角微微上抬并靠拢，形成浅浅的川字纹"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**嘴角下压**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"嘴角向下撇，嘴唇平直或略微下弯"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不开心、不认同、隐忍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"嘴角向下的弧度约10度，嘴唇抿成一条略带弧度的直线"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**眼神躲闪**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"视线快速移开，不敢直视"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紧张、说谎、心虚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"瞳孔快速从对方脸上移开，看向左下方，睫毛轻微颤动"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**瞳孔放大**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"瞳孔扩张，占据虹膜比例增大"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惊讶、恐惧、兴趣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"瞳孔放大至占虹膜80%，眼白露出明显增多"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**呼吸急促**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通过身体语言表现呼吸变化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紧张、激动、愤怒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"肩膀快速起伏，锁骨区域肌肉随呼吸节奏上下移动"</w:t>
            </w:r>
          </w:p>
        </w:tc>
      </w:tr>
    </w:tbl>
    <w:p>
      <w:pPr>
        <w:pStyle w:val="Heading3"/>
      </w:pPr>
      <w:r>
        <w:t>3.4 混合情绪表达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混合情绪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单一描述的问题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**又生气又心疼**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说任何一个都会覆盖另一个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分开描述面部不同区域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"眉心紧皱（生气），但眼眶泛红嘴角下压（心疼），眼神中同时有凌厉和柔软"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**笑着流泪**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要么只笑要么只哭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矛盾表情同时存在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"女性嘴角上扬，但眼泪从眼眶溢出，眼神温柔又带着悲伤，笑容和泪水同时存在"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**害怕但装镇定**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要么真害怕要么真镇定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表面的镇定和微妙的破绽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"双手紧握成拳但表面平静，嘴角努力维持微笑弧度，但眼角肌肉轻微颤抖"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**心疼的愤怒**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愤怒掩盖其他情绪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愤怒为主但有裂缝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"拳头紧握表情凶狠，但眼眶微红，嘴唇颤抖时露出内心柔软"</w:t>
            </w:r>
          </w:p>
        </w:tc>
      </w:tr>
    </w:tbl>
    <w:p>
      <w:r>
        <w:t>---</w:t>
      </w:r>
    </w:p>
    <w:p>
      <w:pPr>
        <w:pStyle w:val="Heading2"/>
      </w:pPr>
      <w:r>
        <w:t>四、人物关系与站位</w:t>
      </w:r>
    </w:p>
    <w:p>
      <w:pPr>
        <w:pStyle w:val="Heading3"/>
      </w:pPr>
      <w:r>
        <w:t>4.1 两人关系控制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关系类型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**面对面**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"他们面对面站着"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生成两人，但距离可能不对，可能手牵手、可能背对背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说"面对面"，结果两人背对背或者侧身对视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明确身体朝向和面部朝向："两人相距1米，正面相对而立，面部正向对方，四目对视"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✅"两人正面相对站立，相距1米，目光交汇，双手自然下垂于身体两侧"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**背对背**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"他们背对背"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可能生成两人但朝向随机，可能脸朝外、可能脸朝里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说"背对背"，结果两人脸朝外但中间有奇怪的连接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明确背部的相对关系："两人背脊相距30厘米，背部同时朝外，肩胛骨朝向对方，两人看向各自前方"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✅"两人背对背站立，后背相距30厘米，各自看向相反方向"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**并肩站立**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"他们并肩站着"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可能生成两人紧贴、距离异常、或者一前一后而非并排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说"并肩"，结果两人肩膀重叠或者一前一后距离很远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描述并排的具体位置和朝向："两人肩并肩站立，肩膀连线平行，面向同一方向，左侧人稍前"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✅"两人肩膀平齐并排，面向正北方，肩膀间距20厘米，左侧人物头部略靠前"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**一前一后**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"他一前一后站着"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可能生成两个人而非同一人前后，或者前后关系混乱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说"一前一后"，结果生成两个人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明确描述："同一人物，前方手撑腰，后方肩靠墙，呈现三维纵深感"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✅"男性前方侧身，前腿微弓，后方手臂背在身后，肩胛骨处衣服轻贴墙面"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**对峙**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"他们对峙"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可能生成两人面对面，但气势、距离、姿态都不对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说"对峙"，可能生成两人牵手对视的亲密场景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描述对峙的物理和气势特征："两人相距2米，正面相对，重心前倾，肩膀绷紧，目光尖锐，身体略微前探"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✅"两人相距2米，正面怒视，重心前移，双脚分开与肩同宽，拳头半握"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**依偎**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"她依偎在他怀里"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可能生成悬浮拥抱，或者身体部位穿插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说"依偎"，结果生成女人头穿过男人胸膛的恐怖画面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描述身体接触的精确关系："女性头部侧靠男性胸口位置，男性双臂环抱女性肩背，两人躯干紧贴"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✅"女性头部贴在男性左侧胸口，左手搭在男性肩上，男性右臂搂住女性腰际"</w:t>
            </w:r>
          </w:p>
        </w:tc>
      </w:tr>
    </w:tbl>
    <w:p>
      <w:pPr>
        <w:pStyle w:val="Heading3"/>
      </w:pPr>
      <w:r>
        <w:t>4.2 多人关系控制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关系类型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**围坐**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"他们围坐在一起"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可能生成多人围绕某物，但距离、方向混乱，可能人物重叠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描述围坐的具体结构："5人围坐圆形餐桌，直径1.5米，每人等距分布，肩部间距30厘米，面向桌面"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✅"5人等距围坐直径1.5米圆桌，每人占据72度弧长，面向桌面中央"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**排队**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"他们在排队"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可能生成多人但不在一条线上，或者间距不均，或者方向混乱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明确排队的位置和方向："5人站成一列纵队，相邻间距1米，面向服务窗口，背对镜头"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✅"5人单列纵队，首位距窗口3米，每人前后间距80厘米，背部朝向镜头"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**散布**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"他们在草地上散布"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可能生成多人挤在一起，或者站成一排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描述散布的具体分布："10人散布在半径20米圆形草坪内，间距2-5米不等，各自面向不同方向"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✅"10人在草坪上散布，半径20米范围，每两人间距2-5米，方向各异，姿态自然"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**对峙双方**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"两方人对峙"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可能生成两方人但位置混乱，人物数量不对，或者混在一起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描述对峙的空间划分："两组人对峙，各5人，相距5米，中间有明显分界线，左组面朝右，右组面朝左"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✅"左右两组各5人，相距5米，中间有明显空地，左组正向右组，右组正向左组，剑拔弩张"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**主从站位**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"老板和员工站着"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可能生成两人但主次不明显，或者没有通过位置表达权力关系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描述权力通过空间的表达："年长男性居中站立，较年轻女性站在其右后侧0.5米，低头记录，身体微前倾"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✅"中年男性居画面中央，双手背后，年轻人站在其后右侧1米处，低头呈倾听姿态"</w:t>
            </w:r>
          </w:p>
        </w:tc>
      </w:tr>
    </w:tbl>
    <w:p>
      <w:pPr>
        <w:pStyle w:val="Heading3"/>
      </w:pPr>
      <w:r>
        <w:t>4.3 权力关系通过站位表达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权力暗示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位置表现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**主导者居中/居前**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站在画面中心或最前方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"男性站在画面正中央，女性站在左侧后方"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✅"男性位于画面中心，女性在其左后方1米处"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**主导者坐/从属者站**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坐着表示放松/被动，站表示服务/服从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"沙发上男性翘腿坐着，女性站在一旁手持文件"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✅"男性坐主位沙发，翘右腿，女性立于其右侧，手持文件夹呈汇报姿态"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**身高差异**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高位表示权力，低位表示服从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"他站着俯视她"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✅"男性站立身高1.8米，女性坐姿头部高度1.2米，男性低头看向女性"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**占据空间大小**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主导者占更多空间，从属者收缩身体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"他大字型坐着，她缩在角落"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✅"男性占据沙发3/4空间，双臂展开，女性蜷缩在角落扶手上"</w:t>
            </w:r>
          </w:p>
        </w:tc>
      </w:tr>
    </w:tbl>
    <w:p>
      <w:pPr>
        <w:pStyle w:val="Heading3"/>
      </w:pPr>
      <w:r>
        <w:t>4.4 AI人物关系理解问题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翻车表现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原因分析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**人物重叠**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两个人变成一个人，或者身体部位穿插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AI不理解"两个人"意味着两个独立的空间实体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明确两人间距，如"两人相距1米，中间有清晰空隙"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**人物消失**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三个人变成两个，或者一人凭空消失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AI不维护数量恒定性，人物数量可以随意变化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精确描述每人位置，如"左侧女子、中间男子、右侧小孩"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**人物多出**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两个人变成三个，或者出现陌生人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AI倾向于填充"热闹"场景，不理解用户想要特定人数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明确人数和特征，如"仅限两人，中年男性和年轻女性，无其他人"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**关系混乱**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牵手变成打架，对视变成背对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AI不理解人际关系的物理表达方式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描述具体肢体接触，如"十指相扣""双臂交叉抱胸"</w:t>
            </w:r>
          </w:p>
        </w:tc>
      </w:tr>
    </w:tbl>
    <w:p>
      <w:pPr>
        <w:pStyle w:val="Heading3"/>
      </w:pPr>
      <w:r>
        <w:t>4.5 复杂关系描述模板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关系描述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模板结构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**对手但站得近**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[关系定义]+[距离]+[身体语言]+[眼神]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"两人是商业对手但私下交好。相距50厘米，肩膀几乎相碰，表面平静对视，但拳头在身侧紧握"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**暧昧但未挑明**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[关系定义]+[距离]+[微妙接触]+[回避]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"两人暧昧中。相距30厘米，手指偶尔触碰又分开，眼神交汇时迅速移开，轻微侧身"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**父母与青春期孩子**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[关系定义]+[权力位置]+[代际差异]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"父亲想亲近但女儿疏远。父亲站在中间，女儿在门口保持3米距离，低头玩手机不看他"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**闺蜜的复杂情感**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[关系定义]+[亲密细节]+[微妙张力]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"闺蜜情但有竞争。勾肩但手指未完全搭上，表面大笑但眼神偶尔闪过审视，笑声略有勉强"</w:t>
            </w:r>
          </w:p>
        </w:tc>
      </w:tr>
    </w:tbl>
    <w:p>
      <w:r>
        <w:t>---</w:t>
      </w:r>
    </w:p>
    <w:p>
      <w:pPr>
        <w:pStyle w:val="Heading2"/>
      </w:pPr>
      <w:r>
        <w:t>五、构图与布局</w:t>
      </w:r>
    </w:p>
    <w:p>
      <w:pPr>
        <w:pStyle w:val="Heading3"/>
      </w:pPr>
      <w:r>
        <w:t>5.1 画面构图法则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构图类型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**三分法**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"把她放在画面左边"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可能生成人物在左边但比例不对，或者整体偏移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说"放左边"，结果人物贴着画面边缘，占1/6而非1/3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明确三分线的位置："人物面部位于画面左侧1/3垂直线与上1/3水平线交点处"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✅"女性位于画面左侧1/3处，面部是视觉中心，右侧留白给环境"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**对称构图**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"左右对称"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可能生成大致对称但细节不对称，或者轴线位置错误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说"对称"，结果两边相似但有微妙差异，或者轴线歪斜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描述对称轴和对称元素："以画面中轴线为准，两侧完全对称布局，建筑大门居中，两侧各有等高立柱"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✅"画面中轴线居中，左侧立柱与右侧立柱完全对称，中式大门在轴线上"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**居中构图**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"把人放中间"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可能生成人物在中心但周围留白不对，或者头部冲出画面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说"居中"，结果人物头顶切掉一半，或者周围太空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描述中心位置和周围关系："人物面部在画面中心，头顶留白1/5，脚下留白1/3，背景对称分布"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✅"人物面部在画面正中心，头顶留白20%，脚下留白30%，周围环境等距分布"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**对角线构图**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"用对角线构图"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可能不知道什么是对角线，或者生成混乱的斜线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说"对角线"，结果生成毫无美感的斜线或者人物歪斜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描述对角线的具体走向："从画面左下角到右上角的对角线，楼梯沿这条线分布，人物站在对角线上"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✅"楼梯从左下向右延伸，人物站在这条视觉引导线上，增强纵深感"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**框架式构图**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"用窗户框住人"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可能生成窗户和人物，但框架关系不对，透视混乱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说"框架构图"，结果人物在窗外而非窗内，或者框架太小人物溢出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描述框架和主体的关系："门框作为前景框架，人物在门框内，距离框边缘20厘米，框架形成视线引导"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✅"半开木门作为前景框架，女性站立在门框内，人物占门洞80%高度"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**留白构图**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"留点空白"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可能留白太多或太少，或者留白位置不对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说"留白"，结果人物太小只占画面5%，或者留白挤在一角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描述留白的位置和比例："人物位于画面右侧1/3处，左侧2/3留白给天空，营造孤独感"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✅"人物占据画面右侧1/3，左侧2/3是纯净的湖面和天空，留白处无其他元素"</w:t>
            </w:r>
          </w:p>
        </w:tc>
      </w:tr>
    </w:tbl>
    <w:p>
      <w:pPr>
        <w:pStyle w:val="Heading3"/>
      </w:pPr>
      <w:r>
        <w:t>5.2 主体位置控制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位置描述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AI理解偏差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**画面左侧**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可能贴着边缘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"人物位于左侧1/3线附近，距边缘至少10%画面宽度"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✅"人物站在画面左侧1/3处，不贴边，与右侧环境保持平衡"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**画面右侧**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可能位置混乱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"人物面部在右侧1/3垂直线上，身体占右侧2/3区域"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✅"女性位于画面右侧1/3区域，面部是右侧焦点，身体向右微倾"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**画面中心**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可能头顶切边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"面部在画面几何中心，头顶留白20%，脚下留白30%"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✅"人物面部位于画面中心偏上，头顶留白1/5，视野开阔"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**前景位置**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可能和背景混在一起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"人物在画面最前景，占画面50%高度，中景是建筑，远景是山脉"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✅"人物位于最前景，身高占画面50%，中景石桥，远景雪山"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**背景位置**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可能变成主体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"人物在背景中，高度占画面20%，前景是占60%的桌面"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✅"咖啡馆场景，人物在背景中1/5高度，前景虚化木桌占60%"</w:t>
            </w:r>
          </w:p>
        </w:tc>
      </w:tr>
    </w:tbl>
    <w:p>
      <w:pPr>
        <w:pStyle w:val="Heading3"/>
      </w:pPr>
      <w:r>
        <w:t>5.3 层次结构控制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层次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常见问题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**前景**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前景太实或太虚，或者位置奇怪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"前景元素占画面30%，轻微虚化，起到框架作用"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✅"前景虚化的树枝占画面边缘15%，形成自然画框，引导视线到主体"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**中景**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主体位置不对，或者和前后混在一起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"主体位于中景，占画面50-70%，清晰呈现"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✅"女性位于中景，占画面60%高度，服装和表情清晰可见"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**背景**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背景太乱或太实，或者比例失调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"背景在主体身后1-2米，略微虚化，高度占画面30%"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✅"背景是虚化的咖啡馆墙面和吊灯，占画面20%，色调柔和"</w:t>
            </w:r>
          </w:p>
        </w:tc>
      </w:tr>
    </w:tbl>
    <w:p>
      <w:pPr>
        <w:pStyle w:val="Heading3"/>
      </w:pPr>
      <w:r>
        <w:t>5.4 视觉引导线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引导类型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作用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**汇聚线**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"线条从四角向中心汇聚"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引导视线到焦点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"铁轨、公路、走廊两侧墙壁线条向远方消失点汇聚，主体站在汇聚点上"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**S型曲线**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"道路/河流呈S形"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增加画面韵律感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"蜿蜒小路呈S形穿过画面，从左下进入右上离开，主体在小路中段"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**对角线**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"沿着对角线分布"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增加动感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"楼梯扶手、对角线树干、人物站位沿对角线分布，画面有张力"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**C型曲线**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"元素沿C形弧线"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柔和引导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"书架呈C形围绕空间，人物站在C形开口处，视线沿书柜移动"</w:t>
            </w:r>
          </w:p>
        </w:tc>
      </w:tr>
    </w:tbl>
    <w:p>
      <w:pPr>
        <w:pStyle w:val="Heading3"/>
      </w:pPr>
      <w:r>
        <w:t>5.5 AI构图能力分析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能力维度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表现评估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优化策略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**位置摆放**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对精确位置的理解较差，容易偏移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用百分比或分数描述，不要用"中间""旁边"等模糊词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**比例控制**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对物体间比例关系理解较差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明确尺寸对比，如"人物比门高一个头""桌子是人物身高的一半"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**层次分离**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容易把前后景混在一起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明确描述"前景""中景""背景"及其虚实关系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**留白控制**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留白位置和比例不稳定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精确描述留白区域，如"右侧留白占2/3"</w:t>
            </w:r>
          </w:p>
        </w:tc>
      </w:tr>
    </w:tbl>
    <w:p>
      <w:r>
        <w:t>---</w:t>
      </w:r>
    </w:p>
    <w:p>
      <w:pPr>
        <w:pStyle w:val="Heading2"/>
      </w:pPr>
      <w:r>
        <w:t>六、时间与连续性</w:t>
      </w:r>
    </w:p>
    <w:p>
      <w:pPr>
        <w:pStyle w:val="Heading3"/>
      </w:pPr>
      <w:r>
        <w:t>6.1 场景一致性维护（重点！）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翻车表现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根本原因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**街景突变**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第一帧是上海外滩，第二帧变成北京胡同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AI每帧独立生成，不维护场景连续性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明确标注"同一场景""保持之前设定"，描述不可变元素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**服装变化**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上一秒穿红裙，下一秒变蓝裙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AI不维护人物服装的一致性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每个场景单独描述服装，必要时重复"穿与之前相同的..."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**人物消失/多出**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三个人变成两个人，或者凭空多一人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AI不维护人物数量的恒定性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明确人数和位置，如"仅这三人，无其他人出现"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**道具消失**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手里拿着书，下一秒书不见了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AI不维护道具的一致性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每个关键帧重复描述道具，如"手里仍然握着那本..."</w:t>
            </w:r>
          </w:p>
        </w:tc>
      </w:tr>
    </w:tbl>
    <w:p>
      <w:pPr>
        <w:pStyle w:val="Heading3"/>
      </w:pPr>
      <w:r>
        <w:t>6.2 物体一致性控制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用户期望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AI实际表现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正确控制方式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**物体不变**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苹果变香蕉，水杯变花瓶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在每个场景中单独描述关键物体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"桌上放着红色苹果（第三帧重复：红色苹果仍在桌上）"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**物体变化**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想让苹果消失，但苹果还在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明确物体状态的变化或消失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"桌面原本放苹果的位置现在空了（苹果已被拿起）"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**物体移动**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想让人物从左边走到右边，但人直接瞬移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描述移动的中间过程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"人物从画面左侧1/3处，走到右侧1/3处，脚步连贯"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**物体变形**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想让花从花苞变成绽放，但花突然变成另一朵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描述同一物体的渐变过程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"同一朵玫瑰，之前是花苞状态，现在花瓣微微张开，枝叶相同"</w:t>
            </w:r>
          </w:p>
        </w:tc>
      </w:tr>
    </w:tbl>
    <w:p>
      <w:pPr>
        <w:pStyle w:val="Heading3"/>
      </w:pPr>
      <w:r>
        <w:t>6.3 时间流动表达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时间段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光照特征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情绪暗示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**清晨**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低角度暖光，光线柔和，天空蓝粉色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希望、新生、平静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"清晨阳光，低角度照射，拉出长影子，色调偏蓝橙，天空粉蓝色"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**正午**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顶光，光线强烈，影子短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紧张、炎热、清晰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"正午顶光，人物头顶影子短小，光线强烈反差，色调偏白"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**傍晚**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低角度金光，光线斜射，暖色调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回忆、结束、浪漫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"傍晚时分，金色阳光斜射，暖色调，长影子，天空橙红色"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**深夜**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暗调，只有月光或灯光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神秘、孤独、紧张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"深夜，月光从窗户斜照，室内暗调，只有一盏台灯亮着"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**四季变化**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通过植物、光照、衣着判断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春=希望，秋=萧瑟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"深秋场景，树叶枯黄，光线柔和偏黄，人们穿外套，画面有落叶"</w:t>
            </w:r>
          </w:p>
        </w:tc>
      </w:tr>
    </w:tbl>
    <w:p>
      <w:pPr>
        <w:pStyle w:val="Heading3"/>
      </w:pPr>
      <w:r>
        <w:t>6.4 保持一致性的描述模板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场景类型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模板结构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**连续场景**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"延续上一场景+变化点"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"延续上一场景，地点仍是上海外滩，时间过了2小时，服装不变，增加人物：男性从左侧走入画面"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**关键元素固定**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"这些元素必须保持不变"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"以下元素与上一场景完全一致：女性红裙、黑高跟鞋、珍珠耳环、棕色手提包、手中咖啡杯"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**变化点明确**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"仅以下元素变化"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"变化点：女性从站立变为坐在长椅上，背景从室内变为公园，阳光角度从左上方变为右上方"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**物体追踪**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"物体状态变化记录"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"苹果：第一帧-桌上红苹果完整；第二帧-咬了一口；第三帧-只剩核；第四帧-核消失桌面干净"</w:t>
            </w:r>
          </w:p>
        </w:tc>
      </w:tr>
    </w:tbl>
    <w:p>
      <w:pPr>
        <w:pStyle w:val="Heading3"/>
      </w:pPr>
      <w:r>
        <w:t>6.5 AI一致性维护的根本局限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局限类型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技术原因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目前最优解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未来方向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**帧间独立生成**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Diffusion模型每次生成独立，不携带上一帧信息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使用参考图/IP-Adapter等一致性技术，或视频模型的多帧控制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更好的时序一致性模型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**物体恒常性缺失**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训练数据中物体没有"恒定ID"概念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为关键物体添加描述标签，每个场景重复描述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加入物体追踪机制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**空间逻辑混乱**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不理解"同一个地方"的概念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明确描述空间约束，如"仍在同一房间""位置相对不变"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空间推理能力的增强</w:t>
            </w:r>
          </w:p>
        </w:tc>
      </w:tr>
    </w:tbl>
    <w:p>
      <w:r>
        <w:t>---</w:t>
      </w:r>
    </w:p>
    <w:p>
      <w:pPr>
        <w:pStyle w:val="Heading2"/>
      </w:pPr>
      <w:r>
        <w:t>七、天气与景色</w:t>
      </w:r>
    </w:p>
    <w:p>
      <w:pPr>
        <w:pStyle w:val="Heading3"/>
      </w:pPr>
      <w:r>
        <w:t>7.1 天气系统控制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天气类型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**晴天**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"天气很好"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可能生成过度曝光、刺眼太阳、或者不自然的蓝天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说"晴天"，结果太阳占据画面一半，或者光线过曝刺眼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"晴朗蓝天，少量白云，阳光明媚但柔和，光比正常，无强烈阴影"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✅"万里无云，阳光充足但柔和，天空湛蓝色，光比1:2，人物面部光照均匀"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**阴天**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"天气阴沉"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可能生成过度灰暗、或者不自然的乌云压顶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说"阴天"，结果天空全黑像夜晚，或者乌云密布像暴风雨前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"阴天散射光，天空灰白色调，无明显阴影，色温偏冷，画面整体柔和"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✅"阴天，灰白色天空，散射光无方向感，物体无硬阴影，整体色调偏冷灰"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**雨天**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"下雨了"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可能生成下水管子一样的雨，或者不自然的雨滴大小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说"下雨"，可能生成雨滴像竖线均匀分布，或者比例失调像下刀子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"细雨绵绵，雨丝倾斜30度，空气中水汽弥漫，地面湿润反光，路人打伞"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✅"中雨，雨丝倾斜近45度，雨滴中等密度，地面有积水反光，行人撑伞"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**雪天**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"下雪了"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可能生成雪花像圆点一样悬浮，或者雪的颜色不对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说"下雪"，可能生成白色圆点像静电，或者雪是灰色的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"鹅毛大雪，雪花大小不一，远景雪花飘落，近景雪花虚化，地面有积雪，建筑顶部白色"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✅"大雪场景，积雪覆盖地面约10厘米厚，空中雪花纷飞，建筑戴雪帽"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**雾天**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"有雾"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可能生成完全不透明的白色，或者雾和云混淆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说"有雾"，可能生成白色墙壁一样的雾，背景完全消失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"薄雾笼罩，能见度约50米，远景隐约可见，色调偏灰蓝，空气有朦胧感"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✅"晨雾，能见度50米，远景山峦隐约可见，近景清晰，色调偏蓝灰"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**风天**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"风很大"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可能生成风像条纹一样，或者头发疯狂飞舞违反物理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说"大风吹"，可能生成头发像旗帜一样水平飘动，或者吹成奇怪形状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"强风环境，头发向左飘动约45度，衣角飞扬，树叶倾斜，物体有动感模糊"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✅"5级风，头发向后飘，与颈部夹角约30度，衣领被吹起，路人压低帽子"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**雷电**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"暴风雨雷电"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可能生成卡通闪电符号，或者不自然的电光效果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说"雷电"，可能生成锯齿形卡通闪电符号，或者闪电从地面升起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"暴风雨中的叉形闪电，照亮云层轮廓，瞬间曝光效果，雨丝被闪电照亮"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✅"夜间暴风雨，一道白色叉形闪电劈开夜空，云层被瞬间照亮，雨幕中电光闪烁"</w:t>
            </w:r>
          </w:p>
        </w:tc>
      </w:tr>
    </w:tbl>
    <w:p>
      <w:pPr>
        <w:pStyle w:val="Heading3"/>
      </w:pPr>
      <w:r>
        <w:t>7.2 天气与情绪的配合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天气选择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情绪效果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**阴天+压抑情绪**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强化悲伤/抑郁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"阴天灰雾，细雨不断，色调冷灰偏蓝，无阳光，场景萧瑟"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✅"灰蒙蒙的天空，细雨绵绵，一人在无人的街道独行，画面色调冷灰"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**晴天+开心情绪**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强化愉快/希望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"阳光明媚，光线温暖，色调暖黄，人物在阳光下笑容灿烂"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✅"金色阳光洒下，人物站在向日葵花田中，暖色调，笑容明媚"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**暴雨+紧张场景**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强化危机/紧迫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"暴风雨夜，暴雨如注，电闪雷鸣，树木摇晃，增加紧张感"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✅"暴雨倾盆，闪电划过夜空，雷声隆隆，一人在空旷野外奔跑，画面暗调"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**薄雾+神秘场景**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增加神秘感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"清晨薄雾，能见度低，远景若隐若现，增加悬疑感"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✅"清晨树林薄雾缭绕，能见度约20米，远景消失，增加神秘悬疑氛围"</w:t>
            </w:r>
          </w:p>
        </w:tc>
      </w:tr>
    </w:tbl>
    <w:p>
      <w:pPr>
        <w:pStyle w:val="Heading3"/>
      </w:pPr>
      <w:r>
        <w:t>7.3 景色类型与叙事配合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景色类型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典型叙事配合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**城市夜景**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现代感、繁华、孤独、欲望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"霓虹灯光，车流尾灯，玻璃幕墙反光，行人匆匆，画面有节奏感"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✅"上海陆家嘴夜景，霓虹灯闪烁，车流形成光轨，摩天大楼灯光璀璨"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**海边日落**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浪漫、告别、新开始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"金色夕阳，海面波光粼粼，天空橙红，人物剪影，潮水声感"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✅"海边日落时分，太阳接近海平线，金色余晖，海面泛金光，天空橙红渐变"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**废墟**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衰败、历史、时间流逝、生命力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"残垣断壁，爬山虎覆盖，破碎窗户，光影斑驳，有历史感"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✅"战后废墟，建筑只剩框架，藤蔓缠绕，夕阳从空洞的窗户照入"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**荒漠**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孤独、冒险、绝境、广阔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"无边沙丘，金色沙漠，少量枯草，热浪扭曲，单人足迹延伸"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✅"戈壁沙漠，一望无际的沙丘，远处有雅丹地貌，热浪造成视线轻微扭曲"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**森林**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原始、神秘、危险、奇遇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"密林深处，高大树木遮天，光线斑驳，苔藓覆盖，有神秘感"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✅"原始森林，高耸松柏遮蔽阳光，林间光线斑驳，地面苔藓，有小径"</w:t>
            </w:r>
          </w:p>
        </w:tc>
      </w:tr>
    </w:tbl>
    <w:p>
      <w:pPr>
        <w:pStyle w:val="Heading3"/>
      </w:pPr>
      <w:r>
        <w:t>7.4 "荒凉废墟中有一朵花"这类对比场景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对比类型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AI常见问题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**荒凉vs生命力**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要么只有废墟，要么花太突兀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"废墟中有一点生命力，形成对比但不违和"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"残垣断壁覆盖青苔，裂缝中顽强生长一朵红色野花，花朵大小符合实际"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**黑暗vs光明**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要么全黑要么全亮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"明暗对比，但暗中有细节"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"昏暗房间角落，一束阳光从破洞屋顶照下，照亮漂浮的灰尘"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**宏大vs渺小**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比例失调，要么人太大要么太小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"渺小个体在宏大场景中"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"连绵雪山前，一个小红点是一个人，大小约为雪山的1/100"</w:t>
            </w:r>
          </w:p>
        </w:tc>
      </w:tr>
    </w:tbl>
    <w:p>
      <w:r>
        <w:t>---</w:t>
      </w:r>
    </w:p>
    <w:p>
      <w:pPr>
        <w:pStyle w:val="Heading2"/>
      </w:pPr>
      <w:r>
        <w:t>八、说话方式/嘴型</w:t>
      </w:r>
    </w:p>
    <w:p>
      <w:pPr>
        <w:pStyle w:val="Heading3"/>
      </w:pPr>
      <w:r>
        <w:t>8.1 说话时的表情控制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表情类型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**边说边笑**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"她笑着说"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可能生成正常笑容，或者嘴型夸张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"女性说话时嘴角上扬，眼睛弯成月牙，但牙齿不外露，呈现微笑说话状态"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✅"女性面露微笑，嘴角上扬约20度，牙齿轻合，眼神温柔，呈现交谈中的愉悦状态"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**咬牙切齿**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"他咬牙切齿地说"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可能生成真的露出牙齿，或者咬合状态不对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"上下牙齿紧咬，面部肌肉紧绷，下颌角明显，嘴唇抿成一条线"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✅"男性下颌紧绷，上下排牙齿紧咬，下颌角肌肉隆起，嘴唇抿成一条直线，面部肌肉紧张"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**轻声细语**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"她轻声说话"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可能生成小声的表情，或者忽略"说话"这个动作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"嘴唇微张，轻微动作，面部放松，音量低的感觉"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✅"女性嘴唇微张呈小圆形，气声感，眉毛放松，眼睛平视，秘密交谈氛围"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**大声喊叫**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"他大声喊"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可能生成嘴张太大变形，或者表情失控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"嘴巴大张，下巴下垂，面部肌肉用力，身体前倾"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✅"男性嘴巴大张，下颌下压，颈部肌肉紧绷，双臂张开，身体前倾呈喊叫姿态"</w:t>
            </w:r>
          </w:p>
        </w:tc>
      </w:tr>
    </w:tbl>
    <w:p>
      <w:pPr>
        <w:pStyle w:val="Heading3"/>
      </w:pPr>
      <w:r>
        <w:t>8.2 AI对嘴型的理解能力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能力评估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具体表现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优化策略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**嘴型识别**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AI能识别张嘴/闭嘴，但精细嘴型差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使用"嘴唇微张""嘴角上扬"等具体描述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**说话状态**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能生成"在说话"的感觉，但嘴型可能不自然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添加氛围描述，如"交谈中""轻声""大声"等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**同步问题**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视频生成中嘴型和语言不同步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目前技术局限，尽量描述"静止说话状态"而非动态变化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**口型细节**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难以生成精确的音节口型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避免描述具体音节，描述整体说话感即可</w:t>
            </w:r>
          </w:p>
        </w:tc>
      </w:tr>
    </w:tbl>
    <w:p>
      <w:pPr>
        <w:pStyle w:val="Heading3"/>
      </w:pPr>
      <w:r>
        <w:t>8.3 说话时的肢体语言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肢体语言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配合场景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**手势配合**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"说话时有手势"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描述手的位置和动作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"女性一边说话一边用手比划，右手抬起至肩高，手掌张开，呈现解释说明的姿态"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**眼神配合**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"边说边看对方"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描述眼神方向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"男性说话时眼睛看向对方，视线在对方面部停留，偶尔点头配合"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**身体朝向**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"身体朝向说话对象"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描述身体轴线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"女性身体略微前倾朝向对方，肩膀跟随，头部正对，呈现专注交谈姿态"</w:t>
            </w:r>
          </w:p>
        </w:tc>
      </w:tr>
    </w:tbl>
    <w:p>
      <w:r>
        <w:t>---</w:t>
      </w:r>
    </w:p>
    <w:p>
      <w:pPr>
        <w:pStyle w:val="Heading2"/>
      </w:pPr>
      <w:r>
        <w:t>九、特效理解</w:t>
      </w:r>
    </w:p>
    <w:p>
      <w:pPr>
        <w:pStyle w:val="Heading3"/>
      </w:pPr>
      <w:r>
        <w:t>9.1 自然特效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特效类型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"风吹起头发"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可能生成头发像旗帜一样水平飘，或者违反物理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说"风吹头发"，结果头发垂直向上飘，像在太空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"5级侧风，头发向风向飘逸，与头部夹角约30度，衣角微扬，树叶晃动"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✅"微风轻拂，女性长发随风向右飘，与颈部约成15度角，自然飘逸"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**雨**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"下着雨"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可能生成雨像竖线一样均匀，或者比例失调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说"雨景"，可能雨滴像手指粗，或者从下往上落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"中雨，雨丝45度倾斜，密度适中，地面湿润反光，路人打伞"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✅"细雨，雨丝斜落30度，密度适中，空气湿润，地面有小水洼"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**火焰**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"火焰燃烧"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可能生成真实的物理火焰，或者漫画式火焰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说"篝火"，结果生成像蜡烛一样的小火，或者火比人还大失控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"篝火火焰，高度约1米，跳跃闪烁，木柴燃烧，火光照亮周围人脸"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✅"壁炉内木柴燃烧，火苗高约40厘米，火焰跳动，橙红色火光映照人物面部"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**烟雾**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"有烟雾"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可能生成浓烟滚滚，或者像示例发起人糖一样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说"烟雾缭绕"，可能生成完全遮蔽场景的浓烟，或者像云朵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"轻烟袅袅，从茶杯上方升起，烟雾稀薄透明，不遮挡人物面容"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✅"浅灰色烟雾从焚香升起，轻微缭绕，透明度60%，不完全遮挡背景"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**光影**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"光影效果"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可能生成过曝、或者奇怪的光斑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说"光影斑驳"，结果光斑像随机噪点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"阳光从树叶缝隙照射，在地面形成斑驳光影，光斑大小不一，形状自然"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✅"阳光穿过树叶缝隙，在地面形成圆形光斑，大小从硬币到手掌不等，自然分布"</w:t>
            </w:r>
          </w:p>
        </w:tc>
      </w:tr>
    </w:tbl>
    <w:p>
      <w:pPr>
        <w:pStyle w:val="Heading3"/>
      </w:pPr>
      <w:r>
        <w:t>9.2 超现实特效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特效类型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**光环**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"人物头顶有光环"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可能生成宗教感强金光环，或者和头部分离悬浮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说"天使光环"，结果头顶一个金色圆环，像PS贴上去的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"人物头部上方有柔和光晕，半径约15厘米，渐变透明，与头发自然融合"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✅"女性头顶有淡金色光晕，直径30厘米，透明度渐变，像自然发光而非贴图"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**能量波**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"释放能量波"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可能生成卡通冲击波符号，或者过于夸张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说"释放能量"，可能生成像龙珠一样的龟派气功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"从手掌向前推出的半透明蓝色能量波动，宽30厘米，向前延伸2米，逐渐消散"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✅"手掌前方半透明蓝色能量波，呈扇形扩散，宽约半米，渐变透明"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**魔法效果**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"魔法特效"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可能生成过度花哨、不符合魔幻风格的卡通效果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说"魔法"，可能生成五颜六色的星星和心形符号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"指尖发出紫色光束，光芒呈丝状向外辐射，空气中有点点星尘漂浮"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✅"指尖发出淡紫色光丝，向外辐射约20厘米，光丝纤细如发，带有点点星尘"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**爆炸**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"爆炸效果"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可能生成真实恐怖爆炸，或者卡通爆炸圆圈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说"爆炸"，可能生成像漫画的"轰"字圆形，或者过度写实恐怖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"中距离爆炸，火光橙色，烟雾灰色向四周扩散，碎片向外飞散，有冲击波感"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✅"适度写实的爆炸效果，橙红色火光，黑灰色烟雾向外翻腾，碎片四散，不过度恐怖"</w:t>
            </w:r>
          </w:p>
        </w:tc>
      </w:tr>
    </w:tbl>
    <w:p>
      <w:pPr>
        <w:pStyle w:val="Heading3"/>
      </w:pPr>
      <w:r>
        <w:t>9.3 AI特效理解的核心问题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具体表现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产生原因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**字面vs比喻**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"火冒三丈"生成真火，"气得冒烟"生成真烟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AI不区分比喻和字面意思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明确说"比喻义：形容愤怒程度高"或"字面意思：真实火焰"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**符号化倾向**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"愤怒=火焰""开心=爱心"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训练数据中漫画/表情包过多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说"写实风格""电影质感""无符号化表达"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**强度失控**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"有点光"变成"太阳一样亮"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AI倾向于生成明显效果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用精确强度词："微弱光晕"而不是"发光"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**违和感**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特效和场景风格不统一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AI独立生成特效和主体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描述特效和场景的整体配合："淡雅的薄雾笼罩"而不是"浓雾弥漫"</w:t>
            </w:r>
          </w:p>
        </w:tc>
      </w:tr>
    </w:tbl>
    <w:p>
      <w:pPr>
        <w:pStyle w:val="Heading3"/>
      </w:pPr>
      <w:r>
        <w:t>9.4 隐喻与字面的区分描述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表达方式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字面意思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比喻意思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**火冒三丈**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头上真的着火，高度一米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极度愤怒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✅字面："人物头顶有真实火焰，高度约30厘米，橙红色燃烧效果"&lt;br&gt;✅比喻："人物极度愤怒，眉心紧皱，脸部通红，面部肌肉紧绷，写实风格无火焰"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**气得冒烟**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身体冒烟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愤怒到极点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✅字面："从头顶升起灰色烟雾，袅袅上升"&lt;br&gt;✅比喻："愤怒值达到顶点，眉头紧锁成川字，嘴唇抿紧发白，无烟雾特效"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**眼睛里冒星星**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眼里真的有星星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开心/迷恋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✅字面："瞳孔中有微型星星闪烁"&lt;br&gt;✅比喻："眼神明亮闪烁，呈现迷恋/开心的感觉，写实风格"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**心在滴血**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心脏真的流血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极度悲伤/心痛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✅字面："胸口有血液流出"&lt;br&gt;✅比喻："极度悲伤，眼眶通红，嘴唇颤抖，双手捂住胸口，呈心痛姿态"</w:t>
            </w:r>
          </w:p>
        </w:tc>
      </w:tr>
    </w:tbl>
    <w:p>
      <w:r>
        <w:t>---</w:t>
      </w:r>
    </w:p>
    <w:p>
      <w:pPr>
        <w:pStyle w:val="Heading2"/>
      </w:pPr>
      <w:r>
        <w:t>十、人物面部特征</w:t>
      </w:r>
    </w:p>
    <w:p>
      <w:pPr>
        <w:pStyle w:val="Heading3"/>
      </w:pPr>
      <w:r>
        <w:t>10.1 五官细节控制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五官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**眼型**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"大眼睛"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可能生成不成比例的大眼，或者眼型不符合整体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"杏仁眼，眼裂宽度适中，眼尾上翘约15度，黑瞳孔大而有神"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✅"杏仁形眼睛，眼裂高度约1.5厘米，眼尾上挑，黑瞳孔占眼裂70%"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**鼻型**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"高鼻梁"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可能生成过于突兀的鼻梁，或者和其他五官不协调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"鼻梁挺直，高度约占面部1/3，鼻翼宽度约等于眼距，鼻头圆润"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✅"鼻梁挺直，从眉间到鼻尖形成柔和弧线，鼻翼宽度与眼距相等"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**嘴型**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"薄嘴唇"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可能生成几乎消失的嘴唇，或者和其他特征不搭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"上唇薄约5毫米，下唇厚约8毫米，嘴角自然平直，微笑时呈弧形"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✅"女性上唇偏薄约4mm，下唇饱满约9mm，嘴唇呈自然淡粉色"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**脸型**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"瓜子脸"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可能生成过于夸张的锥子脸，或者脸型不对称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"倒三角脸型，颧骨宽度约12厘米，下巴尖但圆润，线条流畅"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✅"椭圆脸，颧骨微突，下巴圆润与颧骨同宽，轮廓线条柔和"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**眉毛**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"浓眉大眼"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可能生成过于夸张的粗眉，或者和眼型不搭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"剑眉，眉峰明显，眉尾上挑30度，眉毛浓密呈深棕色"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✅"剑眉，眉峰位于瞳孔正上方，眉头粗眉尾细，呈深褐色，长度约5厘米"</w:t>
            </w:r>
          </w:p>
        </w:tc>
      </w:tr>
    </w:tbl>
    <w:p>
      <w:pPr>
        <w:pStyle w:val="Heading3"/>
      </w:pPr>
      <w:r>
        <w:t>10.2 年龄感表达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年龄段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面部特征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**少年感**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皮肤光滑、眼睛大而亮、轮廓柔和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"面部皮肤细腻无瑕，颧骨不高，下巴微尖，眼睛大而清澈，面部轮廓柔和圆润"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✅"约18岁少年，皮肤光洁无皱纹，婴儿肥未完全褪去，眼神清澈明亮"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**青年成熟**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轮廓分明、眼神沉稳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"面部轮廓分明，颧骨明显，眼神沉稳有内容，皮肤略有质感"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✅"约25-30岁，轮廓清晰，颧骨分明，眼神沉稳自信，皮肤有轻微质感"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**中年稳重**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眼角细纹、气质沉稳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"眼角有细微皱纹，轮廓硬朗，气质成熟稳重，眼神深邃"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✅"约40岁中年，眼角有细纹但保养得当，轮廓硬朗，气质成熟内敛"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**老年苍老**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皱纹、松弛、斑痕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"面部皱纹纵横，皮肤松弛有斑点，头发花白，面部轮廓下垂"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✅"约70岁，面部皱纹深刻，皮肤松弛有老年斑，头发银白，面部轮廓下垂"</w:t>
            </w:r>
          </w:p>
        </w:tc>
      </w:tr>
    </w:tbl>
    <w:p>
      <w:pPr>
        <w:pStyle w:val="Heading3"/>
      </w:pPr>
      <w:r>
        <w:t>10.3 气质类型控制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气质类型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面部特征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**英气**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剑眉、高鼻、轮廓硬朗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"剑眉入鬓，鼻梁挺直，下颌角分明，眼神锐利有杀气"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✅"英气逼人，眉峰锐利，眼窝略深，目光如刀，整体轮廓硬朗"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**温柔**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柳眉、圆润、眼神柔和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"眉毛弯弯，眼型圆润，嘴角上扬，皮肤柔和，线条无棱角"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✅"温柔婉约，弯眉杏眼，嘴角常带笑意，面部线条柔和无棱角"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**凌厉**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细眉、薄唇、眼神冷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"眉峰上挑，眼睛细长，眼尾上翘，嘴唇薄紧，表情冷淡"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✅"眼神凌厉，眉峰上挑如刀，眼尾上挑，薄唇紧抿，整体气场冷峻"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**憨厚**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圆眼、宽鼻、嘴角厚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"眼睛圆而大，鼻翼宽厚，嘴唇偏厚，面部圆润"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✅"憨厚老实，圆眼圆润鼻，嘴角厚实带笑，面部轮廓圆润饱满"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**精明**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狭长眼、高颧、薄唇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"眼睛细长有神，颧骨略高，嘴唇薄而紧，法令纹明显"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✅"精明干练，眼型偏长眼神锐利，颧骨分明，薄唇紧抿"</w:t>
            </w:r>
          </w:p>
        </w:tc>
      </w:tr>
    </w:tbl>
    <w:p>
      <w:pPr>
        <w:pStyle w:val="Heading3"/>
      </w:pPr>
      <w:r>
        <w:t>10.4 复杂面部特征描述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期望效果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问题分析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**"善良但眼神锐利"**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矛盾特征难以同时表达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分开描述面部不同区域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"面部整体轮廓柔和，呈现善良感，但眼神锐利，瞳孔小而黑，目光有穿透力"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**"外表冷酷内心柔软"**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需要微妙的矛盾感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用细节暗示内心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"面无表情的脸部，紧绷的嘴角，但眼眶微红，眼角有泪光闪动"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**"年轻的老人"**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矛盾年龄感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混合年龄特征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"皮肤细腻但有细纹，眼神清澈但有沧桑感，面部既年轻又显老"</w:t>
            </w:r>
          </w:p>
        </w:tc>
      </w:tr>
    </w:tbl>
    <w:p>
      <w:pPr>
        <w:pStyle w:val="Heading3"/>
      </w:pPr>
      <w:r>
        <w:t>10.5 人物识别一致性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翻车表现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**同一人变脸**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不同场景中人物长相完全不同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详细描述不可变特征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"深色皮肤，高颧骨，左眉有疤痕，鼻梁挺直，下巴有颗痣"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**只有部分特征保留**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眼睛像但脸不像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列出多个锚定特征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"方形脸，眉眼像妈妈，鼻梁直像爸爸，厚嘴唇像爷爷"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**风格不一致**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有时写实有时卡通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明确风格要求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"全程写实摄影风格，光线自然，无美颜滤镜"</w:t>
            </w:r>
          </w:p>
        </w:tc>
      </w:tr>
    </w:tbl>
    <w:p>
      <w:r>
        <w:t>---</w:t>
      </w:r>
    </w:p>
    <w:p>
      <w:pPr>
        <w:pStyle w:val="Heading2"/>
      </w:pPr>
      <w:r>
        <w:t>十一、车辆/交通工具内的场景（用户痛点专项）</w:t>
      </w:r>
    </w:p>
    <w:p>
      <w:pPr>
        <w:pStyle w:val="Heading3"/>
      </w:pPr>
      <w:r>
        <w:t>11.1 车内视角控制（重点！）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场景类型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用户常见说法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AI实际理解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典型翻车场景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**驾驶座视角**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"坐在驾驶座"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可能生成人在车里但位置错误，或者视角混乱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说"驾驶座自拍"，结果人坐在车顶自拍，或者方向盘在奇怪位置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"主驾驶座内视角，方向盘在前方约50厘米，双手握住方向盘，人物面部在中央后视镜上方可见"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✅"镜头置于主驾驶座椅枕高度，向前平视，方向盘在画面下方，双手握在方向盘10点和2点位置"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**副驾驶视角**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"在副驾驶拍"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可能生成人物在副驾驶但不在车内，或者视角不对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说"副驾驶自拍"，结果人物在车外拍车，或者在车内但比例失调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"副驾驶座视角，镜头在副驾位置，向主驾驶方向拍摄，主驾驶人物侧脸可见"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✅"镜头置于副驾驶座椅高度，向驾驶员方向拍摄，女性侧脸在主驾驶座，方向盘虚化在前景"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**后座视角**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"后座场景"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可能生成人物在车后但不在座位上，或者车外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说"后座自拍"，结果人物趴在车后备箱，或者悬浮在后座上方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"后座中央视角，镜头在后座中部高度，朝向前方，可以看到前排座椅后部"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✅"镜头置于后座中间位置，高度1.1米，正对前方副驾驶后脑勺，窗外街景从主驾驶车窗入镜"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**透窗拍摄**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"从车外拍车内"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这是最容易翻车的！可能生成人在车外、或者车窗变透明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说"透过车窗拍车内"，结果车窗变成透明玻璃，人物悬浮在车外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"镜头在车外3米处，透过左后车窗拍摄车内，车窗框架在边缘，玻璃有反光"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✅"相机置于车外左侧2米处，透过半开的车窗拍摄车内，人物在后座，车窗框完整可见"</w:t>
            </w:r>
          </w:p>
        </w:tc>
      </w:tr>
    </w:tbl>
    <w:p>
      <w:pPr>
        <w:pStyle w:val="Heading3"/>
      </w:pPr>
      <w:r>
        <w:t>11.2 AI车内场景理解的核心问题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问题类型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翻车表现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根本原因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解决策略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**人在车外**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人站在车外面，或者和车没有互动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AI理解"车"和"人"是分开的，不理解"在车内"的空间包含关系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明确描述"人在车内部"，描述身体和座椅、车窗的接触关系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**穿车问题**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人从车中间穿出来，或者身体穿过车门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AI没有"封闭空间"的概念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描述门的开关状态和人的位置："车门打开，人坐在座位上"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**视角混淆**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车外视角和车内视角混乱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AI不理解不同视角的位置关系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明确镜头位置和朝向："镜头在副驾驶，向主驾驶方向拍摄"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**比例失调**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人比车还大，或者手伸出车外比例异常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AI不维护人和车的比例关系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描述具体比例："人物头部距车顶约20厘米"</w:t>
            </w:r>
          </w:p>
        </w:tc>
      </w:tr>
    </w:tbl>
    <w:p>
      <w:pPr>
        <w:pStyle w:val="Heading3"/>
      </w:pPr>
      <w:r>
        <w:t>11.3 车内姿态控制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期望姿态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AI常见问题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**靠着车窗**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可能生成悬浮的头部，或者头穿过车窗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"头部侧倾靠在车窗上，脸颊贴着玻璃，肩膀自然下垂"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✅"女性头部侧靠左车窗，脸颊贴玻璃，车窗边框在耳后，肩部在座位上"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**趴在方向盘**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可能生成趴在车外发动机盖上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"上半身前倾，双手撑在方向盘上，头部下垂靠近方向盘"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✅"上半身趴在方向盘上，双臂伸直，手掌压在方向盘上，头部下垂靠近双手"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**躺在后座**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可能生成躺在车顶，或者悬浮在后座上方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"身体蜷缩躺在后座座椅上，头枕车窗边缘，双腿蜷曲"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✅"女性侧躺在后座椅垫上，头枕车窗边缘，双腿蜷曲，手臂搭在腹部"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**伏在车门上**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可能生成趴在车外车门上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"身体侧面伏在车门内侧，手臂搭在车窗边框，头靠在手臂上"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✅"身体左侧伏在打开的车门上，手肘撑在门框，头部靠在手背上，面向车外"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**风吹头发**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可能生成头发完全水平飘动，违反物理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"侧窗微开，头发被风吹起，向后飘动约20度，自然飘逸"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✅"左侧车窗开缝，微风把左侧头发吹起约15度，发丝轻扬，未开窗一侧头发静止"</w:t>
            </w:r>
          </w:p>
        </w:tc>
      </w:tr>
    </w:tbl>
    <w:p>
      <w:pPr>
        <w:pStyle w:val="Heading3"/>
      </w:pPr>
      <w:r>
        <w:t>11.4 车内场景描述模板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场景类型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模板结构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**车内自拍（正常）**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[座位位置]+[身体姿态]+[镜头位置]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"主驾驶座，女性手握方向盘，眼视前方镜头，镜头在副驾驶位置拍摄"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**车内自拍（侧脸）**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[座位位置]+[面部朝向]+[镜头位置]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"女性坐后座右侧，面朝左车窗，镜头在后座左侧，透过肩膀拍摄侧脸"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**透过车窗拍摄**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[镜头位置]+[车窗状态]+[拍摄内容]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"镜头在车外左侧2米，透过半开左后车窗拍摄车内，人物在后座中央"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**开车门场景**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[车门状态]+[人物位置]+[身体姿态]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"左后车门打开，女性身体探出车门，一半在车内一半在车外，手扶车门上框"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**多人车内**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[各人位置]+[相互关系]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"主驾驶男性目视前方，副驾驶女性侧身向后座说话，后座两人面向对方交谈"</w:t>
            </w:r>
          </w:p>
        </w:tc>
      </w:tr>
    </w:tbl>
    <w:p>
      <w:r>
        <w:t>---</w:t>
      </w:r>
    </w:p>
    <w:p>
      <w:pPr>
        <w:pStyle w:val="Heading2"/>
      </w:pPr>
      <w:r>
        <w:t>十二、AI视觉生成的根本性局限</w:t>
      </w:r>
    </w:p>
    <w:p>
      <w:pPr>
        <w:pStyle w:val="Heading3"/>
      </w:pPr>
      <w:r>
        <w:t>12.1 五大根本局限详解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局限类型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具体表现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产生原因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技术背景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**没有物理常识**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穿墙、穿地、物体悬浮、不受重力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Diffusion模型的生成过程是"逐步去噪"，不包含物理引擎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AI通过统计学习生成图像，没有"物理世界"的先验知识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**没有空间逻辑**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前后、内外、远近混淆，透视关系错误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训练数据中的空间关系没有被结构化标注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AI从2D图像学习，缺乏3D空间理解能力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**没有时间连续性**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每帧独立生成，街景突变、服装变化、物体消失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图像生成模型每次只生成一张，不携带历史信息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Diffusion的随机采样过程不支持时序记忆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**没有物体恒常性**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苹果变香蕉、衣服变色、人物"变脸"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没有物体ID的概念，每个场景独立生成物体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生成结果的物体身份不固定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**字面理解倾向**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比喻变写实、隐喻变符号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训练数据中字面图像多于比喻图像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NLP的语义理解能力强，但视觉生成偏向字面</w:t>
            </w:r>
          </w:p>
        </w:tc>
      </w:tr>
    </w:tbl>
    <w:p>
      <w:pPr>
        <w:pStyle w:val="Heading3"/>
      </w:pPr>
      <w:r>
        <w:t>12.2 局限的底层原因分析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技术层面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具体说明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局限性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**训练数据偏差**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AI从互联网图像学习，图像质量参差不齐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漫画/表情包风格的夸张表达被大量学习，写实细腻表达相对较少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**Diffusion原理**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逐步从噪声生成图像，依赖语义匹配而非物理逻辑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生成过程是"最可能匹配文本的图像"，不检查物理合理性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**注意力机制局限**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模型对描述词的重要性判断不准确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可能过度关注某个词（如"火"）而忽略整体语义（"比喻义"）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**缺乏世界模型**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没有对物理世界的内部表征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不理解"固体不可穿透""重力向下""光照有方向"等常识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**缺乏推理能力**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生成是模式匹配，不是逻辑推理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不能通过"进屋需要走门"推理出"背对镜头进屋=身体朝外"</w:t>
            </w:r>
          </w:p>
        </w:tc>
      </w:tr>
    </w:tbl>
    <w:p>
      <w:pPr>
        <w:pStyle w:val="Heading3"/>
      </w:pPr>
      <w:r>
        <w:t>12.3 当前最优应对策略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局限类型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应对策略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具体操作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**物理常识缺失**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明确描述物理过程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不要说"进屋"，说"推门跨过门槛进入"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**空间逻辑混乱**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使用精确位置词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用"左侧""右侧""前方""后方"，避免"旁边""附近"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**时间连续性差**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每个关键帧重复描述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关键物体和人物特征在每个场景中重复描述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**物体恒常性差**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给物体添加标签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"那本红色封面的书"而不是"一本书"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**字面理解**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明确区分字面/比喻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"写实风格""无特效""比喻义：形容愤怒程度"</w:t>
            </w:r>
          </w:p>
        </w:tc>
      </w:tr>
    </w:tbl>
    <w:p>
      <w:pPr>
        <w:pStyle w:val="Heading3"/>
      </w:pPr>
      <w:r>
        <w:t>12.4 未来技术突破方向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方向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当前进展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预期效果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时间预期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**视频一致性模型**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Runway Gen-2、Pika、Sora等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多帧一致性提升，街景/服装变化减少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2024-2025年成熟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**3D空间感知**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NeRF、3D Gaussian Splatting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更准确的空间关系和透视关系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2025-2026年集成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**物理引擎集成**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Physics-LLM研究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AI理解重力、碰撞、摩擦等物理规律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2026-2027年突破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**世界模型**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具身智能研究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AI有物理世界的内部表征，理解常识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2027-2030年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**物体追踪**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Object ID技术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物体在生成过程中保持ID一致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2024-2025年成熟</w:t>
            </w:r>
          </w:p>
        </w:tc>
      </w:tr>
    </w:tbl>
    <w:p>
      <w:pPr>
        <w:pStyle w:val="Heading3"/>
      </w:pPr>
      <w:r>
        <w:t>12.5 创作者心态建议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心态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具体建议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理由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**接受不完美**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AI生成有随机性，不可能100%完美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技术局限决定，完美主义会让自己痛苦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**迭代优化**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先出粗稿再逐步细化描述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多次生成比一次到位更有效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**扬长避短**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AI擅长的风格多做，不擅长的少做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比如AI擅长氛围感，弱化精确动作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**工具配合**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AI生成+人工后期/局部重绘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取长补短，不追求AI万能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**保持学习**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持续关注AI能力提升，及时更新策略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AI能力快速进化，昨日局限今日可能突破</w:t>
            </w:r>
          </w:p>
        </w:tc>
      </w:tr>
    </w:tbl>
    <w:p>
      <w:r>
        <w:t>---</w:t>
      </w:r>
    </w:p>
    <w:p>
      <w:pPr>
        <w:pStyle w:val="Heading2"/>
      </w:pPr>
      <w:r>
        <w:t>附录：常用描述模板库</w:t>
      </w:r>
    </w:p>
    <w:p>
      <w:pPr>
        <w:pStyle w:val="Heading3"/>
      </w:pPr>
      <w:r>
        <w:t>A. 动作描述模板</w:t>
      </w:r>
    </w:p>
    <w:p>
      <w:r>
        <w:rPr>
          <w:rFonts w:ascii="Courier New" w:hAnsi="Courier New"/>
          <w:sz w:val="18"/>
        </w:rPr>
        <w:t>[人物]+[身体朝向]+[动作类型]+[具体姿态]+[力度/幅度]+[方向]</w:t>
        <w:br/>
        <w:t>示例：女性正面面对镜头，双手抬起与肩同高，掌心向上，手臂微弯呈托举状</w:t>
      </w:r>
    </w:p>
    <w:p>
      <w:pPr>
        <w:pStyle w:val="Heading3"/>
      </w:pPr>
      <w:r>
        <w:t>B. 空间描述模板</w:t>
      </w:r>
    </w:p>
    <w:p>
      <w:r>
        <w:rPr>
          <w:rFonts w:ascii="Courier New" w:hAnsi="Courier New"/>
          <w:sz w:val="18"/>
        </w:rPr>
        <w:t>[主体位置]+[与参照物的关系]+[距离]+[高度]+[朝向]</w:t>
        <w:br/>
        <w:t>示例：人物站在门口左侧，距门框30厘米，面向室内，背对镜头</w:t>
      </w:r>
    </w:p>
    <w:p>
      <w:pPr>
        <w:pStyle w:val="Heading3"/>
      </w:pPr>
      <w:r>
        <w:t>C. 情绪描述模板</w:t>
      </w:r>
    </w:p>
    <w:p>
      <w:r>
        <w:rPr>
          <w:rFonts w:ascii="Courier New" w:hAnsi="Courier New"/>
          <w:sz w:val="18"/>
        </w:rPr>
        <w:t>[情绪类型]+[强度]+[面部细节]+[身体语言]+[风格要求]</w:t>
        <w:br/>
        <w:t>示例：轻度悲伤，眉头内皱但未完全拧紧，嘴角下撇约10度，双肩轻微下垂，电影写实风格</w:t>
      </w:r>
    </w:p>
    <w:p>
      <w:pPr>
        <w:pStyle w:val="Heading3"/>
      </w:pPr>
      <w:r>
        <w:t>D. 场景一致性模板</w:t>
      </w:r>
    </w:p>
    <w:p>
      <w:r>
        <w:rPr>
          <w:rFonts w:ascii="Courier New" w:hAnsi="Courier New"/>
          <w:sz w:val="18"/>
        </w:rPr>
        <w:t>延续之前设定：[不可变元素列表]</w:t>
        <w:br/>
        <w:t>变化点：[具体变化内容]</w:t>
        <w:br/>
        <w:t>示例：延续上一场景设定：女性穿红色连衣裙、棕色手提包、黑色高跟鞋不变</w:t>
        <w:br/>
        <w:t xml:space="preserve">      变化：站立→坐在咖啡馆靠窗位置</w:t>
      </w:r>
    </w:p>
    <w:p>
      <w:pPr>
        <w:pStyle w:val="Heading3"/>
      </w:pPr>
      <w:r>
        <w:t>E. 车内场景模板</w:t>
      </w:r>
    </w:p>
    <w:p>
      <w:r>
        <w:rPr>
          <w:rFonts w:ascii="Courier New" w:hAnsi="Courier New"/>
          <w:sz w:val="18"/>
        </w:rPr>
        <w:t>镜头位置：[具体位置]</w:t>
        <w:br/>
        <w:t>车内人物位置：[座位+姿态]</w:t>
        <w:br/>
        <w:t>车窗状态：[开/关/开缝]</w:t>
        <w:br/>
        <w:t>拍摄方向：[朝哪里拍]</w:t>
        <w:br/>
        <w:t>示例：镜头置于后座中间高度，向前拍摄主驾驶，副驾驶车窗微开，车内暖光</w:t>
      </w:r>
    </w:p>
    <w:p>
      <w:r>
        <w:t>---</w:t>
      </w:r>
    </w:p>
    <w:p>
      <w:r>
        <w:t xml:space="preserve">&gt; </w:t>
      </w:r>
      <w:r>
        <w:rPr>
          <w:b/>
        </w:rPr>
        <w:t>文档版本</w:t>
      </w:r>
      <w:r>
        <w:t>：v1.0</w:t>
      </w:r>
    </w:p>
    <w:p>
      <w:r>
        <w:t xml:space="preserve">&gt; </w:t>
      </w:r>
      <w:r>
        <w:rPr>
          <w:b/>
        </w:rPr>
        <w:t>最后更新</w:t>
      </w:r>
      <w:r>
        <w:t>：2024年</w:t>
      </w:r>
    </w:p>
    <w:p>
      <w:r>
        <w:t xml:space="preserve">&gt; </w:t>
      </w:r>
      <w:r>
        <w:rPr>
          <w:b/>
        </w:rPr>
        <w:t>适用工具</w:t>
      </w:r>
      <w:r>
        <w:t>：Midjourney、Stable Diffusion、DALL-E、Sora、Runway等主流AI图像/视频生成工具</w:t>
      </w:r>
    </w:p>
    <w:p>
      <w:r>
        <w:t xml:space="preserve">&gt; </w:t>
      </w:r>
      <w:r>
        <w:rPr>
          <w:b/>
        </w:rPr>
        <w:t>核心原则</w:t>
      </w:r>
      <w:r>
        <w:t>：理解AI的局限，发挥AI的优势，用精确的语言引导AI生成你想要的结果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